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64" w:type="dxa"/>
        <w:tblLayout w:type="fixed"/>
        <w:tblLook w:val="04A0" w:firstRow="1" w:lastRow="0" w:firstColumn="1" w:lastColumn="0" w:noHBand="0" w:noVBand="1"/>
      </w:tblPr>
      <w:tblGrid>
        <w:gridCol w:w="5088"/>
        <w:gridCol w:w="5088"/>
        <w:gridCol w:w="5088"/>
      </w:tblGrid>
      <w:tr w:rsidR="00E34B5C" w14:paraId="4E8B3D0E" w14:textId="77777777">
        <w:trPr>
          <w:cantSplit/>
        </w:trPr>
        <w:tc>
          <w:tcPr>
            <w:tcW w:w="5088" w:type="dxa"/>
            <w:tcMar>
              <w:left w:w="60" w:type="dxa"/>
              <w:right w:w="200" w:type="dxa"/>
            </w:tcMar>
          </w:tcPr>
          <w:p w14:paraId="3CF936BC" w14:textId="77777777" w:rsidR="00E34B5C" w:rsidRPr="00725484" w:rsidRDefault="00AB1AF6">
            <w:pPr>
              <w:keepNext/>
              <w:tabs>
                <w:tab w:val="center" w:pos="2414"/>
              </w:tabs>
              <w:spacing w:before="100" w:after="60"/>
            </w:pPr>
            <w:r>
              <w:rPr>
                <w:rFonts w:ascii="Times New Roman" w:eastAsia="Times New Roman" w:hAnsi="Times New Roman"/>
                <w:b/>
                <w:lang w:val="vi-VN"/>
              </w:rPr>
              <w:t>7</w:t>
            </w:r>
            <w:r>
              <w:rPr>
                <w:rFonts w:ascii="Times New Roman" w:eastAsia="Times New Roman" w:hAnsi="Times New Roman"/>
                <w:b/>
                <w:lang w:val="vi-VN"/>
              </w:rPr>
              <w:tab/>
              <w:t>ĐỨC CHÚA TRỜI BAN SỰ BẢO ĐẢM</w:t>
            </w:r>
          </w:p>
          <w:p w14:paraId="3FB59959" w14:textId="77777777" w:rsidR="00E34B5C" w:rsidRPr="00725484" w:rsidRDefault="00AB1AF6">
            <w:pPr>
              <w:keepNext/>
              <w:spacing w:after="40"/>
              <w:rPr>
                <w:szCs w:val="18"/>
              </w:rPr>
            </w:pPr>
            <w:r>
              <w:rPr>
                <w:rFonts w:ascii="Times New Roman" w:eastAsia="Times New Roman" w:hAnsi="Times New Roman"/>
                <w:b/>
                <w:lang w:val="vi-VN"/>
              </w:rPr>
              <w:t>CĂN TÍNH</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13"/>
              <w:gridCol w:w="875"/>
            </w:tblGrid>
            <w:tr w:rsidR="00E34B5C" w:rsidRPr="00725484" w14:paraId="0EE0AB17" w14:textId="77777777">
              <w:tc>
                <w:tcPr>
                  <w:tcW w:w="3813" w:type="dxa"/>
                  <w:tcMar>
                    <w:top w:w="0" w:type="dxa"/>
                    <w:left w:w="0" w:type="dxa"/>
                    <w:bottom w:w="0" w:type="dxa"/>
                    <w:right w:w="0" w:type="dxa"/>
                  </w:tcMar>
                  <w:vAlign w:val="bottom"/>
                </w:tcPr>
                <w:p w14:paraId="34C8B703" w14:textId="77777777" w:rsidR="00E34B5C" w:rsidRPr="00725484" w:rsidRDefault="00AB1AF6">
                  <w:pPr>
                    <w:spacing w:line="220" w:lineRule="auto"/>
                    <w:jc w:val="both"/>
                    <w:rPr>
                      <w:szCs w:val="18"/>
                    </w:rPr>
                  </w:pPr>
                  <w:r>
                    <w:rPr>
                      <w:rFonts w:ascii="Times New Roman" w:eastAsia="Times New Roman" w:hAnsi="Times New Roman"/>
                      <w:lang w:val="vi-VN"/>
                    </w:rPr>
                    <w:t>• Tôi được Đức Chúa Trời yêu thương.</w:t>
                  </w:r>
                </w:p>
              </w:tc>
              <w:tc>
                <w:tcPr>
                  <w:tcW w:w="875" w:type="dxa"/>
                  <w:tcMar>
                    <w:top w:w="0" w:type="dxa"/>
                    <w:left w:w="0" w:type="dxa"/>
                    <w:bottom w:w="0" w:type="dxa"/>
                    <w:right w:w="0" w:type="dxa"/>
                  </w:tcMar>
                  <w:vAlign w:val="bottom"/>
                </w:tcPr>
                <w:p w14:paraId="1321B31A" w14:textId="77777777" w:rsidR="00E34B5C" w:rsidRPr="00725484" w:rsidRDefault="00AB1AF6">
                  <w:pPr>
                    <w:spacing w:line="220" w:lineRule="auto"/>
                    <w:jc w:val="right"/>
                    <w:rPr>
                      <w:szCs w:val="18"/>
                    </w:rPr>
                  </w:pPr>
                  <w:r>
                    <w:rPr>
                      <w:rFonts w:ascii="Times New Roman" w:eastAsia="Times New Roman" w:hAnsi="Times New Roman"/>
                      <w:sz w:val="16"/>
                      <w:lang w:val="vi-VN"/>
                    </w:rPr>
                    <w:t>Cô 3:12</w:t>
                  </w:r>
                </w:p>
              </w:tc>
            </w:tr>
          </w:tbl>
          <w:p w14:paraId="5C103F23"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152C2C6E" w14:textId="77777777">
              <w:tc>
                <w:tcPr>
                  <w:tcW w:w="3733" w:type="dxa"/>
                  <w:tcMar>
                    <w:top w:w="0" w:type="dxa"/>
                    <w:left w:w="0" w:type="dxa"/>
                    <w:bottom w:w="0" w:type="dxa"/>
                    <w:right w:w="0" w:type="dxa"/>
                  </w:tcMar>
                  <w:vAlign w:val="bottom"/>
                </w:tcPr>
                <w:p w14:paraId="7652FAE0" w14:textId="77777777" w:rsidR="00E34B5C" w:rsidRPr="00725484" w:rsidRDefault="00AB1AF6">
                  <w:pPr>
                    <w:spacing w:line="220" w:lineRule="auto"/>
                    <w:jc w:val="both"/>
                    <w:rPr>
                      <w:szCs w:val="18"/>
                    </w:rPr>
                  </w:pPr>
                  <w:r>
                    <w:rPr>
                      <w:rFonts w:ascii="Times New Roman" w:eastAsia="Times New Roman" w:hAnsi="Times New Roman"/>
                      <w:lang w:val="vi-VN"/>
                    </w:rPr>
                    <w:t>• Tôi được nhận vào gia đình Ngài.</w:t>
                  </w:r>
                </w:p>
              </w:tc>
              <w:tc>
                <w:tcPr>
                  <w:tcW w:w="955" w:type="dxa"/>
                  <w:tcMar>
                    <w:top w:w="0" w:type="dxa"/>
                    <w:left w:w="0" w:type="dxa"/>
                    <w:bottom w:w="0" w:type="dxa"/>
                    <w:right w:w="0" w:type="dxa"/>
                  </w:tcMar>
                  <w:vAlign w:val="bottom"/>
                </w:tcPr>
                <w:p w14:paraId="686F696B" w14:textId="77777777" w:rsidR="00E34B5C" w:rsidRPr="00725484" w:rsidRDefault="00AB1AF6">
                  <w:pPr>
                    <w:spacing w:line="220" w:lineRule="auto"/>
                    <w:jc w:val="right"/>
                    <w:rPr>
                      <w:szCs w:val="18"/>
                    </w:rPr>
                  </w:pPr>
                  <w:r>
                    <w:rPr>
                      <w:rFonts w:ascii="Times New Roman" w:eastAsia="Times New Roman" w:hAnsi="Times New Roman"/>
                      <w:sz w:val="16"/>
                      <w:lang w:val="vi-VN"/>
                    </w:rPr>
                    <w:t>Rô 8:15</w:t>
                  </w:r>
                </w:p>
              </w:tc>
            </w:tr>
          </w:tbl>
          <w:p w14:paraId="5AB1236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84"/>
              <w:gridCol w:w="1004"/>
            </w:tblGrid>
            <w:tr w:rsidR="00E34B5C" w:rsidRPr="00725484" w14:paraId="31FD0F18" w14:textId="77777777">
              <w:tc>
                <w:tcPr>
                  <w:tcW w:w="3684" w:type="dxa"/>
                  <w:tcMar>
                    <w:top w:w="0" w:type="dxa"/>
                    <w:left w:w="0" w:type="dxa"/>
                    <w:bottom w:w="0" w:type="dxa"/>
                    <w:right w:w="0" w:type="dxa"/>
                  </w:tcMar>
                  <w:vAlign w:val="bottom"/>
                </w:tcPr>
                <w:p w14:paraId="58A8A732" w14:textId="77777777" w:rsidR="00E34B5C" w:rsidRPr="00725484" w:rsidRDefault="00AB1AF6">
                  <w:pPr>
                    <w:spacing w:line="220" w:lineRule="auto"/>
                    <w:jc w:val="both"/>
                    <w:rPr>
                      <w:szCs w:val="18"/>
                    </w:rPr>
                  </w:pPr>
                  <w:r>
                    <w:rPr>
                      <w:rFonts w:ascii="Times New Roman" w:eastAsia="Times New Roman" w:hAnsi="Times New Roman"/>
                      <w:lang w:val="vi-VN"/>
                    </w:rPr>
                    <w:t>• Tôi là đền thờ của Đức Thánh Linh.</w:t>
                  </w:r>
                </w:p>
              </w:tc>
              <w:tc>
                <w:tcPr>
                  <w:tcW w:w="1004" w:type="dxa"/>
                  <w:tcMar>
                    <w:top w:w="0" w:type="dxa"/>
                    <w:left w:w="0" w:type="dxa"/>
                    <w:bottom w:w="0" w:type="dxa"/>
                    <w:right w:w="0" w:type="dxa"/>
                  </w:tcMar>
                  <w:vAlign w:val="bottom"/>
                </w:tcPr>
                <w:p w14:paraId="59231582" w14:textId="77777777" w:rsidR="00E34B5C" w:rsidRPr="00725484" w:rsidRDefault="00AB1AF6">
                  <w:pPr>
                    <w:spacing w:line="220" w:lineRule="auto"/>
                    <w:jc w:val="right"/>
                    <w:rPr>
                      <w:szCs w:val="18"/>
                    </w:rPr>
                  </w:pPr>
                  <w:r>
                    <w:rPr>
                      <w:rFonts w:ascii="Times New Roman" w:eastAsia="Times New Roman" w:hAnsi="Times New Roman"/>
                      <w:sz w:val="16"/>
                      <w:lang w:val="vi-VN"/>
                    </w:rPr>
                    <w:t>1 Cô 6:19</w:t>
                  </w:r>
                </w:p>
              </w:tc>
            </w:tr>
          </w:tbl>
          <w:p w14:paraId="5438D0A7"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3F5306D2" w14:textId="77777777">
              <w:tc>
                <w:tcPr>
                  <w:tcW w:w="3777" w:type="dxa"/>
                  <w:tcMar>
                    <w:top w:w="0" w:type="dxa"/>
                    <w:left w:w="0" w:type="dxa"/>
                    <w:bottom w:w="0" w:type="dxa"/>
                    <w:right w:w="0" w:type="dxa"/>
                  </w:tcMar>
                  <w:vAlign w:val="bottom"/>
                </w:tcPr>
                <w:p w14:paraId="22A974B5" w14:textId="77777777" w:rsidR="00E34B5C" w:rsidRPr="00725484" w:rsidRDefault="00AB1AF6">
                  <w:pPr>
                    <w:spacing w:line="220" w:lineRule="auto"/>
                    <w:jc w:val="both"/>
                    <w:rPr>
                      <w:szCs w:val="18"/>
                    </w:rPr>
                  </w:pPr>
                  <w:r>
                    <w:rPr>
                      <w:rFonts w:ascii="Times New Roman" w:eastAsia="Times New Roman" w:hAnsi="Times New Roman"/>
                      <w:lang w:val="vi-VN"/>
                    </w:rPr>
                    <w:t>• Tôi không bao giờ cô đơn.</w:t>
                  </w:r>
                </w:p>
              </w:tc>
              <w:tc>
                <w:tcPr>
                  <w:tcW w:w="911" w:type="dxa"/>
                  <w:tcMar>
                    <w:top w:w="0" w:type="dxa"/>
                    <w:left w:w="0" w:type="dxa"/>
                    <w:bottom w:w="0" w:type="dxa"/>
                    <w:right w:w="0" w:type="dxa"/>
                  </w:tcMar>
                  <w:vAlign w:val="bottom"/>
                </w:tcPr>
                <w:p w14:paraId="59EEF5A8" w14:textId="77777777" w:rsidR="00E34B5C" w:rsidRPr="00725484" w:rsidRDefault="00AB1AF6">
                  <w:pPr>
                    <w:spacing w:line="220" w:lineRule="auto"/>
                    <w:jc w:val="right"/>
                    <w:rPr>
                      <w:szCs w:val="18"/>
                    </w:rPr>
                  </w:pPr>
                  <w:r>
                    <w:rPr>
                      <w:rFonts w:ascii="Times New Roman" w:eastAsia="Times New Roman" w:hAnsi="Times New Roman"/>
                      <w:sz w:val="16"/>
                      <w:lang w:val="vi-VN"/>
                    </w:rPr>
                    <w:t>Mat 28:20</w:t>
                  </w:r>
                </w:p>
              </w:tc>
            </w:tr>
          </w:tbl>
          <w:p w14:paraId="6F39897E"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902"/>
              <w:gridCol w:w="786"/>
            </w:tblGrid>
            <w:tr w:rsidR="00E34B5C" w:rsidRPr="00725484" w14:paraId="31DF8D76" w14:textId="77777777">
              <w:tc>
                <w:tcPr>
                  <w:tcW w:w="3902" w:type="dxa"/>
                  <w:tcMar>
                    <w:top w:w="0" w:type="dxa"/>
                    <w:left w:w="0" w:type="dxa"/>
                    <w:bottom w:w="0" w:type="dxa"/>
                    <w:right w:w="0" w:type="dxa"/>
                  </w:tcMar>
                  <w:vAlign w:val="bottom"/>
                </w:tcPr>
                <w:p w14:paraId="0D5C937F" w14:textId="77777777" w:rsidR="00E34B5C" w:rsidRPr="00725484" w:rsidRDefault="00AB1AF6">
                  <w:pPr>
                    <w:spacing w:line="220" w:lineRule="auto"/>
                    <w:jc w:val="both"/>
                    <w:rPr>
                      <w:szCs w:val="18"/>
                    </w:rPr>
                  </w:pPr>
                  <w:r>
                    <w:rPr>
                      <w:rFonts w:ascii="Times New Roman" w:eastAsia="Times New Roman" w:hAnsi="Times New Roman"/>
                      <w:lang w:val="vi-VN"/>
                    </w:rPr>
                    <w:t>• Tôi được trực tiếp đến với Ngài.</w:t>
                  </w:r>
                </w:p>
              </w:tc>
              <w:tc>
                <w:tcPr>
                  <w:tcW w:w="786" w:type="dxa"/>
                  <w:tcMar>
                    <w:top w:w="0" w:type="dxa"/>
                    <w:left w:w="0" w:type="dxa"/>
                    <w:bottom w:w="0" w:type="dxa"/>
                    <w:right w:w="0" w:type="dxa"/>
                  </w:tcMar>
                  <w:vAlign w:val="bottom"/>
                </w:tcPr>
                <w:p w14:paraId="33933831" w14:textId="77777777" w:rsidR="00E34B5C" w:rsidRPr="00725484" w:rsidRDefault="00AB1AF6">
                  <w:pPr>
                    <w:spacing w:line="220" w:lineRule="auto"/>
                    <w:jc w:val="right"/>
                    <w:rPr>
                      <w:szCs w:val="18"/>
                    </w:rPr>
                  </w:pPr>
                  <w:r>
                    <w:rPr>
                      <w:rFonts w:ascii="Times New Roman" w:eastAsia="Times New Roman" w:hAnsi="Times New Roman"/>
                      <w:sz w:val="16"/>
                      <w:lang w:val="vi-VN"/>
                    </w:rPr>
                    <w:t>Êph 2:18</w:t>
                  </w:r>
                </w:p>
              </w:tc>
            </w:tr>
          </w:tbl>
          <w:p w14:paraId="6842C3A7" w14:textId="77777777" w:rsidR="00E34B5C" w:rsidRPr="00725484" w:rsidRDefault="00E34B5C">
            <w:pPr>
              <w:spacing w:line="10" w:lineRule="exact"/>
              <w:rPr>
                <w:szCs w:val="18"/>
              </w:rPr>
            </w:pPr>
          </w:p>
          <w:p w14:paraId="6458CB10" w14:textId="77777777" w:rsidR="00E34B5C" w:rsidRPr="00725484" w:rsidRDefault="00AB1AF6">
            <w:pPr>
              <w:keepNext/>
              <w:spacing w:after="60"/>
              <w:rPr>
                <w:szCs w:val="18"/>
              </w:rPr>
            </w:pPr>
            <w:r>
              <w:rPr>
                <w:rFonts w:ascii="Times New Roman" w:eastAsia="Times New Roman" w:hAnsi="Times New Roman"/>
                <w:b/>
                <w:szCs w:val="18"/>
                <w:lang w:val="vi-VN"/>
              </w:rPr>
              <w:t>SỰ CHẮC CHẮN</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13"/>
              <w:gridCol w:w="875"/>
            </w:tblGrid>
            <w:tr w:rsidR="00E34B5C" w:rsidRPr="00725484" w14:paraId="503A2610" w14:textId="77777777">
              <w:tc>
                <w:tcPr>
                  <w:tcW w:w="3813" w:type="dxa"/>
                  <w:tcMar>
                    <w:top w:w="0" w:type="dxa"/>
                    <w:left w:w="0" w:type="dxa"/>
                    <w:bottom w:w="0" w:type="dxa"/>
                    <w:right w:w="0" w:type="dxa"/>
                  </w:tcMar>
                  <w:vAlign w:val="bottom"/>
                </w:tcPr>
                <w:p w14:paraId="3D730625" w14:textId="77777777" w:rsidR="00E34B5C" w:rsidRPr="00725484" w:rsidRDefault="00AB1AF6">
                  <w:pPr>
                    <w:spacing w:line="220" w:lineRule="auto"/>
                    <w:jc w:val="both"/>
                    <w:rPr>
                      <w:szCs w:val="18"/>
                    </w:rPr>
                  </w:pPr>
                  <w:r>
                    <w:rPr>
                      <w:rFonts w:ascii="Times New Roman" w:eastAsia="Times New Roman" w:hAnsi="Times New Roman"/>
                      <w:lang w:val="vi-VN"/>
                    </w:rPr>
                    <w:t>• Tôi là tạo vật mới trong Đấng Christ.</w:t>
                  </w:r>
                </w:p>
              </w:tc>
              <w:tc>
                <w:tcPr>
                  <w:tcW w:w="875" w:type="dxa"/>
                  <w:tcMar>
                    <w:top w:w="0" w:type="dxa"/>
                    <w:left w:w="0" w:type="dxa"/>
                    <w:bottom w:w="0" w:type="dxa"/>
                    <w:right w:w="0" w:type="dxa"/>
                  </w:tcMar>
                  <w:vAlign w:val="bottom"/>
                </w:tcPr>
                <w:p w14:paraId="00BF9169" w14:textId="77777777" w:rsidR="00E34B5C" w:rsidRPr="00725484" w:rsidRDefault="00AB1AF6">
                  <w:pPr>
                    <w:spacing w:line="220" w:lineRule="auto"/>
                    <w:jc w:val="right"/>
                    <w:rPr>
                      <w:szCs w:val="18"/>
                    </w:rPr>
                  </w:pPr>
                  <w:r>
                    <w:rPr>
                      <w:rFonts w:ascii="Times New Roman" w:eastAsia="Times New Roman" w:hAnsi="Times New Roman"/>
                      <w:sz w:val="16"/>
                      <w:lang w:val="vi-VN"/>
                    </w:rPr>
                    <w:t>2 Cô 5:17</w:t>
                  </w:r>
                </w:p>
              </w:tc>
            </w:tr>
          </w:tbl>
          <w:p w14:paraId="61D30123"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77E8EF58" w14:textId="77777777">
              <w:tc>
                <w:tcPr>
                  <w:tcW w:w="3777" w:type="dxa"/>
                  <w:tcMar>
                    <w:top w:w="0" w:type="dxa"/>
                    <w:left w:w="0" w:type="dxa"/>
                    <w:bottom w:w="0" w:type="dxa"/>
                    <w:right w:w="0" w:type="dxa"/>
                  </w:tcMar>
                  <w:vAlign w:val="bottom"/>
                </w:tcPr>
                <w:p w14:paraId="76DF9266" w14:textId="77777777" w:rsidR="00E34B5C" w:rsidRPr="00725484" w:rsidRDefault="00AB1AF6">
                  <w:pPr>
                    <w:spacing w:line="220" w:lineRule="auto"/>
                    <w:jc w:val="both"/>
                    <w:rPr>
                      <w:szCs w:val="18"/>
                    </w:rPr>
                  </w:pPr>
                  <w:r>
                    <w:rPr>
                      <w:rFonts w:ascii="Times New Roman" w:eastAsia="Times New Roman" w:hAnsi="Times New Roman"/>
                      <w:lang w:val="vi-VN"/>
                    </w:rPr>
                    <w:t>• Đời tôi có ý nghĩa và mục đích.</w:t>
                  </w:r>
                </w:p>
              </w:tc>
              <w:tc>
                <w:tcPr>
                  <w:tcW w:w="911" w:type="dxa"/>
                  <w:tcMar>
                    <w:top w:w="0" w:type="dxa"/>
                    <w:left w:w="0" w:type="dxa"/>
                    <w:bottom w:w="0" w:type="dxa"/>
                    <w:right w:w="0" w:type="dxa"/>
                  </w:tcMar>
                  <w:vAlign w:val="bottom"/>
                </w:tcPr>
                <w:p w14:paraId="7A004877" w14:textId="77777777" w:rsidR="00E34B5C" w:rsidRPr="00725484" w:rsidRDefault="00AB1AF6">
                  <w:pPr>
                    <w:spacing w:line="220" w:lineRule="auto"/>
                    <w:jc w:val="right"/>
                    <w:rPr>
                      <w:szCs w:val="18"/>
                    </w:rPr>
                  </w:pPr>
                  <w:r>
                    <w:rPr>
                      <w:rFonts w:ascii="Times New Roman" w:eastAsia="Times New Roman" w:hAnsi="Times New Roman"/>
                      <w:sz w:val="16"/>
                      <w:lang w:val="vi-VN"/>
                    </w:rPr>
                    <w:t>Êph 2:10</w:t>
                  </w:r>
                </w:p>
              </w:tc>
            </w:tr>
          </w:tbl>
          <w:p w14:paraId="3E32F56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64"/>
              <w:gridCol w:w="1124"/>
            </w:tblGrid>
            <w:tr w:rsidR="00E34B5C" w:rsidRPr="00725484" w14:paraId="2457700B" w14:textId="77777777">
              <w:tc>
                <w:tcPr>
                  <w:tcW w:w="3564" w:type="dxa"/>
                  <w:tcMar>
                    <w:top w:w="0" w:type="dxa"/>
                    <w:left w:w="0" w:type="dxa"/>
                    <w:bottom w:w="0" w:type="dxa"/>
                    <w:right w:w="0" w:type="dxa"/>
                  </w:tcMar>
                  <w:vAlign w:val="bottom"/>
                </w:tcPr>
                <w:p w14:paraId="43FC9887" w14:textId="77777777" w:rsidR="00E34B5C" w:rsidRPr="00725484" w:rsidRDefault="00AB1AF6">
                  <w:pPr>
                    <w:spacing w:line="220" w:lineRule="auto"/>
                    <w:jc w:val="both"/>
                    <w:rPr>
                      <w:szCs w:val="18"/>
                    </w:rPr>
                  </w:pPr>
                  <w:r>
                    <w:rPr>
                      <w:rFonts w:ascii="Times New Roman" w:eastAsia="Times New Roman" w:hAnsi="Times New Roman"/>
                      <w:lang w:val="vi-VN"/>
                    </w:rPr>
                    <w:t>• Ngài nghe lời cầu nguyện theo ý Ngài.</w:t>
                  </w:r>
                </w:p>
              </w:tc>
              <w:tc>
                <w:tcPr>
                  <w:tcW w:w="1124" w:type="dxa"/>
                  <w:tcMar>
                    <w:top w:w="0" w:type="dxa"/>
                    <w:left w:w="0" w:type="dxa"/>
                    <w:bottom w:w="0" w:type="dxa"/>
                    <w:right w:w="0" w:type="dxa"/>
                  </w:tcMar>
                  <w:vAlign w:val="bottom"/>
                </w:tcPr>
                <w:p w14:paraId="4C744A69" w14:textId="77777777" w:rsidR="00E34B5C" w:rsidRPr="00725484" w:rsidRDefault="00AB1AF6">
                  <w:pPr>
                    <w:spacing w:line="220" w:lineRule="auto"/>
                    <w:jc w:val="right"/>
                    <w:rPr>
                      <w:szCs w:val="18"/>
                    </w:rPr>
                  </w:pPr>
                  <w:r>
                    <w:rPr>
                      <w:rFonts w:ascii="Times New Roman" w:eastAsia="Times New Roman" w:hAnsi="Times New Roman"/>
                      <w:sz w:val="16"/>
                      <w:lang w:val="vi-VN"/>
                    </w:rPr>
                    <w:t>1 Gi 5:14–15</w:t>
                  </w:r>
                </w:p>
              </w:tc>
            </w:tr>
          </w:tbl>
          <w:p w14:paraId="49721DED" w14:textId="77777777" w:rsidR="00E34B5C" w:rsidRPr="00725484" w:rsidRDefault="00E34B5C">
            <w:pPr>
              <w:spacing w:line="10" w:lineRule="exact"/>
              <w:rPr>
                <w:szCs w:val="18"/>
              </w:rPr>
            </w:pPr>
          </w:p>
          <w:p w14:paraId="39F2F553" w14:textId="77777777" w:rsidR="008F2987" w:rsidRDefault="00CD78B1">
            <w:pPr>
              <w:spacing w:line="220" w:lineRule="auto"/>
              <w:jc w:val="both"/>
            </w:pPr>
            <w:r>
              <w:rPr>
                <w:rFonts w:ascii="Times New Roman" w:eastAsia="Times New Roman" w:hAnsi="Times New Roman"/>
                <w:lang w:val="vi-VN"/>
              </w:rPr>
              <w:t>• Không gì ngăn cách tôi khỏi</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520"/>
              <w:gridCol w:w="1168"/>
            </w:tblGrid>
            <w:tr w:rsidR="00E34B5C" w:rsidRPr="00725484" w14:paraId="4D636538" w14:textId="77777777">
              <w:tc>
                <w:tcPr>
                  <w:tcW w:w="3520" w:type="dxa"/>
                  <w:tcMar>
                    <w:top w:w="0" w:type="dxa"/>
                    <w:left w:w="0" w:type="dxa"/>
                    <w:bottom w:w="0" w:type="dxa"/>
                    <w:right w:w="0" w:type="dxa"/>
                  </w:tcMar>
                  <w:vAlign w:val="bottom"/>
                </w:tcPr>
                <w:p w14:paraId="38BA3E08" w14:textId="77777777" w:rsidR="00E34B5C" w:rsidRPr="00725484" w:rsidRDefault="00AB1AF6">
                  <w:pPr>
                    <w:rPr>
                      <w:szCs w:val="18"/>
                    </w:rPr>
                  </w:pPr>
                  <w:r>
                    <w:rPr>
                      <w:rFonts w:ascii="Times New Roman" w:eastAsia="Times New Roman" w:hAnsi="Times New Roman"/>
                      <w:lang w:val="vi-VN"/>
                    </w:rPr>
                    <w:t>tình yêu của Đức Chúa Trời.</w:t>
                  </w:r>
                </w:p>
              </w:tc>
              <w:tc>
                <w:tcPr>
                  <w:tcW w:w="1168" w:type="dxa"/>
                  <w:tcMar>
                    <w:top w:w="0" w:type="dxa"/>
                    <w:left w:w="0" w:type="dxa"/>
                    <w:bottom w:w="0" w:type="dxa"/>
                    <w:right w:w="0" w:type="dxa"/>
                  </w:tcMar>
                  <w:vAlign w:val="bottom"/>
                </w:tcPr>
                <w:p w14:paraId="5BEA7A51" w14:textId="77777777" w:rsidR="00E34B5C" w:rsidRPr="00725484" w:rsidRDefault="00AB1AF6">
                  <w:pPr>
                    <w:jc w:val="right"/>
                    <w:rPr>
                      <w:szCs w:val="18"/>
                    </w:rPr>
                  </w:pPr>
                  <w:r>
                    <w:rPr>
                      <w:rFonts w:ascii="Times New Roman" w:eastAsia="Times New Roman" w:hAnsi="Times New Roman"/>
                      <w:sz w:val="16"/>
                      <w:lang w:val="vi-VN"/>
                    </w:rPr>
                    <w:t>Rô 8:31‑39</w:t>
                  </w:r>
                </w:p>
              </w:tc>
            </w:tr>
          </w:tbl>
          <w:p w14:paraId="792EEF7B" w14:textId="77777777" w:rsidR="00E34B5C" w:rsidRPr="00725484" w:rsidRDefault="00E34B5C">
            <w:pPr>
              <w:spacing w:line="10" w:lineRule="exact"/>
              <w:rPr>
                <w:szCs w:val="18"/>
              </w:rPr>
            </w:pPr>
          </w:p>
          <w:p w14:paraId="18A62F3B" w14:textId="77777777" w:rsidR="00E34B5C" w:rsidRPr="00725484" w:rsidRDefault="00AB1AF6">
            <w:pPr>
              <w:keepNext/>
              <w:spacing w:after="60"/>
              <w:rPr>
                <w:szCs w:val="18"/>
              </w:rPr>
            </w:pPr>
            <w:r>
              <w:rPr>
                <w:rFonts w:ascii="Times New Roman" w:eastAsia="Times New Roman" w:hAnsi="Times New Roman"/>
                <w:b/>
                <w:szCs w:val="18"/>
                <w:lang w:val="vi-VN"/>
              </w:rPr>
              <w:t>LỜI HỨA</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77"/>
              <w:gridCol w:w="911"/>
            </w:tblGrid>
            <w:tr w:rsidR="00E34B5C" w:rsidRPr="00725484" w14:paraId="4E51AE53" w14:textId="77777777">
              <w:tc>
                <w:tcPr>
                  <w:tcW w:w="3777" w:type="dxa"/>
                  <w:tcMar>
                    <w:top w:w="0" w:type="dxa"/>
                    <w:left w:w="0" w:type="dxa"/>
                    <w:bottom w:w="0" w:type="dxa"/>
                    <w:right w:w="0" w:type="dxa"/>
                  </w:tcMar>
                  <w:vAlign w:val="bottom"/>
                </w:tcPr>
                <w:p w14:paraId="3A6EB37D" w14:textId="77777777" w:rsidR="00E34B5C" w:rsidRPr="00725484" w:rsidRDefault="00AB1AF6">
                  <w:pPr>
                    <w:spacing w:line="220" w:lineRule="auto"/>
                    <w:jc w:val="both"/>
                    <w:rPr>
                      <w:szCs w:val="18"/>
                    </w:rPr>
                  </w:pPr>
                  <w:r>
                    <w:rPr>
                      <w:rFonts w:ascii="Times New Roman" w:eastAsia="Times New Roman" w:hAnsi="Times New Roman"/>
                      <w:lang w:val="vi-VN"/>
                    </w:rPr>
                    <w:t>• Tôi có niềm hy vọng sống.</w:t>
                  </w:r>
                </w:p>
              </w:tc>
              <w:tc>
                <w:tcPr>
                  <w:tcW w:w="911" w:type="dxa"/>
                  <w:tcMar>
                    <w:top w:w="0" w:type="dxa"/>
                    <w:left w:w="0" w:type="dxa"/>
                    <w:bottom w:w="0" w:type="dxa"/>
                    <w:right w:w="0" w:type="dxa"/>
                  </w:tcMar>
                  <w:vAlign w:val="bottom"/>
                </w:tcPr>
                <w:p w14:paraId="43E8A012" w14:textId="77777777" w:rsidR="00E34B5C" w:rsidRPr="00725484" w:rsidRDefault="00AB1AF6">
                  <w:pPr>
                    <w:spacing w:line="220" w:lineRule="auto"/>
                    <w:jc w:val="right"/>
                    <w:rPr>
                      <w:szCs w:val="18"/>
                    </w:rPr>
                  </w:pPr>
                  <w:r>
                    <w:rPr>
                      <w:rFonts w:ascii="Times New Roman" w:eastAsia="Times New Roman" w:hAnsi="Times New Roman"/>
                      <w:sz w:val="16"/>
                      <w:lang w:val="vi-VN"/>
                    </w:rPr>
                    <w:t>1 Phi 1:3–4</w:t>
                  </w:r>
                </w:p>
              </w:tc>
            </w:tr>
          </w:tbl>
          <w:p w14:paraId="2E99938D"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84"/>
              <w:gridCol w:w="1004"/>
            </w:tblGrid>
            <w:tr w:rsidR="00E34B5C" w:rsidRPr="00725484" w14:paraId="6E52F07B" w14:textId="77777777">
              <w:tc>
                <w:tcPr>
                  <w:tcW w:w="3684" w:type="dxa"/>
                  <w:tcMar>
                    <w:top w:w="0" w:type="dxa"/>
                    <w:left w:w="0" w:type="dxa"/>
                    <w:bottom w:w="0" w:type="dxa"/>
                    <w:right w:w="0" w:type="dxa"/>
                  </w:tcMar>
                  <w:vAlign w:val="bottom"/>
                </w:tcPr>
                <w:p w14:paraId="54BE4331" w14:textId="77777777" w:rsidR="00E34B5C" w:rsidRPr="00725484" w:rsidRDefault="00AB1AF6">
                  <w:pPr>
                    <w:spacing w:line="220" w:lineRule="auto"/>
                    <w:jc w:val="both"/>
                    <w:rPr>
                      <w:szCs w:val="18"/>
                    </w:rPr>
                  </w:pPr>
                  <w:r>
                    <w:rPr>
                      <w:rFonts w:ascii="Times New Roman" w:eastAsia="Times New Roman" w:hAnsi="Times New Roman"/>
                      <w:lang w:val="vi-VN"/>
                    </w:rPr>
                    <w:t>• Điều cũ đã qua; điều mới đã đến.</w:t>
                  </w:r>
                </w:p>
              </w:tc>
              <w:tc>
                <w:tcPr>
                  <w:tcW w:w="1004" w:type="dxa"/>
                  <w:tcMar>
                    <w:top w:w="0" w:type="dxa"/>
                    <w:left w:w="0" w:type="dxa"/>
                    <w:bottom w:w="0" w:type="dxa"/>
                    <w:right w:w="0" w:type="dxa"/>
                  </w:tcMar>
                  <w:vAlign w:val="bottom"/>
                </w:tcPr>
                <w:p w14:paraId="222486C5" w14:textId="77777777" w:rsidR="00E34B5C" w:rsidRPr="00725484" w:rsidRDefault="00AB1AF6">
                  <w:pPr>
                    <w:spacing w:line="220" w:lineRule="auto"/>
                    <w:jc w:val="right"/>
                    <w:rPr>
                      <w:szCs w:val="18"/>
                    </w:rPr>
                  </w:pPr>
                  <w:r>
                    <w:rPr>
                      <w:rFonts w:ascii="Times New Roman" w:eastAsia="Times New Roman" w:hAnsi="Times New Roman"/>
                      <w:sz w:val="16"/>
                      <w:lang w:val="vi-VN"/>
                    </w:rPr>
                    <w:t>2 Cô 5:17</w:t>
                  </w:r>
                </w:p>
              </w:tc>
            </w:tr>
          </w:tbl>
          <w:p w14:paraId="7EE0925F"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48"/>
              <w:gridCol w:w="840"/>
            </w:tblGrid>
            <w:tr w:rsidR="00E34B5C" w:rsidRPr="00725484" w14:paraId="3F053C0B" w14:textId="77777777">
              <w:tc>
                <w:tcPr>
                  <w:tcW w:w="3848" w:type="dxa"/>
                  <w:tcMar>
                    <w:top w:w="0" w:type="dxa"/>
                    <w:left w:w="0" w:type="dxa"/>
                    <w:bottom w:w="0" w:type="dxa"/>
                    <w:right w:w="0" w:type="dxa"/>
                  </w:tcMar>
                  <w:vAlign w:val="bottom"/>
                </w:tcPr>
                <w:p w14:paraId="085C31BD" w14:textId="77777777" w:rsidR="00E34B5C" w:rsidRPr="00725484" w:rsidRDefault="00AB1AF6">
                  <w:pPr>
                    <w:spacing w:line="220" w:lineRule="auto"/>
                    <w:jc w:val="both"/>
                    <w:rPr>
                      <w:szCs w:val="18"/>
                    </w:rPr>
                  </w:pPr>
                  <w:r>
                    <w:rPr>
                      <w:rFonts w:ascii="Times New Roman" w:eastAsia="Times New Roman" w:hAnsi="Times New Roman"/>
                      <w:lang w:val="vi-VN"/>
                    </w:rPr>
                    <w:t>• Ngài sẽ chỉ dẫn tôi rõ ràng.</w:t>
                  </w:r>
                </w:p>
              </w:tc>
              <w:tc>
                <w:tcPr>
                  <w:tcW w:w="840" w:type="dxa"/>
                  <w:tcMar>
                    <w:top w:w="0" w:type="dxa"/>
                    <w:left w:w="0" w:type="dxa"/>
                    <w:bottom w:w="0" w:type="dxa"/>
                    <w:right w:w="0" w:type="dxa"/>
                  </w:tcMar>
                  <w:vAlign w:val="bottom"/>
                </w:tcPr>
                <w:p w14:paraId="53ECD070" w14:textId="77777777" w:rsidR="00E34B5C" w:rsidRPr="00725484" w:rsidRDefault="00AB1AF6">
                  <w:pPr>
                    <w:spacing w:line="220" w:lineRule="auto"/>
                    <w:jc w:val="right"/>
                    <w:rPr>
                      <w:szCs w:val="18"/>
                    </w:rPr>
                  </w:pPr>
                  <w:r>
                    <w:rPr>
                      <w:rFonts w:ascii="Times New Roman" w:eastAsia="Times New Roman" w:hAnsi="Times New Roman"/>
                      <w:sz w:val="16"/>
                      <w:lang w:val="vi-VN"/>
                    </w:rPr>
                    <w:t>Châm 3:5‑6</w:t>
                  </w:r>
                </w:p>
              </w:tc>
            </w:tr>
          </w:tbl>
          <w:p w14:paraId="46DD464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4688"/>
            </w:tblGrid>
            <w:tr w:rsidR="00E34B5C" w:rsidRPr="00725484" w14:paraId="3CE179FD" w14:textId="77777777">
              <w:tc>
                <w:tcPr>
                  <w:tcW w:w="4688" w:type="dxa"/>
                  <w:tcMar>
                    <w:top w:w="0" w:type="dxa"/>
                    <w:left w:w="0" w:type="dxa"/>
                    <w:bottom w:w="0" w:type="dxa"/>
                    <w:right w:w="0" w:type="dxa"/>
                  </w:tcMar>
                  <w:vAlign w:val="bottom"/>
                </w:tcPr>
                <w:p w14:paraId="31DE6BFC" w14:textId="77777777" w:rsidR="00E34B5C" w:rsidRPr="00725484" w:rsidRDefault="00AB1AF6">
                  <w:pPr>
                    <w:tabs>
                      <w:tab w:val="right" w:pos="4720"/>
                    </w:tabs>
                    <w:spacing w:line="220" w:lineRule="auto"/>
                    <w:jc w:val="both"/>
                    <w:rPr>
                      <w:szCs w:val="18"/>
                    </w:rPr>
                  </w:pPr>
                  <w:r>
                    <w:rPr>
                      <w:rFonts w:ascii="Times New Roman" w:eastAsia="Times New Roman" w:hAnsi="Times New Roman"/>
                      <w:lang w:val="vi-VN"/>
                    </w:rPr>
                    <w:t>• Khi bị cám dỗ, Ngài mở lối thoát.</w:t>
                  </w:r>
                  <w:r>
                    <w:rPr>
                      <w:rFonts w:ascii="Times New Roman" w:eastAsia="Times New Roman" w:hAnsi="Times New Roman"/>
                      <w:sz w:val="16"/>
                      <w:lang w:val="vi-VN"/>
                    </w:rPr>
                    <w:tab/>
                    <w:t>1 Cô 10:13</w:t>
                  </w:r>
                </w:p>
              </w:tc>
            </w:tr>
          </w:tbl>
          <w:p w14:paraId="3111B7C7"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62"/>
              <w:gridCol w:w="826"/>
            </w:tblGrid>
            <w:tr w:rsidR="00E34B5C" w:rsidRPr="00725484" w14:paraId="3F3BC4B7" w14:textId="77777777">
              <w:tc>
                <w:tcPr>
                  <w:tcW w:w="3862" w:type="dxa"/>
                  <w:tcMar>
                    <w:top w:w="0" w:type="dxa"/>
                    <w:left w:w="0" w:type="dxa"/>
                    <w:bottom w:w="0" w:type="dxa"/>
                    <w:right w:w="0" w:type="dxa"/>
                  </w:tcMar>
                  <w:vAlign w:val="bottom"/>
                </w:tcPr>
                <w:p w14:paraId="0FC4111B" w14:textId="77777777" w:rsidR="00E34B5C" w:rsidRPr="00725484" w:rsidRDefault="00AB1AF6">
                  <w:pPr>
                    <w:spacing w:line="220" w:lineRule="auto"/>
                    <w:jc w:val="both"/>
                    <w:rPr>
                      <w:szCs w:val="18"/>
                    </w:rPr>
                  </w:pPr>
                  <w:r>
                    <w:rPr>
                      <w:rFonts w:ascii="Times New Roman" w:eastAsia="Times New Roman" w:hAnsi="Times New Roman"/>
                      <w:lang w:val="vi-VN"/>
                    </w:rPr>
                    <w:t>• Tôi được tha thứ.</w:t>
                  </w:r>
                </w:p>
              </w:tc>
              <w:tc>
                <w:tcPr>
                  <w:tcW w:w="826" w:type="dxa"/>
                  <w:tcMar>
                    <w:top w:w="0" w:type="dxa"/>
                    <w:left w:w="0" w:type="dxa"/>
                    <w:bottom w:w="0" w:type="dxa"/>
                    <w:right w:w="0" w:type="dxa"/>
                  </w:tcMar>
                  <w:vAlign w:val="bottom"/>
                </w:tcPr>
                <w:p w14:paraId="6FD0FB0B" w14:textId="77777777" w:rsidR="00E34B5C" w:rsidRPr="00725484" w:rsidRDefault="00AB1AF6">
                  <w:pPr>
                    <w:spacing w:line="220" w:lineRule="auto"/>
                    <w:jc w:val="right"/>
                    <w:rPr>
                      <w:szCs w:val="18"/>
                    </w:rPr>
                  </w:pPr>
                  <w:r>
                    <w:rPr>
                      <w:rFonts w:ascii="Times New Roman" w:eastAsia="Times New Roman" w:hAnsi="Times New Roman"/>
                      <w:sz w:val="16"/>
                      <w:lang w:val="vi-VN"/>
                    </w:rPr>
                    <w:t>1 Gi 1:9</w:t>
                  </w:r>
                </w:p>
              </w:tc>
            </w:tr>
          </w:tbl>
          <w:p w14:paraId="72F673B9" w14:textId="77777777" w:rsidR="008F2987" w:rsidRDefault="00CD78B1">
            <w:pPr>
              <w:spacing w:line="220" w:lineRule="auto"/>
              <w:jc w:val="both"/>
            </w:pPr>
            <w:r>
              <w:rPr>
                <w:rFonts w:ascii="Times New Roman" w:eastAsia="Times New Roman" w:hAnsi="Times New Roman"/>
                <w:lang w:val="vi-VN"/>
              </w:rPr>
              <w:t>• Ngài đã khởi làm việc lành trong tôi</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866"/>
              <w:gridCol w:w="822"/>
            </w:tblGrid>
            <w:tr w:rsidR="00E34B5C" w:rsidRPr="00725484" w14:paraId="2BEDDD2D" w14:textId="77777777">
              <w:tc>
                <w:tcPr>
                  <w:tcW w:w="3866" w:type="dxa"/>
                  <w:tcMar>
                    <w:top w:w="0" w:type="dxa"/>
                    <w:left w:w="0" w:type="dxa"/>
                    <w:bottom w:w="0" w:type="dxa"/>
                    <w:right w:w="0" w:type="dxa"/>
                  </w:tcMar>
                  <w:vAlign w:val="bottom"/>
                </w:tcPr>
                <w:p w14:paraId="73C278D7" w14:textId="77777777" w:rsidR="00E34B5C" w:rsidRPr="00725484" w:rsidRDefault="00AB1AF6">
                  <w:pPr>
                    <w:rPr>
                      <w:szCs w:val="18"/>
                    </w:rPr>
                  </w:pPr>
                  <w:r>
                    <w:rPr>
                      <w:rFonts w:ascii="Times New Roman" w:eastAsia="Times New Roman" w:hAnsi="Times New Roman"/>
                      <w:lang w:val="vi-VN"/>
                    </w:rPr>
                    <w:t>và sẽ hoàn thành việc ấy.</w:t>
                  </w:r>
                </w:p>
              </w:tc>
              <w:tc>
                <w:tcPr>
                  <w:tcW w:w="822" w:type="dxa"/>
                  <w:tcMar>
                    <w:top w:w="0" w:type="dxa"/>
                    <w:left w:w="0" w:type="dxa"/>
                    <w:bottom w:w="0" w:type="dxa"/>
                    <w:right w:w="0" w:type="dxa"/>
                  </w:tcMar>
                  <w:vAlign w:val="bottom"/>
                </w:tcPr>
                <w:p w14:paraId="06A2BB08" w14:textId="77777777" w:rsidR="00E34B5C" w:rsidRPr="00725484" w:rsidRDefault="00AB1AF6">
                  <w:pPr>
                    <w:jc w:val="right"/>
                    <w:rPr>
                      <w:szCs w:val="18"/>
                    </w:rPr>
                  </w:pPr>
                  <w:r>
                    <w:rPr>
                      <w:rFonts w:ascii="Times New Roman" w:eastAsia="Times New Roman" w:hAnsi="Times New Roman"/>
                      <w:sz w:val="16"/>
                      <w:lang w:val="vi-VN"/>
                    </w:rPr>
                    <w:t>Phil 1:6</w:t>
                  </w:r>
                </w:p>
              </w:tc>
            </w:tr>
          </w:tbl>
          <w:p w14:paraId="5F4AD4D2" w14:textId="77777777" w:rsidR="00E34B5C" w:rsidRPr="00725484" w:rsidRDefault="00E34B5C">
            <w:pPr>
              <w:spacing w:line="10" w:lineRule="exact"/>
              <w:rPr>
                <w:szCs w:val="18"/>
              </w:rPr>
            </w:pPr>
          </w:p>
          <w:p w14:paraId="54D37572" w14:textId="77777777" w:rsidR="00E34B5C" w:rsidRPr="00725484" w:rsidRDefault="00AB1AF6">
            <w:pPr>
              <w:keepNext/>
              <w:tabs>
                <w:tab w:val="center" w:pos="2414"/>
              </w:tabs>
              <w:spacing w:before="160" w:after="60" w:line="190" w:lineRule="exact"/>
            </w:pPr>
            <w:r>
              <w:rPr>
                <w:rFonts w:ascii="Times New Roman" w:eastAsia="Times New Roman" w:hAnsi="Times New Roman"/>
                <w:b/>
                <w:lang w:val="vi-VN"/>
              </w:rPr>
              <w:t>8</w:t>
            </w:r>
            <w:r>
              <w:rPr>
                <w:rFonts w:ascii="Times New Roman" w:eastAsia="Times New Roman" w:hAnsi="Times New Roman"/>
                <w:b/>
                <w:lang w:val="vi-VN"/>
              </w:rPr>
              <w:tab/>
              <w:t>ÂN ĐIỂN VÀ VIỆC LÀNH</w:t>
            </w:r>
          </w:p>
          <w:tbl>
            <w:tblPr>
              <w:tblW w:w="4728" w:type="dxa"/>
              <w:tblLayout w:type="fixed"/>
              <w:tblLook w:val="04A0" w:firstRow="1" w:lastRow="0" w:firstColumn="1" w:lastColumn="0" w:noHBand="0" w:noVBand="1"/>
            </w:tblPr>
            <w:tblGrid>
              <w:gridCol w:w="4728"/>
            </w:tblGrid>
            <w:tr w:rsidR="00E34B5C" w:rsidRPr="00725484" w14:paraId="0565A701" w14:textId="77777777">
              <w:tc>
                <w:tcPr>
                  <w:tcW w:w="4728" w:type="dxa"/>
                  <w:tcBorders>
                    <w:top w:val="single" w:sz="6" w:space="0" w:color="A51C44"/>
                    <w:left w:val="single" w:sz="6" w:space="0" w:color="A51C44"/>
                    <w:bottom w:val="single" w:sz="6" w:space="0" w:color="A51C44"/>
                    <w:right w:val="single" w:sz="6" w:space="0" w:color="A51C44"/>
                  </w:tcBorders>
                  <w:tcMar>
                    <w:top w:w="45" w:type="dxa"/>
                    <w:left w:w="70" w:type="dxa"/>
                    <w:bottom w:w="15" w:type="dxa"/>
                    <w:right w:w="70" w:type="dxa"/>
                  </w:tcMar>
                </w:tcPr>
                <w:p w14:paraId="4F4D8B9A" w14:textId="77777777" w:rsidR="008F2987" w:rsidRDefault="00CD78B1">
                  <w:pPr>
                    <w:tabs>
                      <w:tab w:val="right" w:pos="4588"/>
                    </w:tabs>
                    <w:spacing w:line="190" w:lineRule="exact"/>
                    <w:jc w:val="both"/>
                  </w:pPr>
                  <w:r>
                    <w:rPr>
                      <w:rFonts w:ascii="Times New Roman" w:eastAsia="Times New Roman" w:hAnsi="Times New Roman"/>
                      <w:b/>
                      <w:lang w:val="vi-VN"/>
                    </w:rPr>
                    <w:t>Ân điển:</w:t>
                  </w:r>
                  <w:r>
                    <w:rPr>
                      <w:rFonts w:ascii="Times New Roman" w:eastAsia="Times New Roman" w:hAnsi="Times New Roman"/>
                      <w:lang w:val="vi-VN"/>
                    </w:rPr>
                    <w:t xml:space="preserve"> Nhờ ân điển, bởi đức tin, anh em được cứu. Điều này không do anh em, mà là quà tặng của Đức Chúa Trời; không do việc làm, để không ai khoe mình.</w:t>
                  </w:r>
                  <w:r>
                    <w:rPr>
                      <w:rFonts w:ascii="Times New Roman" w:eastAsia="Times New Roman" w:hAnsi="Times New Roman"/>
                      <w:sz w:val="16"/>
                      <w:lang w:val="vi-VN"/>
                    </w:rPr>
                    <w:tab/>
                    <w:t>Êph 2:8–9</w:t>
                  </w:r>
                </w:p>
                <w:p w14:paraId="6CF17014" w14:textId="77777777" w:rsidR="008F2987" w:rsidRDefault="00CD78B1">
                  <w:pPr>
                    <w:tabs>
                      <w:tab w:val="right" w:pos="4588"/>
                    </w:tabs>
                    <w:spacing w:line="190" w:lineRule="exact"/>
                    <w:jc w:val="both"/>
                  </w:pPr>
                  <w:r>
                    <w:rPr>
                      <w:rFonts w:ascii="Times New Roman" w:eastAsia="Times New Roman" w:hAnsi="Times New Roman"/>
                      <w:b/>
                      <w:lang w:val="vi-VN"/>
                    </w:rPr>
                    <w:t>Việc lành:</w:t>
                  </w:r>
                  <w:r>
                    <w:rPr>
                      <w:rFonts w:ascii="Times New Roman" w:eastAsia="Times New Roman" w:hAnsi="Times New Roman"/>
                      <w:lang w:val="vi-VN"/>
                    </w:rPr>
                    <w:t xml:space="preserve"> Chúng ta là công trình của Ngài, được tạo dựng trong Đấng Christ Giê-su để làm việc lành, mà Ngài đã chuẩn bị trước cho chúng ta làm theo.</w:t>
                  </w:r>
                  <w:r>
                    <w:rPr>
                      <w:rFonts w:ascii="Times New Roman" w:eastAsia="Times New Roman" w:hAnsi="Times New Roman"/>
                      <w:sz w:val="16"/>
                      <w:lang w:val="vi-VN"/>
                    </w:rPr>
                    <w:tab/>
                    <w:t>Êph 2:10</w:t>
                  </w:r>
                </w:p>
              </w:tc>
            </w:tr>
          </w:tbl>
          <w:p w14:paraId="27C48F08" w14:textId="77777777" w:rsidR="008F2987" w:rsidRDefault="00CD78B1">
            <w:pPr>
              <w:tabs>
                <w:tab w:val="center" w:pos="2414"/>
              </w:tabs>
              <w:spacing w:before="220" w:after="60" w:line="190" w:lineRule="exact"/>
            </w:pPr>
            <w:r>
              <w:rPr>
                <w:rFonts w:ascii="Times New Roman" w:eastAsia="Times New Roman" w:hAnsi="Times New Roman"/>
                <w:b/>
                <w:lang w:val="vi-VN"/>
              </w:rPr>
              <w:t>9</w:t>
            </w:r>
            <w:r>
              <w:rPr>
                <w:rFonts w:ascii="Times New Roman" w:eastAsia="Times New Roman" w:hAnsi="Times New Roman"/>
                <w:b/>
                <w:lang w:val="vi-VN"/>
              </w:rPr>
              <w:tab/>
              <w:t>TĂNG TRƯỞNG THUỘC LINH</w:t>
            </w:r>
          </w:p>
          <w:p w14:paraId="3AAFEC31" w14:textId="77777777" w:rsidR="008F2987" w:rsidRDefault="00CD78B1">
            <w:pPr>
              <w:tabs>
                <w:tab w:val="right" w:pos="4728"/>
              </w:tabs>
              <w:spacing w:line="190" w:lineRule="exact"/>
              <w:ind w:right="100"/>
              <w:jc w:val="both"/>
              <w:rPr>
                <w:szCs w:val="18"/>
              </w:rPr>
            </w:pPr>
            <w:r>
              <w:rPr>
                <w:rFonts w:ascii="Times New Roman" w:eastAsia="Times New Roman" w:hAnsi="Times New Roman"/>
                <w:color w:val="000000"/>
                <w:lang w:val="vi-VN"/>
              </w:rPr>
              <w:t xml:space="preserve">Kinh Thánh dùng các ẩn dụ về tăng trưởng thuộc linh để giúp ta hiểu: </w:t>
            </w:r>
            <w:r>
              <w:rPr>
                <w:rFonts w:ascii="Times New Roman" w:eastAsia="Times New Roman" w:hAnsi="Times New Roman"/>
                <w:color w:val="235A78"/>
                <w:lang w:val="vi-VN"/>
              </w:rPr>
              <w:t>CHÚNG TA ĐƯỢC SINH RA ĐỂ LỚN LÊN.</w:t>
            </w:r>
          </w:p>
          <w:p w14:paraId="0A04D5D1" w14:textId="77777777" w:rsidR="008F2987" w:rsidRDefault="00CD78B1">
            <w:pPr>
              <w:tabs>
                <w:tab w:val="right" w:pos="4728"/>
              </w:tabs>
              <w:spacing w:after="50" w:line="190" w:lineRule="exact"/>
              <w:ind w:right="100"/>
              <w:jc w:val="center"/>
              <w:rPr>
                <w:szCs w:val="18"/>
              </w:rPr>
            </w:pPr>
            <w:r>
              <w:rPr>
                <w:rFonts w:ascii="Times New Roman" w:eastAsia="Times New Roman" w:hAnsi="Times New Roman"/>
                <w:lang w:val="vi-VN"/>
              </w:rPr>
              <w:t>Rễ → Quả   Sơ sinh → Trưởng thành   Sữa → Thịt</w:t>
            </w:r>
          </w:p>
          <w:tbl>
            <w:tblPr>
              <w:tblW w:w="4728" w:type="dxa"/>
              <w:tblLayout w:type="fixed"/>
              <w:tblLook w:val="04A0" w:firstRow="1" w:lastRow="0" w:firstColumn="1" w:lastColumn="0" w:noHBand="0" w:noVBand="1"/>
            </w:tblPr>
            <w:tblGrid>
              <w:gridCol w:w="4728"/>
            </w:tblGrid>
            <w:tr w:rsidR="008F2987" w14:paraId="6B27B379" w14:textId="77777777">
              <w:tc>
                <w:tcPr>
                  <w:tcW w:w="4728" w:type="dxa"/>
                  <w:tcBorders>
                    <w:top w:val="single" w:sz="4" w:space="0" w:color="A51C44"/>
                    <w:left w:val="single" w:sz="4" w:space="0" w:color="A51C44"/>
                    <w:bottom w:val="single" w:sz="4" w:space="0" w:color="A51C44"/>
                    <w:right w:val="single" w:sz="4" w:space="0" w:color="A51C44"/>
                  </w:tcBorders>
                  <w:tcMar>
                    <w:top w:w="35" w:type="dxa"/>
                    <w:bottom w:w="15" w:type="dxa"/>
                  </w:tcMar>
                </w:tcPr>
                <w:p w14:paraId="768B675F" w14:textId="77777777" w:rsidR="008F2987" w:rsidRDefault="00CD78B1">
                  <w:pPr>
                    <w:tabs>
                      <w:tab w:val="right" w:pos="4512"/>
                    </w:tabs>
                    <w:spacing w:line="190" w:lineRule="exact"/>
                    <w:jc w:val="both"/>
                  </w:pPr>
                  <w:r>
                    <w:rPr>
                      <w:rFonts w:ascii="Times New Roman" w:eastAsia="Times New Roman" w:hAnsi="Times New Roman"/>
                      <w:b/>
                      <w:lang w:val="vi-VN"/>
                    </w:rPr>
                    <w:t>• Hạt</w:t>
                  </w:r>
                  <w:r>
                    <w:rPr>
                      <w:rFonts w:ascii="Times New Roman" w:eastAsia="Times New Roman" w:hAnsi="Times New Roman"/>
                      <w:lang w:val="vi-VN"/>
                    </w:rPr>
                    <w:t xml:space="preserve"> — Sự sống mới trong Christ.</w:t>
                  </w:r>
                  <w:r>
                    <w:rPr>
                      <w:rFonts w:ascii="Times New Roman" w:eastAsia="Times New Roman" w:hAnsi="Times New Roman"/>
                      <w:sz w:val="16"/>
                      <w:lang w:val="vi-VN"/>
                    </w:rPr>
                    <w:tab/>
                    <w:t>1 Phi 1:23</w:t>
                  </w:r>
                </w:p>
                <w:p w14:paraId="5D09AD68" w14:textId="77777777" w:rsidR="008F2987" w:rsidRDefault="00CD78B1">
                  <w:pPr>
                    <w:tabs>
                      <w:tab w:val="right" w:pos="4512"/>
                    </w:tabs>
                    <w:spacing w:line="190" w:lineRule="exact"/>
                  </w:pPr>
                  <w:r>
                    <w:rPr>
                      <w:rFonts w:ascii="Times New Roman" w:eastAsia="Times New Roman" w:hAnsi="Times New Roman"/>
                      <w:b/>
                      <w:lang w:val="vi-VN"/>
                    </w:rPr>
                    <w:t>• Rễ</w:t>
                  </w:r>
                  <w:r>
                    <w:rPr>
                      <w:rFonts w:ascii="Times New Roman" w:eastAsia="Times New Roman" w:hAnsi="Times New Roman"/>
                      <w:lang w:val="vi-VN"/>
                    </w:rPr>
                    <w:t xml:space="preserve"> — Vững lập trong Christ.</w:t>
                  </w:r>
                  <w:r>
                    <w:rPr>
                      <w:rFonts w:ascii="Times New Roman" w:eastAsia="Times New Roman" w:hAnsi="Times New Roman"/>
                      <w:sz w:val="16"/>
                      <w:lang w:val="vi-VN"/>
                    </w:rPr>
                    <w:tab/>
                    <w:t>Cô 2:6–7</w:t>
                  </w:r>
                </w:p>
                <w:p w14:paraId="574E5F66" w14:textId="77777777" w:rsidR="008F2987" w:rsidRDefault="00CD78B1">
                  <w:pPr>
                    <w:tabs>
                      <w:tab w:val="right" w:pos="4512"/>
                    </w:tabs>
                    <w:spacing w:line="190" w:lineRule="exact"/>
                  </w:pPr>
                  <w:r>
                    <w:rPr>
                      <w:rFonts w:ascii="Times New Roman" w:eastAsia="Times New Roman" w:hAnsi="Times New Roman"/>
                      <w:b/>
                      <w:lang w:val="vi-VN"/>
                    </w:rPr>
                    <w:t>• Cây</w:t>
                  </w:r>
                  <w:r>
                    <w:rPr>
                      <w:rFonts w:ascii="Times New Roman" w:eastAsia="Times New Roman" w:hAnsi="Times New Roman"/>
                      <w:lang w:val="vi-VN"/>
                    </w:rPr>
                    <w:t xml:space="preserve"> — Lớn lên trong đời sống với Christ.</w:t>
                  </w:r>
                  <w:r>
                    <w:rPr>
                      <w:rFonts w:ascii="Times New Roman" w:eastAsia="Times New Roman" w:hAnsi="Times New Roman"/>
                      <w:sz w:val="16"/>
                      <w:lang w:val="vi-VN"/>
                    </w:rPr>
                    <w:tab/>
                    <w:t>1 Cô 3:6–7</w:t>
                  </w:r>
                </w:p>
                <w:p w14:paraId="74AEA61E" w14:textId="77777777" w:rsidR="008F2987" w:rsidRDefault="00CD78B1">
                  <w:pPr>
                    <w:tabs>
                      <w:tab w:val="right" w:pos="4512"/>
                    </w:tabs>
                    <w:spacing w:line="190" w:lineRule="exact"/>
                  </w:pPr>
                  <w:r>
                    <w:rPr>
                      <w:rFonts w:ascii="Times New Roman" w:eastAsia="Times New Roman" w:hAnsi="Times New Roman"/>
                      <w:b/>
                      <w:lang w:val="vi-VN"/>
                    </w:rPr>
                    <w:t>• Quả</w:t>
                  </w:r>
                  <w:r>
                    <w:rPr>
                      <w:rFonts w:ascii="Times New Roman" w:eastAsia="Times New Roman" w:hAnsi="Times New Roman"/>
                      <w:lang w:val="vi-VN"/>
                    </w:rPr>
                    <w:t xml:space="preserve"> — Phục vụ để người khác lớn lên.</w:t>
                  </w:r>
                  <w:r>
                    <w:rPr>
                      <w:rFonts w:ascii="Times New Roman" w:eastAsia="Times New Roman" w:hAnsi="Times New Roman"/>
                      <w:sz w:val="16"/>
                      <w:lang w:val="vi-VN"/>
                    </w:rPr>
                    <w:tab/>
                    <w:t>Gi 15:5, 8</w:t>
                  </w:r>
                </w:p>
              </w:tc>
            </w:tr>
          </w:tbl>
          <w:p w14:paraId="6D1D1C6B" w14:textId="77777777" w:rsidR="008F2987" w:rsidRDefault="00CD78B1">
            <w:pPr>
              <w:tabs>
                <w:tab w:val="right" w:pos="4728"/>
              </w:tabs>
              <w:spacing w:before="140" w:after="95" w:line="190" w:lineRule="exact"/>
              <w:ind w:right="100"/>
              <w:jc w:val="both"/>
            </w:pPr>
            <w:r>
              <w:rPr>
                <w:rFonts w:ascii="Times New Roman" w:eastAsia="Times New Roman" w:hAnsi="Times New Roman"/>
                <w:lang w:val="vi-VN"/>
              </w:rPr>
              <w:t>“Vậy, như anh em đã tiếp nhận Đấng Christ Giê-su là Chúa, hãy bước đi trong Ngài,”</w:t>
            </w:r>
            <w:r>
              <w:rPr>
                <w:rFonts w:ascii="Times New Roman" w:eastAsia="Times New Roman" w:hAnsi="Times New Roman"/>
                <w:sz w:val="16"/>
                <w:lang w:val="vi-VN"/>
              </w:rPr>
              <w:tab/>
              <w:t>Cô 2:6</w:t>
            </w:r>
          </w:p>
          <w:p w14:paraId="10D831A1" w14:textId="77777777" w:rsidR="008F2987" w:rsidRDefault="00CD78B1">
            <w:pPr>
              <w:tabs>
                <w:tab w:val="right" w:pos="4728"/>
              </w:tabs>
              <w:spacing w:line="190" w:lineRule="exact"/>
              <w:ind w:right="100"/>
              <w:jc w:val="both"/>
            </w:pPr>
            <w:r>
              <w:rPr>
                <w:rFonts w:ascii="Times New Roman" w:eastAsia="Times New Roman" w:hAnsi="Times New Roman"/>
                <w:lang w:val="vi-VN"/>
              </w:rPr>
              <w:t>“kết quả trong mọi việc lành và tăng trưởng trong sự hiểu biết Đức Chúa Trời.”</w:t>
            </w:r>
            <w:r>
              <w:rPr>
                <w:rFonts w:ascii="Times New Roman" w:eastAsia="Times New Roman" w:hAnsi="Times New Roman"/>
                <w:sz w:val="16"/>
                <w:lang w:val="vi-VN"/>
              </w:rPr>
              <w:tab/>
              <w:t>Cô 1:10</w:t>
            </w:r>
          </w:p>
          <w:p w14:paraId="50F4B199" w14:textId="77777777" w:rsidR="008F2987" w:rsidRDefault="008F2987">
            <w:pPr>
              <w:spacing w:line="50" w:lineRule="exact"/>
            </w:pPr>
          </w:p>
          <w:tbl>
            <w:tblPr>
              <w:tblW w:w="4728" w:type="dxa"/>
              <w:tblBorders>
                <w:top w:val="single" w:sz="3" w:space="0" w:color="D9D9D9"/>
                <w:left w:val="single" w:sz="3" w:space="0" w:color="D9D9D9"/>
                <w:bottom w:val="single" w:sz="3" w:space="0" w:color="D9D9D9"/>
                <w:right w:val="single" w:sz="3" w:space="0" w:color="D9D9D9"/>
                <w:insideH w:val="single" w:sz="3" w:space="0" w:color="D9D9D9"/>
                <w:insideV w:val="single" w:sz="3" w:space="0" w:color="D9D9D9"/>
              </w:tblBorders>
              <w:tblLayout w:type="fixed"/>
              <w:tblLook w:val="04A0" w:firstRow="1" w:lastRow="0" w:firstColumn="1" w:lastColumn="0" w:noHBand="0" w:noVBand="1"/>
            </w:tblPr>
            <w:tblGrid>
              <w:gridCol w:w="1150"/>
              <w:gridCol w:w="1280"/>
              <w:gridCol w:w="2298"/>
            </w:tblGrid>
            <w:tr w:rsidR="008F2987" w14:paraId="26A9DD45" w14:textId="77777777">
              <w:tc>
                <w:tcPr>
                  <w:tcW w:w="1150" w:type="dxa"/>
                  <w:shd w:val="clear" w:color="auto" w:fill="F6E1E7"/>
                  <w:tcMar>
                    <w:top w:w="10" w:type="dxa"/>
                    <w:left w:w="40" w:type="dxa"/>
                    <w:bottom w:w="10" w:type="dxa"/>
                    <w:right w:w="40" w:type="dxa"/>
                  </w:tcMar>
                  <w:vAlign w:val="center"/>
                </w:tcPr>
                <w:p w14:paraId="564E18B1" w14:textId="77777777" w:rsidR="008F2987" w:rsidRDefault="00CD78B1">
                  <w:pPr>
                    <w:spacing w:line="190" w:lineRule="exact"/>
                    <w:jc w:val="center"/>
                  </w:pPr>
                  <w:r>
                    <w:rPr>
                      <w:rFonts w:ascii="Times New Roman" w:eastAsia="Times New Roman" w:hAnsi="Times New Roman"/>
                      <w:b/>
                      <w:sz w:val="16"/>
                      <w:lang w:val="vi-VN"/>
                    </w:rPr>
                    <w:t>CHỦ ĐỀ</w:t>
                  </w:r>
                </w:p>
              </w:tc>
              <w:tc>
                <w:tcPr>
                  <w:tcW w:w="1280" w:type="dxa"/>
                  <w:shd w:val="clear" w:color="auto" w:fill="F6E1E7"/>
                  <w:tcMar>
                    <w:top w:w="10" w:type="dxa"/>
                    <w:left w:w="20" w:type="dxa"/>
                    <w:bottom w:w="10" w:type="dxa"/>
                    <w:right w:w="20" w:type="dxa"/>
                  </w:tcMar>
                  <w:vAlign w:val="center"/>
                </w:tcPr>
                <w:p w14:paraId="0D161D8A" w14:textId="77777777" w:rsidR="008F2987" w:rsidRDefault="00CD78B1">
                  <w:pPr>
                    <w:spacing w:line="190" w:lineRule="exact"/>
                    <w:jc w:val="center"/>
                  </w:pPr>
                  <w:r>
                    <w:rPr>
                      <w:rFonts w:ascii="Times New Roman" w:hAnsi="Times New Roman"/>
                      <w:b/>
                    </w:rPr>
                    <w:t>R</w:t>
                  </w:r>
                  <w:r>
                    <w:rPr>
                      <w:rFonts w:ascii="Times New Roman" w:hAnsi="Times New Roman"/>
                      <w:b/>
                    </w:rPr>
                    <w:t>ễ</w:t>
                  </w:r>
                  <w:r>
                    <w:rPr>
                      <w:rFonts w:ascii="Times New Roman" w:hAnsi="Times New Roman"/>
                      <w:sz w:val="14"/>
                    </w:rPr>
                    <w:t xml:space="preserve"> (M</w:t>
                  </w:r>
                  <w:r>
                    <w:rPr>
                      <w:rFonts w:ascii="Times New Roman" w:hAnsi="Times New Roman"/>
                      <w:sz w:val="14"/>
                    </w:rPr>
                    <w:t>ớ</w:t>
                  </w:r>
                  <w:r>
                    <w:rPr>
                      <w:rFonts w:ascii="Times New Roman" w:hAnsi="Times New Roman"/>
                      <w:sz w:val="14"/>
                    </w:rPr>
                    <w:t>i)</w:t>
                  </w:r>
                </w:p>
              </w:tc>
              <w:tc>
                <w:tcPr>
                  <w:tcW w:w="2298" w:type="dxa"/>
                  <w:shd w:val="clear" w:color="auto" w:fill="F6E1E7"/>
                  <w:tcMar>
                    <w:top w:w="10" w:type="dxa"/>
                    <w:left w:w="40" w:type="dxa"/>
                    <w:bottom w:w="10" w:type="dxa"/>
                    <w:right w:w="40" w:type="dxa"/>
                  </w:tcMar>
                  <w:vAlign w:val="center"/>
                </w:tcPr>
                <w:p w14:paraId="2477E571" w14:textId="77777777" w:rsidR="008F2987" w:rsidRDefault="00CD78B1">
                  <w:pPr>
                    <w:spacing w:line="190" w:lineRule="exact"/>
                    <w:jc w:val="center"/>
                  </w:pPr>
                  <w:r>
                    <w:rPr>
                      <w:rFonts w:ascii="Times New Roman" w:hAnsi="Times New Roman"/>
                      <w:b/>
                    </w:rPr>
                    <w:t>Qu</w:t>
                  </w:r>
                  <w:r>
                    <w:rPr>
                      <w:rFonts w:ascii="Times New Roman" w:hAnsi="Times New Roman"/>
                      <w:b/>
                    </w:rPr>
                    <w:t>ả</w:t>
                  </w:r>
                  <w:r>
                    <w:rPr>
                      <w:rFonts w:ascii="Times New Roman" w:hAnsi="Times New Roman"/>
                      <w:sz w:val="14"/>
                    </w:rPr>
                    <w:t xml:space="preserve"> (Trư</w:t>
                  </w:r>
                  <w:r>
                    <w:rPr>
                      <w:rFonts w:ascii="Times New Roman" w:hAnsi="Times New Roman"/>
                      <w:sz w:val="14"/>
                    </w:rPr>
                    <w:t>ở</w:t>
                  </w:r>
                  <w:r>
                    <w:rPr>
                      <w:rFonts w:ascii="Times New Roman" w:hAnsi="Times New Roman"/>
                      <w:sz w:val="14"/>
                    </w:rPr>
                    <w:t>ng thành)</w:t>
                  </w:r>
                </w:p>
              </w:tc>
            </w:tr>
            <w:tr w:rsidR="008F2987" w14:paraId="3F22AEE2" w14:textId="77777777">
              <w:tc>
                <w:tcPr>
                  <w:tcW w:w="1150" w:type="dxa"/>
                  <w:shd w:val="clear" w:color="auto" w:fill="F6E1E7"/>
                  <w:tcMar>
                    <w:top w:w="10" w:type="dxa"/>
                    <w:left w:w="40" w:type="dxa"/>
                    <w:bottom w:w="10" w:type="dxa"/>
                    <w:right w:w="40" w:type="dxa"/>
                  </w:tcMar>
                  <w:vAlign w:val="center"/>
                </w:tcPr>
                <w:p w14:paraId="5D9A62E7" w14:textId="77777777" w:rsidR="008F2987" w:rsidRDefault="00CD78B1">
                  <w:pPr>
                    <w:spacing w:line="190" w:lineRule="exact"/>
                  </w:pPr>
                  <w:r>
                    <w:rPr>
                      <w:rFonts w:ascii="Times New Roman" w:eastAsia="Times New Roman" w:hAnsi="Times New Roman"/>
                      <w:sz w:val="16"/>
                      <w:lang w:val="vi-VN"/>
                    </w:rPr>
                    <w:t>Lời Chúa</w:t>
                  </w:r>
                </w:p>
              </w:tc>
              <w:tc>
                <w:tcPr>
                  <w:tcW w:w="1280" w:type="dxa"/>
                  <w:tcMar>
                    <w:top w:w="10" w:type="dxa"/>
                    <w:left w:w="20" w:type="dxa"/>
                    <w:bottom w:w="10" w:type="dxa"/>
                    <w:right w:w="20" w:type="dxa"/>
                  </w:tcMar>
                  <w:vAlign w:val="center"/>
                </w:tcPr>
                <w:p w14:paraId="06D112A9" w14:textId="77777777" w:rsidR="008F2987" w:rsidRDefault="00CD78B1">
                  <w:pPr>
                    <w:spacing w:line="190" w:lineRule="exact"/>
                  </w:pPr>
                  <w:r>
                    <w:rPr>
                      <w:rFonts w:ascii="Times New Roman" w:eastAsia="Times New Roman" w:hAnsi="Times New Roman"/>
                      <w:sz w:val="16"/>
                      <w:lang w:val="vi-VN"/>
                    </w:rPr>
                    <w:t>Đọc, học</w:t>
                  </w:r>
                </w:p>
              </w:tc>
              <w:tc>
                <w:tcPr>
                  <w:tcW w:w="2298" w:type="dxa"/>
                  <w:tcMar>
                    <w:top w:w="10" w:type="dxa"/>
                    <w:left w:w="40" w:type="dxa"/>
                    <w:bottom w:w="10" w:type="dxa"/>
                    <w:right w:w="40" w:type="dxa"/>
                  </w:tcMar>
                  <w:vAlign w:val="center"/>
                </w:tcPr>
                <w:p w14:paraId="1DC58F99" w14:textId="77777777" w:rsidR="008F2987" w:rsidRDefault="00CD78B1">
                  <w:pPr>
                    <w:spacing w:line="190" w:lineRule="exact"/>
                  </w:pPr>
                  <w:r>
                    <w:rPr>
                      <w:rFonts w:ascii="Times New Roman" w:eastAsia="Times New Roman" w:hAnsi="Times New Roman"/>
                      <w:sz w:val="16"/>
                      <w:lang w:val="vi-VN"/>
                    </w:rPr>
                    <w:t>Học, nhớ, chia sẻ, bảo vệ</w:t>
                  </w:r>
                </w:p>
              </w:tc>
            </w:tr>
            <w:tr w:rsidR="008F2987" w14:paraId="4B6E660B" w14:textId="77777777">
              <w:tc>
                <w:tcPr>
                  <w:tcW w:w="1150" w:type="dxa"/>
                  <w:shd w:val="clear" w:color="auto" w:fill="F6E1E7"/>
                  <w:tcMar>
                    <w:top w:w="10" w:type="dxa"/>
                    <w:left w:w="40" w:type="dxa"/>
                    <w:bottom w:w="10" w:type="dxa"/>
                    <w:right w:w="40" w:type="dxa"/>
                  </w:tcMar>
                  <w:vAlign w:val="center"/>
                </w:tcPr>
                <w:p w14:paraId="309BE6D3" w14:textId="77777777" w:rsidR="008F2987" w:rsidRDefault="00CD78B1">
                  <w:pPr>
                    <w:spacing w:line="190" w:lineRule="exact"/>
                  </w:pPr>
                  <w:r>
                    <w:rPr>
                      <w:rFonts w:ascii="Times New Roman" w:eastAsia="Times New Roman" w:hAnsi="Times New Roman"/>
                      <w:sz w:val="16"/>
                      <w:lang w:val="vi-VN"/>
                    </w:rPr>
                    <w:t>Thánh Linh</w:t>
                  </w:r>
                </w:p>
              </w:tc>
              <w:tc>
                <w:tcPr>
                  <w:tcW w:w="1280" w:type="dxa"/>
                  <w:tcMar>
                    <w:top w:w="10" w:type="dxa"/>
                    <w:left w:w="20" w:type="dxa"/>
                    <w:bottom w:w="10" w:type="dxa"/>
                    <w:right w:w="20" w:type="dxa"/>
                  </w:tcMar>
                  <w:vAlign w:val="center"/>
                </w:tcPr>
                <w:p w14:paraId="67F2F482" w14:textId="77777777" w:rsidR="008F2987" w:rsidRDefault="00CD78B1">
                  <w:pPr>
                    <w:spacing w:line="190" w:lineRule="exact"/>
                  </w:pPr>
                  <w:r>
                    <w:rPr>
                      <w:rFonts w:ascii="Times New Roman" w:eastAsia="Times New Roman" w:hAnsi="Times New Roman"/>
                      <w:sz w:val="16"/>
                      <w:lang w:val="vi-VN"/>
                    </w:rPr>
                    <w:t>Tiếp nhận, nương cậy</w:t>
                  </w:r>
                </w:p>
              </w:tc>
              <w:tc>
                <w:tcPr>
                  <w:tcW w:w="2298" w:type="dxa"/>
                  <w:tcMar>
                    <w:top w:w="10" w:type="dxa"/>
                    <w:left w:w="40" w:type="dxa"/>
                    <w:bottom w:w="10" w:type="dxa"/>
                    <w:right w:w="40" w:type="dxa"/>
                  </w:tcMar>
                  <w:vAlign w:val="center"/>
                </w:tcPr>
                <w:p w14:paraId="6E9B007B" w14:textId="77777777" w:rsidR="008F2987" w:rsidRDefault="00CD78B1">
                  <w:pPr>
                    <w:spacing w:line="190" w:lineRule="exact"/>
                  </w:pPr>
                  <w:r>
                    <w:rPr>
                      <w:rFonts w:ascii="Times New Roman" w:eastAsia="Times New Roman" w:hAnsi="Times New Roman"/>
                      <w:sz w:val="16"/>
                      <w:lang w:val="vi-VN"/>
                    </w:rPr>
                    <w:t>Quyền năng Ngài giúp ta hành động</w:t>
                  </w:r>
                </w:p>
              </w:tc>
            </w:tr>
            <w:tr w:rsidR="008F2987" w14:paraId="2F2335C2" w14:textId="77777777">
              <w:tc>
                <w:tcPr>
                  <w:tcW w:w="1150" w:type="dxa"/>
                  <w:shd w:val="clear" w:color="auto" w:fill="F6E1E7"/>
                  <w:tcMar>
                    <w:top w:w="10" w:type="dxa"/>
                    <w:left w:w="40" w:type="dxa"/>
                    <w:bottom w:w="10" w:type="dxa"/>
                    <w:right w:w="40" w:type="dxa"/>
                  </w:tcMar>
                  <w:vAlign w:val="center"/>
                </w:tcPr>
                <w:p w14:paraId="654D9B78" w14:textId="77777777" w:rsidR="008F2987" w:rsidRDefault="00CD78B1">
                  <w:pPr>
                    <w:spacing w:line="190" w:lineRule="exact"/>
                  </w:pPr>
                  <w:r>
                    <w:rPr>
                      <w:rFonts w:ascii="Times New Roman" w:eastAsia="Times New Roman" w:hAnsi="Times New Roman"/>
                      <w:sz w:val="16"/>
                      <w:lang w:val="vi-VN"/>
                    </w:rPr>
                    <w:t>Thông công</w:t>
                  </w:r>
                </w:p>
              </w:tc>
              <w:tc>
                <w:tcPr>
                  <w:tcW w:w="1280" w:type="dxa"/>
                  <w:tcMar>
                    <w:top w:w="10" w:type="dxa"/>
                    <w:left w:w="20" w:type="dxa"/>
                    <w:bottom w:w="10" w:type="dxa"/>
                    <w:right w:w="20" w:type="dxa"/>
                  </w:tcMar>
                  <w:vAlign w:val="center"/>
                </w:tcPr>
                <w:p w14:paraId="6D5244E0" w14:textId="77777777" w:rsidR="008F2987" w:rsidRDefault="00CD78B1">
                  <w:pPr>
                    <w:spacing w:line="190" w:lineRule="exact"/>
                  </w:pPr>
                  <w:r>
                    <w:rPr>
                      <w:rFonts w:ascii="Times New Roman" w:eastAsia="Times New Roman" w:hAnsi="Times New Roman"/>
                      <w:sz w:val="16"/>
                      <w:lang w:val="vi-VN"/>
                    </w:rPr>
                    <w:t>Gặp gỡ, chia sẻ</w:t>
                  </w:r>
                </w:p>
              </w:tc>
              <w:tc>
                <w:tcPr>
                  <w:tcW w:w="2298" w:type="dxa"/>
                  <w:tcMar>
                    <w:top w:w="10" w:type="dxa"/>
                    <w:left w:w="40" w:type="dxa"/>
                    <w:bottom w:w="10" w:type="dxa"/>
                    <w:right w:w="40" w:type="dxa"/>
                  </w:tcMar>
                  <w:vAlign w:val="center"/>
                </w:tcPr>
                <w:p w14:paraId="08293000" w14:textId="77777777" w:rsidR="008F2987" w:rsidRDefault="00CD78B1">
                  <w:pPr>
                    <w:spacing w:line="190" w:lineRule="exact"/>
                  </w:pPr>
                  <w:r>
                    <w:rPr>
                      <w:rFonts w:ascii="Times New Roman" w:eastAsia="Times New Roman" w:hAnsi="Times New Roman"/>
                      <w:sz w:val="16"/>
                      <w:lang w:val="vi-VN"/>
                    </w:rPr>
                    <w:t>Kèm cặp, dẫn dắt, dạy bảo</w:t>
                  </w:r>
                </w:p>
              </w:tc>
            </w:tr>
            <w:tr w:rsidR="008F2987" w14:paraId="2CDA8135" w14:textId="77777777">
              <w:tc>
                <w:tcPr>
                  <w:tcW w:w="1150" w:type="dxa"/>
                  <w:shd w:val="clear" w:color="auto" w:fill="F6E1E7"/>
                  <w:tcMar>
                    <w:top w:w="10" w:type="dxa"/>
                    <w:left w:w="40" w:type="dxa"/>
                    <w:bottom w:w="10" w:type="dxa"/>
                    <w:right w:w="40" w:type="dxa"/>
                  </w:tcMar>
                  <w:vAlign w:val="center"/>
                </w:tcPr>
                <w:p w14:paraId="74D2316F" w14:textId="77777777" w:rsidR="008F2987" w:rsidRDefault="00CD78B1">
                  <w:pPr>
                    <w:spacing w:line="190" w:lineRule="exact"/>
                  </w:pPr>
                  <w:r>
                    <w:rPr>
                      <w:rFonts w:ascii="Times New Roman" w:eastAsia="Times New Roman" w:hAnsi="Times New Roman"/>
                      <w:sz w:val="16"/>
                      <w:lang w:val="vi-VN"/>
                    </w:rPr>
                    <w:t>Truyền giáo</w:t>
                  </w:r>
                </w:p>
              </w:tc>
              <w:tc>
                <w:tcPr>
                  <w:tcW w:w="1280" w:type="dxa"/>
                  <w:tcMar>
                    <w:top w:w="10" w:type="dxa"/>
                    <w:left w:w="20" w:type="dxa"/>
                    <w:bottom w:w="10" w:type="dxa"/>
                    <w:right w:w="20" w:type="dxa"/>
                  </w:tcMar>
                  <w:vAlign w:val="center"/>
                </w:tcPr>
                <w:p w14:paraId="3EBF66FC" w14:textId="77777777" w:rsidR="008F2987" w:rsidRDefault="00CD78B1">
                  <w:pPr>
                    <w:spacing w:line="190" w:lineRule="exact"/>
                  </w:pPr>
                  <w:r>
                    <w:rPr>
                      <w:rFonts w:ascii="Times New Roman" w:eastAsia="Times New Roman" w:hAnsi="Times New Roman"/>
                      <w:sz w:val="16"/>
                      <w:lang w:val="vi-VN"/>
                    </w:rPr>
                    <w:t>Học, rèn luyện</w:t>
                  </w:r>
                </w:p>
              </w:tc>
              <w:tc>
                <w:tcPr>
                  <w:tcW w:w="2298" w:type="dxa"/>
                  <w:tcMar>
                    <w:top w:w="10" w:type="dxa"/>
                    <w:left w:w="40" w:type="dxa"/>
                    <w:bottom w:w="10" w:type="dxa"/>
                    <w:right w:w="40" w:type="dxa"/>
                  </w:tcMar>
                  <w:vAlign w:val="center"/>
                </w:tcPr>
                <w:p w14:paraId="4FDEAE88" w14:textId="77777777" w:rsidR="008F2987" w:rsidRDefault="00CD78B1">
                  <w:pPr>
                    <w:spacing w:line="190" w:lineRule="exact"/>
                  </w:pPr>
                  <w:r>
                    <w:rPr>
                      <w:rFonts w:ascii="Times New Roman" w:eastAsia="Times New Roman" w:hAnsi="Times New Roman"/>
                      <w:sz w:val="16"/>
                      <w:lang w:val="vi-VN"/>
                    </w:rPr>
                    <w:t>ĐI, chia sẻ, nhân rộng</w:t>
                  </w:r>
                </w:p>
              </w:tc>
            </w:tr>
            <w:tr w:rsidR="008F2987" w14:paraId="556E4DBA" w14:textId="77777777">
              <w:tc>
                <w:tcPr>
                  <w:tcW w:w="1150" w:type="dxa"/>
                  <w:shd w:val="clear" w:color="auto" w:fill="F6E1E7"/>
                  <w:tcMar>
                    <w:top w:w="10" w:type="dxa"/>
                    <w:left w:w="40" w:type="dxa"/>
                    <w:bottom w:w="10" w:type="dxa"/>
                    <w:right w:w="40" w:type="dxa"/>
                  </w:tcMar>
                  <w:vAlign w:val="center"/>
                </w:tcPr>
                <w:p w14:paraId="559B9403" w14:textId="77777777" w:rsidR="008F2987" w:rsidRDefault="00CD78B1">
                  <w:pPr>
                    <w:spacing w:line="190" w:lineRule="exact"/>
                  </w:pPr>
                  <w:r>
                    <w:rPr>
                      <w:rFonts w:ascii="Times New Roman" w:eastAsia="Times New Roman" w:hAnsi="Times New Roman"/>
                      <w:sz w:val="16"/>
                      <w:lang w:val="vi-VN"/>
                    </w:rPr>
                    <w:t>Môn đồ hóa</w:t>
                  </w:r>
                </w:p>
              </w:tc>
              <w:tc>
                <w:tcPr>
                  <w:tcW w:w="1280" w:type="dxa"/>
                  <w:tcMar>
                    <w:top w:w="10" w:type="dxa"/>
                    <w:left w:w="20" w:type="dxa"/>
                    <w:bottom w:w="10" w:type="dxa"/>
                    <w:right w:w="20" w:type="dxa"/>
                  </w:tcMar>
                  <w:vAlign w:val="center"/>
                </w:tcPr>
                <w:p w14:paraId="4C8A150D" w14:textId="77777777" w:rsidR="008F2987" w:rsidRDefault="00CD78B1">
                  <w:pPr>
                    <w:spacing w:line="190" w:lineRule="exact"/>
                  </w:pPr>
                  <w:r>
                    <w:rPr>
                      <w:rFonts w:ascii="Times New Roman" w:eastAsia="Times New Roman" w:hAnsi="Times New Roman"/>
                      <w:sz w:val="16"/>
                      <w:lang w:val="vi-VN"/>
                    </w:rPr>
                    <w:t>Thực hành, lớn lên</w:t>
                  </w:r>
                </w:p>
              </w:tc>
              <w:tc>
                <w:tcPr>
                  <w:tcW w:w="2298" w:type="dxa"/>
                  <w:tcMar>
                    <w:top w:w="10" w:type="dxa"/>
                    <w:left w:w="40" w:type="dxa"/>
                    <w:bottom w:w="10" w:type="dxa"/>
                    <w:right w:w="40" w:type="dxa"/>
                  </w:tcMar>
                  <w:vAlign w:val="center"/>
                </w:tcPr>
                <w:p w14:paraId="68566505" w14:textId="77777777" w:rsidR="008F2987" w:rsidRDefault="00CD78B1">
                  <w:pPr>
                    <w:spacing w:line="190" w:lineRule="exact"/>
                  </w:pPr>
                  <w:r>
                    <w:rPr>
                      <w:rFonts w:ascii="Times New Roman" w:eastAsia="Times New Roman" w:hAnsi="Times New Roman"/>
                      <w:sz w:val="16"/>
                      <w:lang w:val="vi-VN"/>
                    </w:rPr>
                    <w:t>Dạy, làm gương, kèm cặp</w:t>
                  </w:r>
                </w:p>
              </w:tc>
            </w:tr>
          </w:tbl>
          <w:p w14:paraId="03A8BB68" w14:textId="77777777" w:rsidR="008F2987" w:rsidRDefault="008F2987">
            <w:pPr>
              <w:spacing w:line="10" w:lineRule="exact"/>
              <w:rPr>
                <w:szCs w:val="18"/>
              </w:rPr>
            </w:pPr>
          </w:p>
        </w:tc>
        <w:tc>
          <w:tcPr>
            <w:tcW w:w="5088" w:type="dxa"/>
            <w:tcMar>
              <w:left w:w="140" w:type="dxa"/>
              <w:right w:w="140" w:type="dxa"/>
            </w:tcMar>
          </w:tcPr>
          <w:tbl>
            <w:tblPr>
              <w:tblW w:w="0" w:type="auto"/>
              <w:tblLayout w:type="fixed"/>
              <w:tblLook w:val="04A0" w:firstRow="1" w:lastRow="0" w:firstColumn="1" w:lastColumn="0" w:noHBand="0" w:noVBand="1"/>
            </w:tblPr>
            <w:tblGrid>
              <w:gridCol w:w="461"/>
              <w:gridCol w:w="4291"/>
            </w:tblGrid>
            <w:tr w:rsidR="008F2987" w14:paraId="382B580F" w14:textId="77777777">
              <w:tc>
                <w:tcPr>
                  <w:tcW w:w="461" w:type="dxa"/>
                  <w:tcMar>
                    <w:top w:w="0" w:type="dxa"/>
                    <w:left w:w="0" w:type="dxa"/>
                    <w:bottom w:w="0" w:type="dxa"/>
                    <w:right w:w="0" w:type="dxa"/>
                  </w:tcMar>
                </w:tcPr>
                <w:p w14:paraId="7B2A284B" w14:textId="77777777" w:rsidR="008F2987" w:rsidRDefault="00CD78B1">
                  <w:pPr>
                    <w:spacing w:before="100" w:after="60"/>
                  </w:pPr>
                  <w:r>
                    <w:rPr>
                      <w:rFonts w:ascii="Times New Roman" w:eastAsia="Times New Roman" w:hAnsi="Times New Roman"/>
                      <w:lang w:val="vi-VN"/>
                    </w:rPr>
                    <w:t>10</w:t>
                  </w:r>
                </w:p>
              </w:tc>
              <w:tc>
                <w:tcPr>
                  <w:tcW w:w="4291" w:type="dxa"/>
                  <w:tcMar>
                    <w:top w:w="0" w:type="dxa"/>
                    <w:left w:w="0" w:type="dxa"/>
                    <w:bottom w:w="0" w:type="dxa"/>
                    <w:right w:w="0" w:type="dxa"/>
                  </w:tcMar>
                </w:tcPr>
                <w:p w14:paraId="1B58C933" w14:textId="77777777" w:rsidR="008F2987" w:rsidRDefault="00CD78B1">
                  <w:pPr>
                    <w:spacing w:before="100" w:after="60"/>
                    <w:jc w:val="center"/>
                  </w:pPr>
                  <w:r>
                    <w:rPr>
                      <w:rFonts w:ascii="Times New Roman" w:eastAsia="Times New Roman" w:hAnsi="Times New Roman"/>
                      <w:b/>
                      <w:lang w:val="vi-VN"/>
                    </w:rPr>
                    <w:t>CHỌN GIA ĐÌNH HỘI THÁNH</w:t>
                  </w:r>
                  <w:r>
                    <w:rPr>
                      <w:rFonts w:ascii="Times New Roman" w:eastAsia="Times New Roman" w:hAnsi="Times New Roman"/>
                      <w:b/>
                      <w:lang w:val="vi-VN"/>
                    </w:rPr>
                    <w:br/>
                    <w:t>Điều gì đúng? — Điều gì sai?</w:t>
                  </w:r>
                </w:p>
              </w:tc>
            </w:tr>
          </w:tbl>
          <w:p w14:paraId="71DE0991" w14:textId="77777777" w:rsidR="00E34B5C" w:rsidRPr="00725484" w:rsidRDefault="00AB1AF6">
            <w:pPr>
              <w:keepNext/>
              <w:tabs>
                <w:tab w:val="center" w:pos="2189"/>
              </w:tabs>
              <w:spacing w:before="100" w:after="60" w:line="221" w:lineRule="auto"/>
              <w:rPr>
                <w:sz w:val="16"/>
              </w:rPr>
            </w:pPr>
            <w:r>
              <w:rPr>
                <w:rFonts w:ascii="Times New Roman" w:eastAsia="Times New Roman" w:hAnsi="Times New Roman"/>
                <w:b/>
                <w:spacing w:val="-4"/>
                <w:sz w:val="16"/>
                <w:lang w:val="vi-VN"/>
              </w:rPr>
              <w:t>Giê-su là Đức Chúa Trời — Kinh Thánh là Lời Ngài</w:t>
            </w:r>
          </w:p>
          <w:p w14:paraId="6E2202DF" w14:textId="77777777" w:rsidR="008F2987" w:rsidRDefault="00CD78B1">
            <w:pPr>
              <w:tabs>
                <w:tab w:val="right" w:pos="4708"/>
              </w:tabs>
              <w:spacing w:line="221" w:lineRule="auto"/>
              <w:ind w:right="100"/>
              <w:jc w:val="both"/>
            </w:pPr>
            <w:r>
              <w:rPr>
                <w:rFonts w:ascii="Times New Roman" w:eastAsia="Times New Roman" w:hAnsi="Times New Roman"/>
                <w:lang w:val="vi-VN"/>
              </w:rPr>
              <w:t>Giê-su phán: “Ta là đường đi, chân lý và sự sống. Không ai đến với Cha mà không qua Ta.”</w:t>
            </w:r>
            <w:r>
              <w:rPr>
                <w:rFonts w:ascii="Times New Roman" w:eastAsia="Times New Roman" w:hAnsi="Times New Roman"/>
                <w:sz w:val="16"/>
                <w:lang w:val="vi-VN"/>
              </w:rPr>
              <w:tab/>
              <w:t>Gi 14:6</w:t>
            </w:r>
          </w:p>
          <w:p w14:paraId="29D52750" w14:textId="77777777" w:rsidR="00E34B5C" w:rsidRPr="00725484" w:rsidRDefault="00E34B5C">
            <w:pPr>
              <w:spacing w:line="10" w:lineRule="exact"/>
              <w:rPr>
                <w:szCs w:val="18"/>
              </w:rPr>
            </w:pPr>
          </w:p>
          <w:p w14:paraId="7151FD1A" w14:textId="77777777" w:rsidR="00E34B5C" w:rsidRPr="00725484" w:rsidRDefault="00AB1AF6">
            <w:pPr>
              <w:keepNext/>
              <w:spacing w:before="60" w:line="221" w:lineRule="auto"/>
              <w:rPr>
                <w:szCs w:val="18"/>
              </w:rPr>
            </w:pPr>
            <w:r>
              <w:rPr>
                <w:rFonts w:ascii="Times New Roman" w:eastAsia="Times New Roman" w:hAnsi="Times New Roman"/>
                <w:b/>
                <w:color w:val="235A78"/>
                <w:szCs w:val="18"/>
                <w:lang w:val="vi-VN"/>
              </w:rPr>
              <w:t>Đúng:</w:t>
            </w:r>
          </w:p>
          <w:p w14:paraId="7167D4DD" w14:textId="77777777" w:rsidR="008F2987" w:rsidRDefault="00CD78B1">
            <w:pPr>
              <w:tabs>
                <w:tab w:val="right" w:pos="4708"/>
              </w:tabs>
              <w:spacing w:line="221" w:lineRule="auto"/>
              <w:ind w:right="100"/>
              <w:jc w:val="both"/>
            </w:pPr>
            <w:r>
              <w:rPr>
                <w:rFonts w:ascii="Times New Roman" w:eastAsia="Times New Roman" w:hAnsi="Times New Roman"/>
                <w:spacing w:val="-5"/>
                <w:lang w:val="vi-VN"/>
              </w:rPr>
              <w:t>• Một Đức Chúa Trời, ba ngôi vị:   Cha/Con/Thánh Linh.</w:t>
            </w:r>
            <w:r>
              <w:rPr>
                <w:rFonts w:ascii="Times New Roman" w:eastAsia="Times New Roman" w:hAnsi="Times New Roman"/>
                <w:spacing w:val="-5"/>
                <w:lang w:val="vi-VN"/>
              </w:rPr>
              <w:br/>
            </w:r>
            <w:r>
              <w:rPr>
                <w:rFonts w:ascii="Times New Roman" w:eastAsia="Times New Roman" w:hAnsi="Times New Roman"/>
                <w:spacing w:val="-5"/>
                <w:sz w:val="16"/>
                <w:lang w:val="vi-VN"/>
              </w:rPr>
              <w:tab/>
              <w:t>Mat 28:19; Phục 6:4</w:t>
            </w:r>
          </w:p>
          <w:p w14:paraId="375E1D65" w14:textId="77777777" w:rsidR="00E34B5C" w:rsidRPr="00725484" w:rsidRDefault="00E34B5C">
            <w:pPr>
              <w:spacing w:line="10" w:lineRule="exact"/>
              <w:rPr>
                <w:szCs w:val="18"/>
              </w:rPr>
            </w:pPr>
          </w:p>
          <w:p w14:paraId="309A6FF4" w14:textId="77777777" w:rsidR="008F2987" w:rsidRDefault="00CD78B1">
            <w:pPr>
              <w:tabs>
                <w:tab w:val="right" w:pos="4708"/>
              </w:tabs>
              <w:spacing w:line="221" w:lineRule="auto"/>
              <w:ind w:right="100"/>
              <w:jc w:val="both"/>
            </w:pPr>
            <w:r>
              <w:rPr>
                <w:rFonts w:ascii="Times New Roman" w:eastAsia="Times New Roman" w:hAnsi="Times New Roman"/>
                <w:lang w:val="vi-VN"/>
              </w:rPr>
              <w:t>• Giê-su là đường duy nhất đến với Ngài.</w:t>
            </w:r>
            <w:r>
              <w:rPr>
                <w:rFonts w:ascii="Times New Roman" w:eastAsia="Times New Roman" w:hAnsi="Times New Roman"/>
                <w:sz w:val="16"/>
                <w:lang w:val="vi-VN"/>
              </w:rPr>
              <w:tab/>
              <w:t>Gi 14:6</w:t>
            </w:r>
          </w:p>
          <w:p w14:paraId="2FC5A953" w14:textId="77777777" w:rsidR="00E34B5C" w:rsidRPr="00725484" w:rsidRDefault="00E34B5C">
            <w:pPr>
              <w:spacing w:line="10" w:lineRule="exact"/>
              <w:rPr>
                <w:szCs w:val="18"/>
              </w:rPr>
            </w:pPr>
          </w:p>
          <w:p w14:paraId="4CFDAC25" w14:textId="77777777" w:rsidR="008F2987" w:rsidRDefault="00CD78B1">
            <w:pPr>
              <w:tabs>
                <w:tab w:val="right" w:pos="4708"/>
              </w:tabs>
              <w:spacing w:line="221" w:lineRule="auto"/>
              <w:ind w:right="100"/>
              <w:jc w:val="both"/>
            </w:pPr>
            <w:r>
              <w:rPr>
                <w:rFonts w:ascii="Times New Roman" w:eastAsia="Times New Roman" w:hAnsi="Times New Roman"/>
                <w:lang w:val="vi-VN"/>
              </w:rPr>
              <w:t>• Chỉ Giê-su cứu chúng ta khỏi tội lỗi.</w:t>
            </w:r>
            <w:r>
              <w:rPr>
                <w:rFonts w:ascii="Times New Roman" w:eastAsia="Times New Roman" w:hAnsi="Times New Roman"/>
                <w:sz w:val="16"/>
                <w:lang w:val="vi-VN"/>
              </w:rPr>
              <w:tab/>
              <w:t>Cv 4:12</w:t>
            </w:r>
          </w:p>
          <w:p w14:paraId="3AC1DCDC" w14:textId="77777777" w:rsidR="00E34B5C" w:rsidRPr="00725484" w:rsidRDefault="00E34B5C">
            <w:pPr>
              <w:spacing w:line="10" w:lineRule="exact"/>
              <w:rPr>
                <w:szCs w:val="18"/>
              </w:rPr>
            </w:pPr>
          </w:p>
          <w:p w14:paraId="3A42C076" w14:textId="77777777" w:rsidR="008F2987" w:rsidRDefault="00CD78B1">
            <w:pPr>
              <w:tabs>
                <w:tab w:val="right" w:pos="4708"/>
              </w:tabs>
              <w:spacing w:line="221" w:lineRule="auto"/>
              <w:ind w:right="100"/>
              <w:jc w:val="both"/>
            </w:pPr>
            <w:r>
              <w:rPr>
                <w:rFonts w:ascii="Times New Roman" w:eastAsia="Times New Roman" w:hAnsi="Times New Roman"/>
                <w:lang w:val="vi-VN"/>
              </w:rPr>
              <w:t>• Kinh Thánh là Lời Ngài cho nhân loại.</w:t>
            </w:r>
            <w:r>
              <w:rPr>
                <w:rFonts w:ascii="Times New Roman" w:eastAsia="Times New Roman" w:hAnsi="Times New Roman"/>
                <w:sz w:val="16"/>
                <w:lang w:val="vi-VN"/>
              </w:rPr>
              <w:tab/>
              <w:t>2 Tim 3:16–17</w:t>
            </w:r>
          </w:p>
          <w:p w14:paraId="2DDE2EDB" w14:textId="77777777" w:rsidR="00E34B5C" w:rsidRPr="00725484" w:rsidRDefault="00E34B5C">
            <w:pPr>
              <w:spacing w:line="10" w:lineRule="exact"/>
              <w:rPr>
                <w:szCs w:val="18"/>
              </w:rPr>
            </w:pPr>
          </w:p>
          <w:p w14:paraId="3FB8660B" w14:textId="77777777" w:rsidR="008F2987" w:rsidRDefault="00CD78B1">
            <w:pPr>
              <w:tabs>
                <w:tab w:val="right" w:pos="4708"/>
              </w:tabs>
              <w:spacing w:line="221" w:lineRule="auto"/>
              <w:ind w:right="100"/>
              <w:jc w:val="both"/>
            </w:pPr>
            <w:r>
              <w:rPr>
                <w:rFonts w:ascii="Times New Roman" w:eastAsia="Times New Roman" w:hAnsi="Times New Roman"/>
                <w:lang w:val="vi-VN"/>
              </w:rPr>
              <w:t>• Chỉ Kinh Thánh, không sách hay giáo lý khác.</w:t>
            </w:r>
            <w:r>
              <w:rPr>
                <w:rFonts w:ascii="Times New Roman" w:eastAsia="Times New Roman" w:hAnsi="Times New Roman"/>
                <w:sz w:val="16"/>
                <w:lang w:val="vi-VN"/>
              </w:rPr>
              <w:tab/>
              <w:t>Gal 1:8–9</w:t>
            </w:r>
          </w:p>
          <w:p w14:paraId="202F8FB6" w14:textId="77777777" w:rsidR="00E34B5C" w:rsidRPr="00725484" w:rsidRDefault="00E34B5C">
            <w:pPr>
              <w:spacing w:line="10" w:lineRule="exact"/>
              <w:rPr>
                <w:szCs w:val="18"/>
              </w:rPr>
            </w:pPr>
          </w:p>
          <w:p w14:paraId="5BA8F92E"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33700D3E" w14:textId="77777777">
              <w:tc>
                <w:tcPr>
                  <w:tcW w:w="4728" w:type="dxa"/>
                  <w:tcBorders>
                    <w:top w:val="single" w:sz="6" w:space="0" w:color="A51C44"/>
                    <w:left w:val="single" w:sz="6" w:space="0" w:color="A51C44"/>
                    <w:bottom w:val="single" w:sz="6" w:space="0" w:color="A51C44"/>
                    <w:right w:val="single" w:sz="6" w:space="0" w:color="A51C44"/>
                  </w:tcBorders>
                  <w:tcMar>
                    <w:top w:w="45" w:type="dxa"/>
                    <w:left w:w="70" w:type="dxa"/>
                    <w:bottom w:w="45" w:type="dxa"/>
                    <w:right w:w="70" w:type="dxa"/>
                  </w:tcMar>
                </w:tcPr>
                <w:p w14:paraId="7C6C3F29" w14:textId="77777777" w:rsidR="00E34B5C" w:rsidRPr="00725484" w:rsidRDefault="00AB1AF6">
                  <w:pPr>
                    <w:keepNext/>
                    <w:spacing w:line="221" w:lineRule="auto"/>
                    <w:rPr>
                      <w:szCs w:val="18"/>
                    </w:rPr>
                  </w:pPr>
                  <w:r>
                    <w:rPr>
                      <w:rFonts w:ascii="Times New Roman" w:eastAsia="Times New Roman" w:hAnsi="Times New Roman"/>
                      <w:b/>
                      <w:szCs w:val="18"/>
                      <w:lang w:val="vi-VN"/>
                    </w:rPr>
                    <w:t>Hội thánh dạy Giê-su là Đức Chúa Trời:</w:t>
                  </w:r>
                </w:p>
                <w:p w14:paraId="5FC005D9" w14:textId="77777777" w:rsidR="00E34B5C" w:rsidRPr="00725484" w:rsidRDefault="00AB1AF6">
                  <w:pPr>
                    <w:spacing w:line="221" w:lineRule="auto"/>
                    <w:jc w:val="both"/>
                    <w:rPr>
                      <w:szCs w:val="18"/>
                    </w:rPr>
                  </w:pPr>
                  <w:r>
                    <w:rPr>
                      <w:rFonts w:ascii="Times New Roman" w:eastAsia="Times New Roman" w:hAnsi="Times New Roman"/>
                      <w:szCs w:val="18"/>
                      <w:lang w:val="vi-VN"/>
                    </w:rPr>
                    <w:t>• Hội thánh Kinh Thánh / không hệ phái</w:t>
                  </w:r>
                </w:p>
                <w:p w14:paraId="64AD3CB5" w14:textId="77777777" w:rsidR="00E34B5C" w:rsidRPr="00725484" w:rsidRDefault="00AB1AF6">
                  <w:pPr>
                    <w:spacing w:line="221" w:lineRule="auto"/>
                    <w:jc w:val="both"/>
                    <w:rPr>
                      <w:szCs w:val="18"/>
                    </w:rPr>
                  </w:pPr>
                  <w:r>
                    <w:rPr>
                      <w:rFonts w:ascii="Times New Roman" w:eastAsia="Times New Roman" w:hAnsi="Times New Roman"/>
                      <w:szCs w:val="18"/>
                      <w:lang w:val="vi-VN"/>
                    </w:rPr>
                    <w:t>• Báp-tít (Nam Báp-tít, Báp-tít Bảo thủ)</w:t>
                  </w:r>
                </w:p>
                <w:p w14:paraId="64FED4A7" w14:textId="77777777" w:rsidR="00E34B5C" w:rsidRPr="00725484" w:rsidRDefault="00AB1AF6">
                  <w:pPr>
                    <w:spacing w:line="221" w:lineRule="auto"/>
                    <w:jc w:val="both"/>
                    <w:rPr>
                      <w:szCs w:val="18"/>
                    </w:rPr>
                  </w:pPr>
                  <w:r>
                    <w:rPr>
                      <w:rFonts w:ascii="Times New Roman" w:eastAsia="Times New Roman" w:hAnsi="Times New Roman"/>
                      <w:szCs w:val="18"/>
                      <w:lang w:val="vi-VN"/>
                    </w:rPr>
                    <w:t>• Ngũ Tuần / Ân tứ</w:t>
                  </w:r>
                </w:p>
                <w:p w14:paraId="1F30EFE6" w14:textId="77777777" w:rsidR="00E34B5C" w:rsidRPr="00725484" w:rsidRDefault="00AB1AF6">
                  <w:pPr>
                    <w:spacing w:line="221" w:lineRule="auto"/>
                    <w:jc w:val="both"/>
                    <w:rPr>
                      <w:szCs w:val="18"/>
                    </w:rPr>
                  </w:pPr>
                  <w:r>
                    <w:rPr>
                      <w:rFonts w:ascii="Times New Roman" w:eastAsia="Times New Roman" w:hAnsi="Times New Roman"/>
                      <w:szCs w:val="18"/>
                      <w:lang w:val="vi-VN"/>
                    </w:rPr>
                    <w:t>• Hội thánh Cơ Đốc / Liên hiệp Truyền giáo Cơ Đốc</w:t>
                  </w:r>
                </w:p>
              </w:tc>
            </w:tr>
          </w:tbl>
          <w:p w14:paraId="6CB8D053" w14:textId="77777777" w:rsidR="00E34B5C" w:rsidRPr="00725484" w:rsidRDefault="00AB1AF6">
            <w:pPr>
              <w:keepNext/>
              <w:spacing w:before="80" w:line="221" w:lineRule="auto"/>
              <w:rPr>
                <w:szCs w:val="18"/>
              </w:rPr>
            </w:pPr>
            <w:r>
              <w:rPr>
                <w:rFonts w:ascii="Times New Roman" w:eastAsia="Times New Roman" w:hAnsi="Times New Roman"/>
                <w:b/>
                <w:color w:val="235A78"/>
                <w:szCs w:val="18"/>
                <w:lang w:val="vi-VN"/>
              </w:rPr>
              <w:t>Sai:</w:t>
            </w:r>
          </w:p>
          <w:p w14:paraId="091CE0F7" w14:textId="77777777" w:rsidR="008F2987" w:rsidRDefault="00CD78B1">
            <w:pPr>
              <w:tabs>
                <w:tab w:val="right" w:pos="4708"/>
              </w:tabs>
              <w:spacing w:line="221" w:lineRule="auto"/>
              <w:ind w:right="100"/>
              <w:jc w:val="both"/>
            </w:pPr>
            <w:r>
              <w:rPr>
                <w:rFonts w:ascii="Times New Roman" w:eastAsia="Times New Roman" w:hAnsi="Times New Roman"/>
                <w:lang w:val="vi-VN"/>
              </w:rPr>
              <w:t>• Giê-su là con của Đức Chúa Trời, không phải Đức Chúa Trời.</w:t>
            </w:r>
            <w:r>
              <w:rPr>
                <w:rFonts w:ascii="Times New Roman" w:eastAsia="Times New Roman" w:hAnsi="Times New Roman"/>
                <w:sz w:val="16"/>
                <w:lang w:val="vi-VN"/>
              </w:rPr>
              <w:tab/>
              <w:t>Gi 1:1; 20:28</w:t>
            </w:r>
          </w:p>
          <w:p w14:paraId="33EF0AEB" w14:textId="77777777" w:rsidR="00E34B5C" w:rsidRPr="00725484" w:rsidRDefault="00E34B5C">
            <w:pPr>
              <w:spacing w:line="10" w:lineRule="exact"/>
              <w:rPr>
                <w:szCs w:val="18"/>
              </w:rPr>
            </w:pPr>
          </w:p>
          <w:p w14:paraId="7482B322" w14:textId="77777777" w:rsidR="008F2987" w:rsidRDefault="00CD78B1">
            <w:pPr>
              <w:tabs>
                <w:tab w:val="right" w:pos="4708"/>
              </w:tabs>
              <w:spacing w:line="221" w:lineRule="auto"/>
              <w:ind w:right="100"/>
              <w:jc w:val="both"/>
            </w:pPr>
            <w:r>
              <w:rPr>
                <w:rFonts w:ascii="Times New Roman" w:eastAsia="Times New Roman" w:hAnsi="Times New Roman"/>
                <w:spacing w:val="-5"/>
                <w:lang w:val="vi-VN"/>
              </w:rPr>
              <w:t>• Giê-su là một thần, còn Cha là thần khác.</w:t>
            </w:r>
            <w:r>
              <w:rPr>
                <w:rFonts w:ascii="Times New Roman" w:eastAsia="Times New Roman" w:hAnsi="Times New Roman"/>
                <w:spacing w:val="-5"/>
                <w:lang w:val="vi-VN"/>
              </w:rPr>
              <w:br/>
            </w:r>
            <w:r>
              <w:rPr>
                <w:rFonts w:ascii="Times New Roman" w:eastAsia="Times New Roman" w:hAnsi="Times New Roman"/>
                <w:spacing w:val="-5"/>
                <w:sz w:val="16"/>
                <w:lang w:val="vi-VN"/>
              </w:rPr>
              <w:tab/>
              <w:t>Phục 6:4; Gi 10:30</w:t>
            </w:r>
          </w:p>
          <w:p w14:paraId="551F106B" w14:textId="77777777" w:rsidR="00E34B5C" w:rsidRPr="00725484" w:rsidRDefault="00E34B5C">
            <w:pPr>
              <w:spacing w:line="10" w:lineRule="exact"/>
              <w:rPr>
                <w:szCs w:val="18"/>
              </w:rPr>
            </w:pPr>
          </w:p>
          <w:p w14:paraId="23C5B675" w14:textId="77777777" w:rsidR="008F2987" w:rsidRDefault="00CD78B1">
            <w:pPr>
              <w:tabs>
                <w:tab w:val="right" w:pos="4708"/>
              </w:tabs>
              <w:spacing w:line="221" w:lineRule="auto"/>
              <w:ind w:right="100"/>
              <w:jc w:val="both"/>
            </w:pPr>
            <w:r>
              <w:rPr>
                <w:rFonts w:ascii="Times New Roman" w:eastAsia="Times New Roman" w:hAnsi="Times New Roman"/>
                <w:lang w:val="vi-VN"/>
              </w:rPr>
              <w:t>• Cần sách hoặc giáo lý khác để hiểu và giải thích đúng Kinh Thánh.</w:t>
            </w:r>
            <w:r>
              <w:rPr>
                <w:rFonts w:ascii="Times New Roman" w:eastAsia="Times New Roman" w:hAnsi="Times New Roman"/>
                <w:sz w:val="16"/>
                <w:lang w:val="vi-VN"/>
              </w:rPr>
              <w:tab/>
              <w:t>2 Tim 3:15–17</w:t>
            </w:r>
          </w:p>
          <w:p w14:paraId="72F57B52" w14:textId="77777777" w:rsidR="00E34B5C" w:rsidRPr="00725484" w:rsidRDefault="00E34B5C">
            <w:pPr>
              <w:spacing w:line="10" w:lineRule="exact"/>
              <w:rPr>
                <w:szCs w:val="18"/>
              </w:rPr>
            </w:pPr>
          </w:p>
          <w:p w14:paraId="4E88EA4E" w14:textId="77777777" w:rsidR="008F2987" w:rsidRDefault="00CD78B1">
            <w:pPr>
              <w:tabs>
                <w:tab w:val="right" w:pos="4708"/>
              </w:tabs>
              <w:spacing w:line="221" w:lineRule="auto"/>
              <w:ind w:right="100"/>
              <w:jc w:val="both"/>
            </w:pPr>
            <w:r>
              <w:rPr>
                <w:rFonts w:ascii="Times New Roman" w:eastAsia="Times New Roman" w:hAnsi="Times New Roman"/>
                <w:lang w:val="vi-VN"/>
              </w:rPr>
              <w:t>• Kinh Thánh cùng các sách khác đều là giáo huấn có thẩm quyền từ Đức Chúa Trời.</w:t>
            </w:r>
            <w:r>
              <w:rPr>
                <w:rFonts w:ascii="Times New Roman" w:eastAsia="Times New Roman" w:hAnsi="Times New Roman"/>
                <w:sz w:val="16"/>
                <w:lang w:val="vi-VN"/>
              </w:rPr>
              <w:tab/>
              <w:t>Mác 7:8–13; Gal 1:8–9</w:t>
            </w:r>
          </w:p>
          <w:p w14:paraId="7591935D" w14:textId="77777777" w:rsidR="00E34B5C" w:rsidRPr="00725484" w:rsidRDefault="00E34B5C">
            <w:pPr>
              <w:spacing w:line="10" w:lineRule="exact"/>
              <w:rPr>
                <w:szCs w:val="18"/>
              </w:rPr>
            </w:pPr>
          </w:p>
          <w:p w14:paraId="6CCF5F9A"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50A55668" w14:textId="77777777">
              <w:tc>
                <w:tcPr>
                  <w:tcW w:w="4728" w:type="dxa"/>
                  <w:tcBorders>
                    <w:top w:val="single" w:sz="6" w:space="0" w:color="A51C44"/>
                    <w:left w:val="single" w:sz="6" w:space="0" w:color="A51C44"/>
                    <w:bottom w:val="single" w:sz="6" w:space="0" w:color="A51C44"/>
                    <w:right w:val="single" w:sz="6" w:space="0" w:color="A51C44"/>
                  </w:tcBorders>
                  <w:tcMar>
                    <w:top w:w="45" w:type="dxa"/>
                    <w:left w:w="70" w:type="dxa"/>
                    <w:bottom w:w="45" w:type="dxa"/>
                    <w:right w:w="70" w:type="dxa"/>
                  </w:tcMar>
                </w:tcPr>
                <w:p w14:paraId="6A938ADB" w14:textId="77777777" w:rsidR="00E34B5C" w:rsidRPr="00725484" w:rsidRDefault="00AB1AF6">
                  <w:pPr>
                    <w:keepNext/>
                    <w:spacing w:line="221" w:lineRule="auto"/>
                    <w:rPr>
                      <w:szCs w:val="18"/>
                    </w:rPr>
                  </w:pPr>
                  <w:r>
                    <w:rPr>
                      <w:rFonts w:ascii="Times New Roman" w:eastAsia="Times New Roman" w:hAnsi="Times New Roman"/>
                      <w:b/>
                      <w:szCs w:val="18"/>
                      <w:lang w:val="vi-VN"/>
                    </w:rPr>
                    <w:t>Các hội thánh dạy sai về Đức Chúa Trời:</w:t>
                  </w:r>
                </w:p>
                <w:p w14:paraId="3942F3C3" w14:textId="77777777" w:rsidR="00E34B5C" w:rsidRPr="00725484" w:rsidRDefault="00AB1AF6">
                  <w:pPr>
                    <w:spacing w:line="221" w:lineRule="auto"/>
                    <w:jc w:val="both"/>
                    <w:rPr>
                      <w:szCs w:val="18"/>
                    </w:rPr>
                  </w:pPr>
                  <w:r>
                    <w:rPr>
                      <w:rFonts w:ascii="Times New Roman" w:eastAsia="Times New Roman" w:hAnsi="Times New Roman"/>
                      <w:szCs w:val="18"/>
                      <w:lang w:val="vi-VN"/>
                    </w:rPr>
                    <w:t>• Thánh hữu Ngày Sau (Mormon): Giê-su và Cha là các thần riêng biệt; họ bác bỏ Ba Ngôi.</w:t>
                  </w:r>
                </w:p>
                <w:p w14:paraId="588E5183" w14:textId="77777777" w:rsidR="00E34B5C" w:rsidRPr="00725484" w:rsidRDefault="00AB1AF6">
                  <w:pPr>
                    <w:spacing w:line="221" w:lineRule="auto"/>
                    <w:jc w:val="both"/>
                    <w:rPr>
                      <w:szCs w:val="18"/>
                    </w:rPr>
                  </w:pPr>
                  <w:r>
                    <w:rPr>
                      <w:rFonts w:ascii="Times New Roman" w:eastAsia="Times New Roman" w:hAnsi="Times New Roman"/>
                      <w:szCs w:val="18"/>
                      <w:lang w:val="vi-VN"/>
                    </w:rPr>
                    <w:t>• Nhân chứng Giê-hô-va: Giê-su là Con Ngài, không phải Đức Chúa Trời Toàn Năng; được đồng nhất với thiên sứ trưởng Mi-ca-ên.</w:t>
                  </w:r>
                </w:p>
                <w:p w14:paraId="66D9E7FA" w14:textId="77777777" w:rsidR="00E34B5C" w:rsidRPr="00725484" w:rsidRDefault="00AB1AF6">
                  <w:pPr>
                    <w:spacing w:line="221" w:lineRule="auto"/>
                    <w:jc w:val="both"/>
                    <w:rPr>
                      <w:szCs w:val="18"/>
                    </w:rPr>
                  </w:pPr>
                  <w:r>
                    <w:rPr>
                      <w:rFonts w:ascii="Times New Roman" w:eastAsia="Times New Roman" w:hAnsi="Times New Roman"/>
                      <w:szCs w:val="18"/>
                      <w:lang w:val="vi-VN"/>
                    </w:rPr>
                    <w:t>• Iglesia ni Cristo (Hội thánh Đấng Christ): Giê-su là con người.</w:t>
                  </w:r>
                </w:p>
              </w:tc>
            </w:tr>
          </w:tbl>
          <w:p w14:paraId="71F0C5E5" w14:textId="77777777" w:rsidR="00E34B5C" w:rsidRPr="00725484" w:rsidRDefault="00E34B5C">
            <w:pPr>
              <w:spacing w:line="10" w:lineRule="exact"/>
              <w:rPr>
                <w:szCs w:val="18"/>
              </w:rPr>
            </w:pPr>
          </w:p>
          <w:p w14:paraId="3CE4D488" w14:textId="77777777" w:rsidR="00E34B5C" w:rsidRPr="00725484" w:rsidRDefault="00AB1AF6">
            <w:pPr>
              <w:keepNext/>
              <w:spacing w:before="120" w:line="221" w:lineRule="auto"/>
              <w:rPr>
                <w:szCs w:val="18"/>
              </w:rPr>
            </w:pPr>
            <w:r>
              <w:rPr>
                <w:rFonts w:ascii="Times New Roman" w:eastAsia="Times New Roman" w:hAnsi="Times New Roman"/>
                <w:b/>
                <w:lang w:val="vi-VN"/>
              </w:rPr>
              <w:t>Tôn giáo khác dạy sai về Giê-su:</w:t>
            </w:r>
          </w:p>
          <w:p w14:paraId="31BA4671" w14:textId="77777777" w:rsidR="00E34B5C" w:rsidRPr="00725484" w:rsidRDefault="00AB1AF6">
            <w:pPr>
              <w:spacing w:line="221" w:lineRule="auto"/>
              <w:jc w:val="both"/>
              <w:rPr>
                <w:szCs w:val="18"/>
              </w:rPr>
            </w:pPr>
            <w:r>
              <w:rPr>
                <w:rFonts w:ascii="Times New Roman" w:eastAsia="Times New Roman" w:hAnsi="Times New Roman"/>
                <w:szCs w:val="18"/>
                <w:lang w:val="vi-VN"/>
              </w:rPr>
              <w:t>• Hồi giáo: Giê-su là tiên tri, không phải Đức Chúa Trời.</w:t>
            </w:r>
          </w:p>
          <w:p w14:paraId="522D1924" w14:textId="77777777" w:rsidR="00E34B5C" w:rsidRPr="00725484" w:rsidRDefault="00AB1AF6">
            <w:pPr>
              <w:spacing w:line="221" w:lineRule="auto"/>
              <w:jc w:val="both"/>
              <w:rPr>
                <w:szCs w:val="18"/>
              </w:rPr>
            </w:pPr>
            <w:r>
              <w:rPr>
                <w:rFonts w:ascii="Times New Roman" w:eastAsia="Times New Roman" w:hAnsi="Times New Roman"/>
                <w:szCs w:val="18"/>
                <w:lang w:val="vi-VN"/>
              </w:rPr>
              <w:t>• Ấn Độ giáo: Không công nhận Giê-su là Đức Chúa Trời chân thật duy nhất.</w:t>
            </w:r>
          </w:p>
          <w:p w14:paraId="272A6DD8" w14:textId="77777777" w:rsidR="00E34B5C" w:rsidRPr="00725484" w:rsidRDefault="00AB1AF6">
            <w:pPr>
              <w:spacing w:line="221" w:lineRule="auto"/>
              <w:jc w:val="both"/>
              <w:rPr>
                <w:szCs w:val="18"/>
              </w:rPr>
            </w:pPr>
            <w:r>
              <w:rPr>
                <w:rFonts w:ascii="Times New Roman" w:eastAsia="Times New Roman" w:hAnsi="Times New Roman"/>
                <w:szCs w:val="18"/>
                <w:lang w:val="vi-VN"/>
              </w:rPr>
              <w:t>• Phật giáo: Không công nhận Giê-su là Đức Chúa Trời.</w:t>
            </w:r>
          </w:p>
          <w:p w14:paraId="21C4C34C" w14:textId="77777777" w:rsidR="00E34B5C" w:rsidRPr="00725484" w:rsidRDefault="00AB1AF6" w:rsidP="00725484">
            <w:pPr>
              <w:spacing w:after="140" w:line="221" w:lineRule="auto"/>
              <w:jc w:val="both"/>
              <w:rPr>
                <w:szCs w:val="18"/>
              </w:rPr>
            </w:pPr>
            <w:r>
              <w:rPr>
                <w:rFonts w:ascii="Times New Roman" w:eastAsia="Times New Roman" w:hAnsi="Times New Roman"/>
                <w:szCs w:val="18"/>
                <w:lang w:val="vi-VN"/>
              </w:rPr>
              <w:t>• Do Thái giáo: Không nhận Giê-su là Đấng Mê-si hay Đức Chúa Trời.</w:t>
            </w:r>
          </w:p>
          <w:p w14:paraId="14850D8F" w14:textId="77777777" w:rsidR="00725484" w:rsidRPr="00725484" w:rsidRDefault="00725484" w:rsidP="00725484">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1A46DFA4" w14:textId="77777777">
              <w:tc>
                <w:tcPr>
                  <w:tcW w:w="4728" w:type="dxa"/>
                  <w:shd w:val="clear" w:color="auto" w:fill="A51C44"/>
                  <w:tcMar>
                    <w:top w:w="50" w:type="dxa"/>
                    <w:left w:w="0" w:type="dxa"/>
                    <w:bottom w:w="50" w:type="dxa"/>
                    <w:right w:w="0" w:type="dxa"/>
                  </w:tcMar>
                </w:tcPr>
                <w:p w14:paraId="4F65DD59" w14:textId="77777777" w:rsidR="00E34B5C" w:rsidRPr="00725484" w:rsidRDefault="00AB1AF6">
                  <w:pPr>
                    <w:spacing w:line="221" w:lineRule="auto"/>
                    <w:jc w:val="center"/>
                    <w:rPr>
                      <w:szCs w:val="18"/>
                    </w:rPr>
                  </w:pPr>
                  <w:r>
                    <w:rPr>
                      <w:rFonts w:ascii="Times New Roman" w:eastAsia="Times New Roman" w:hAnsi="Times New Roman"/>
                      <w:b/>
                      <w:color w:val="FFFFFF"/>
                      <w:lang w:val="vi-VN"/>
                    </w:rPr>
                    <w:t>F  O  L  L  O  W    M  E</w:t>
                  </w:r>
                </w:p>
                <w:p w14:paraId="11E9743B" w14:textId="77777777" w:rsidR="00E34B5C" w:rsidRPr="00725484" w:rsidRDefault="00AB1AF6">
                  <w:pPr>
                    <w:spacing w:line="221" w:lineRule="auto"/>
                    <w:jc w:val="center"/>
                    <w:rPr>
                      <w:szCs w:val="18"/>
                    </w:rPr>
                  </w:pPr>
                  <w:r w:rsidRPr="00725484">
                    <w:rPr>
                      <w:rFonts w:ascii="Times New Roman" w:eastAsia="Times New Roman" w:hAnsi="Times New Roman"/>
                      <w:b/>
                      <w:color w:val="FFFFFF"/>
                      <w:szCs w:val="18"/>
                      <w:lang w:val="vi-VN"/>
                    </w:rPr>
                    <w:t>MINISTRIES  LLC ©</w:t>
                  </w:r>
                </w:p>
                <w:p w14:paraId="441CA731" w14:textId="77777777" w:rsidR="00E34B5C" w:rsidRPr="00725484" w:rsidRDefault="00AB1AF6">
                  <w:pPr>
                    <w:spacing w:line="221" w:lineRule="auto"/>
                    <w:jc w:val="center"/>
                    <w:rPr>
                      <w:szCs w:val="18"/>
                    </w:rPr>
                  </w:pPr>
                  <w:r>
                    <w:rPr>
                      <w:rFonts w:ascii="Times New Roman" w:eastAsia="Times New Roman" w:hAnsi="Times New Roman"/>
                      <w:b/>
                      <w:color w:val="FFFFFF"/>
                      <w:szCs w:val="18"/>
                      <w:lang w:val="vi-VN"/>
                    </w:rPr>
                    <w:t>Điện thoại: 713-922-5030</w:t>
                  </w:r>
                </w:p>
              </w:tc>
            </w:tr>
          </w:tbl>
          <w:p w14:paraId="2BFE4C14" w14:textId="77777777" w:rsidR="00E34B5C" w:rsidRPr="00D07C0F" w:rsidRDefault="00E34B5C">
            <w:pPr>
              <w:spacing w:line="10" w:lineRule="exact"/>
              <w:rPr>
                <w:szCs w:val="18"/>
              </w:rPr>
            </w:pPr>
          </w:p>
          <w:p w14:paraId="55B96944" w14:textId="77777777" w:rsidR="00E34B5C" w:rsidRPr="00D07C0F" w:rsidRDefault="00E34B5C">
            <w:pPr>
              <w:spacing w:line="10" w:lineRule="exact"/>
              <w:rPr>
                <w:szCs w:val="18"/>
              </w:rPr>
            </w:pPr>
          </w:p>
          <w:p w14:paraId="450832EA" w14:textId="77777777" w:rsidR="00E34B5C" w:rsidRPr="00D07C0F" w:rsidRDefault="00E34B5C">
            <w:pPr>
              <w:spacing w:line="10" w:lineRule="exact"/>
              <w:rPr>
                <w:szCs w:val="18"/>
              </w:rPr>
            </w:pPr>
          </w:p>
          <w:p w14:paraId="66961359" w14:textId="77777777" w:rsidR="008F2987" w:rsidRDefault="00CD78B1">
            <w:pPr>
              <w:spacing w:after="60"/>
              <w:jc w:val="center"/>
            </w:pPr>
            <w:r>
              <w:rPr>
                <w:rFonts w:ascii="Times New Roman" w:eastAsia="Times New Roman" w:hAnsi="Times New Roman"/>
                <w:b/>
                <w:lang w:val="vi-VN"/>
              </w:rPr>
              <w:t>LIÊN HỆ ĐỂ ĐƯỢC HỖ TRỢ VÀ GIỚI THIỆU HỘI THÁNH</w:t>
            </w:r>
          </w:p>
          <w:tbl>
            <w:tblPr>
              <w:tblW w:w="0" w:type="auto"/>
              <w:tblBorders>
                <w:top w:val="single" w:sz="6" w:space="0" w:color="A51C44"/>
                <w:left w:val="single" w:sz="6" w:space="0" w:color="A51C44"/>
                <w:bottom w:val="single" w:sz="6" w:space="0" w:color="A51C44"/>
                <w:right w:val="single" w:sz="6" w:space="0" w:color="A51C44"/>
              </w:tblBorders>
              <w:tblLayout w:type="fixed"/>
              <w:tblLook w:val="04A0" w:firstRow="1" w:lastRow="0" w:firstColumn="1" w:lastColumn="0" w:noHBand="0" w:noVBand="1"/>
            </w:tblPr>
            <w:tblGrid>
              <w:gridCol w:w="4680"/>
            </w:tblGrid>
            <w:tr w:rsidR="008F2987" w14:paraId="5C75DA70" w14:textId="77777777">
              <w:trPr>
                <w:trHeight w:val="671"/>
              </w:trPr>
              <w:tc>
                <w:tcPr>
                  <w:tcW w:w="4680" w:type="dxa"/>
                </w:tcPr>
                <w:p w14:paraId="26711D18" w14:textId="77777777" w:rsidR="008F2987" w:rsidRDefault="008F2987">
                  <w:pPr>
                    <w:spacing w:line="10" w:lineRule="exact"/>
                    <w:rPr>
                      <w:szCs w:val="18"/>
                    </w:rPr>
                  </w:pPr>
                </w:p>
              </w:tc>
            </w:tr>
          </w:tbl>
          <w:p w14:paraId="3049E7C9" w14:textId="77777777" w:rsidR="008F2987" w:rsidRDefault="008F2987">
            <w:pPr>
              <w:spacing w:line="10" w:lineRule="exact"/>
              <w:rPr>
                <w:szCs w:val="18"/>
              </w:rPr>
            </w:pPr>
          </w:p>
          <w:p w14:paraId="1E4DCF7B" w14:textId="77777777" w:rsidR="008F2987" w:rsidRDefault="00CD78B1">
            <w:pPr>
              <w:spacing w:before="60" w:line="180" w:lineRule="exact"/>
              <w:jc w:val="center"/>
              <w:rPr>
                <w:szCs w:val="18"/>
              </w:rPr>
            </w:pPr>
            <w:r>
              <w:rPr>
                <w:rFonts w:ascii="Times New Roman" w:eastAsia="Times New Roman" w:hAnsi="Times New Roman"/>
                <w:sz w:val="14"/>
                <w:lang w:val="vi-VN"/>
              </w:rPr>
              <w:t>Các câu Kinh Thánh được dịch sang tiếng Việt từ bản ESV.</w:t>
            </w:r>
          </w:p>
        </w:tc>
        <w:tc>
          <w:tcPr>
            <w:tcW w:w="5088" w:type="dxa"/>
            <w:tcMar>
              <w:left w:w="360" w:type="dxa"/>
              <w:right w:w="20" w:type="dxa"/>
            </w:tcMar>
          </w:tcPr>
          <w:tbl>
            <w:tblPr>
              <w:tblW w:w="4579" w:type="dxa"/>
              <w:tblBorders>
                <w:top w:val="nil"/>
                <w:left w:val="nil"/>
                <w:bottom w:val="nil"/>
                <w:right w:val="nil"/>
                <w:insideH w:val="nil"/>
                <w:insideV w:val="nil"/>
              </w:tblBorders>
              <w:tblLayout w:type="fixed"/>
              <w:tblLook w:val="04A0" w:firstRow="1" w:lastRow="0" w:firstColumn="1" w:lastColumn="0" w:noHBand="0" w:noVBand="1"/>
            </w:tblPr>
            <w:tblGrid>
              <w:gridCol w:w="648"/>
              <w:gridCol w:w="3931"/>
            </w:tblGrid>
            <w:tr w:rsidR="00E34B5C" w14:paraId="333404F1" w14:textId="77777777">
              <w:tc>
                <w:tcPr>
                  <w:tcW w:w="648" w:type="dxa"/>
                  <w:shd w:val="clear" w:color="auto" w:fill="A51C44"/>
                </w:tcPr>
                <w:p w14:paraId="2A1D63C6" w14:textId="77777777" w:rsidR="00E34B5C" w:rsidRPr="00725484" w:rsidRDefault="00E34B5C">
                  <w:pPr>
                    <w:spacing w:line="10" w:lineRule="exact"/>
                    <w:rPr>
                      <w:szCs w:val="18"/>
                    </w:rPr>
                  </w:pPr>
                </w:p>
              </w:tc>
              <w:tc>
                <w:tcPr>
                  <w:tcW w:w="3931" w:type="dxa"/>
                </w:tcPr>
                <w:p w14:paraId="44895E59" w14:textId="77777777" w:rsidR="00E34B5C" w:rsidRPr="00725484" w:rsidRDefault="00AB1AF6" w:rsidP="00725484">
                  <w:pPr>
                    <w:spacing w:before="100" w:after="200"/>
                    <w:jc w:val="center"/>
                    <w:rPr>
                      <w:b/>
                    </w:rPr>
                  </w:pPr>
                  <w:r>
                    <w:rPr>
                      <w:rFonts w:ascii="Times New Roman" w:eastAsia="Times New Roman" w:hAnsi="Times New Roman"/>
                      <w:b/>
                      <w:lang w:val="vi-VN"/>
                    </w:rPr>
                    <w:t>Sự Sống Mới Trong Giê-su</w:t>
                  </w:r>
                </w:p>
                <w:p w14:paraId="64F557BE" w14:textId="77777777" w:rsidR="00D07C0F" w:rsidRPr="00725484" w:rsidRDefault="00D07C0F" w:rsidP="00D07C0F">
                  <w:pPr>
                    <w:spacing w:line="10" w:lineRule="exact"/>
                    <w:rPr>
                      <w:szCs w:val="18"/>
                    </w:rPr>
                  </w:pPr>
                </w:p>
              </w:tc>
            </w:tr>
            <w:tr w:rsidR="00E34B5C" w14:paraId="2E1368A5" w14:textId="77777777">
              <w:tc>
                <w:tcPr>
                  <w:tcW w:w="648" w:type="dxa"/>
                  <w:shd w:val="clear" w:color="auto" w:fill="A51C44"/>
                  <w:tcMar>
                    <w:top w:w="25" w:type="dxa"/>
                    <w:left w:w="0" w:type="dxa"/>
                    <w:bottom w:w="25" w:type="dxa"/>
                    <w:right w:w="20" w:type="dxa"/>
                  </w:tcMar>
                </w:tcPr>
                <w:p w14:paraId="6DAE611F"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F</w:t>
                  </w:r>
                </w:p>
              </w:tc>
              <w:tc>
                <w:tcPr>
                  <w:tcW w:w="3931" w:type="dxa"/>
                  <w:tcMar>
                    <w:top w:w="25" w:type="dxa"/>
                    <w:left w:w="80" w:type="dxa"/>
                    <w:bottom w:w="25" w:type="dxa"/>
                    <w:right w:w="20" w:type="dxa"/>
                  </w:tcMar>
                </w:tcPr>
                <w:p w14:paraId="55D0DEB7" w14:textId="77777777" w:rsidR="00E34B5C" w:rsidRPr="00725484" w:rsidRDefault="00AB1AF6">
                  <w:pPr>
                    <w:tabs>
                      <w:tab w:val="right" w:pos="3831"/>
                    </w:tabs>
                    <w:jc w:val="right"/>
                    <w:rPr>
                      <w:szCs w:val="18"/>
                    </w:rPr>
                  </w:pPr>
                  <w:r>
                    <w:rPr>
                      <w:rFonts w:ascii="Times New Roman" w:eastAsia="Times New Roman" w:hAnsi="Times New Roman"/>
                      <w:b/>
                      <w:sz w:val="16"/>
                      <w:szCs w:val="16"/>
                      <w:lang w:val="vi-VN"/>
                    </w:rPr>
                    <w:t>Hãy Theo Ta</w:t>
                  </w:r>
                  <w:r>
                    <w:rPr>
                      <w:rFonts w:ascii="Times New Roman" w:eastAsia="Times New Roman" w:hAnsi="Times New Roman"/>
                      <w:sz w:val="16"/>
                      <w:szCs w:val="16"/>
                      <w:lang w:val="vi-VN"/>
                    </w:rPr>
                    <w:tab/>
                    <w:t>Mat 4:19</w:t>
                  </w:r>
                </w:p>
                <w:p w14:paraId="48FD0771" w14:textId="77777777" w:rsidR="00E34B5C" w:rsidRPr="00725484" w:rsidRDefault="00AB1AF6">
                  <w:pPr>
                    <w:jc w:val="both"/>
                    <w:rPr>
                      <w:szCs w:val="18"/>
                    </w:rPr>
                  </w:pPr>
                  <w:r>
                    <w:rPr>
                      <w:rFonts w:ascii="Times New Roman" w:eastAsia="Times New Roman" w:hAnsi="Times New Roman"/>
                      <w:szCs w:val="18"/>
                      <w:lang w:val="vi-VN"/>
                    </w:rPr>
                    <w:t>Follow Me là mục vụ Cơ Đốc, hợp tác với nhiều hội thánh để chia sẻ tình yêu của Giê-su.</w:t>
                  </w:r>
                </w:p>
              </w:tc>
            </w:tr>
            <w:tr w:rsidR="00E34B5C" w14:paraId="466266C1" w14:textId="77777777">
              <w:tc>
                <w:tcPr>
                  <w:tcW w:w="648" w:type="dxa"/>
                  <w:shd w:val="clear" w:color="auto" w:fill="A51C44"/>
                  <w:tcMar>
                    <w:top w:w="25" w:type="dxa"/>
                    <w:left w:w="0" w:type="dxa"/>
                    <w:bottom w:w="25" w:type="dxa"/>
                    <w:right w:w="20" w:type="dxa"/>
                  </w:tcMar>
                </w:tcPr>
                <w:p w14:paraId="39A25FAD"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O</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7F65910C" w14:textId="77777777">
                    <w:tc>
                      <w:tcPr>
                        <w:tcW w:w="1800" w:type="dxa"/>
                        <w:tcMar>
                          <w:top w:w="0" w:type="dxa"/>
                          <w:left w:w="0" w:type="dxa"/>
                          <w:bottom w:w="0" w:type="dxa"/>
                          <w:right w:w="0" w:type="dxa"/>
                        </w:tcMar>
                        <w:vAlign w:val="bottom"/>
                      </w:tcPr>
                      <w:p w14:paraId="253D529B" w14:textId="77777777" w:rsidR="00E34B5C" w:rsidRPr="00725484" w:rsidRDefault="00AB1AF6">
                        <w:pPr>
                          <w:rPr>
                            <w:szCs w:val="18"/>
                          </w:rPr>
                        </w:pPr>
                        <w:r>
                          <w:rPr>
                            <w:rFonts w:ascii="Times New Roman" w:eastAsia="Times New Roman" w:hAnsi="Times New Roman"/>
                            <w:b/>
                            <w:lang w:val="vi-VN"/>
                          </w:rPr>
                          <w:t>Tin Lành Cho Bạn</w:t>
                        </w:r>
                      </w:p>
                    </w:tc>
                    <w:tc>
                      <w:tcPr>
                        <w:tcW w:w="2031" w:type="dxa"/>
                        <w:tcMar>
                          <w:top w:w="0" w:type="dxa"/>
                          <w:left w:w="0" w:type="dxa"/>
                          <w:bottom w:w="0" w:type="dxa"/>
                          <w:right w:w="0" w:type="dxa"/>
                        </w:tcMar>
                        <w:vAlign w:val="bottom"/>
                      </w:tcPr>
                      <w:p w14:paraId="3C96C738" w14:textId="77777777" w:rsidR="00E34B5C" w:rsidRPr="00725484" w:rsidRDefault="00AB1AF6">
                        <w:pPr>
                          <w:jc w:val="right"/>
                          <w:rPr>
                            <w:szCs w:val="18"/>
                          </w:rPr>
                        </w:pPr>
                        <w:r>
                          <w:rPr>
                            <w:rFonts w:ascii="Times New Roman" w:eastAsia="Times New Roman" w:hAnsi="Times New Roman"/>
                            <w:sz w:val="16"/>
                            <w:lang w:val="vi-VN"/>
                          </w:rPr>
                          <w:t>Êph 1:7; 1 Gi 5:13</w:t>
                        </w:r>
                      </w:p>
                    </w:tc>
                  </w:tr>
                </w:tbl>
                <w:p w14:paraId="767A742A" w14:textId="77777777" w:rsidR="00E34B5C" w:rsidRPr="00725484" w:rsidRDefault="00E34B5C">
                  <w:pPr>
                    <w:spacing w:line="10" w:lineRule="exact"/>
                    <w:rPr>
                      <w:szCs w:val="18"/>
                    </w:rPr>
                  </w:pPr>
                </w:p>
                <w:p w14:paraId="52C7645F" w14:textId="77777777" w:rsidR="00E34B5C" w:rsidRPr="00725484" w:rsidRDefault="00AB1AF6">
                  <w:pPr>
                    <w:jc w:val="both"/>
                    <w:rPr>
                      <w:szCs w:val="18"/>
                    </w:rPr>
                  </w:pPr>
                  <w:r>
                    <w:rPr>
                      <w:rFonts w:ascii="Times New Roman" w:eastAsia="Times New Roman" w:hAnsi="Times New Roman"/>
                      <w:szCs w:val="18"/>
                      <w:lang w:val="vi-VN"/>
                    </w:rPr>
                    <w:t>Chúng ta có thể biết chắc tội mình được tha và mình có sự sống đời đời với Đức Chúa Trời trên thiên đàng.</w:t>
                  </w:r>
                </w:p>
              </w:tc>
            </w:tr>
            <w:tr w:rsidR="00E34B5C" w14:paraId="02E4407C" w14:textId="77777777">
              <w:tc>
                <w:tcPr>
                  <w:tcW w:w="648" w:type="dxa"/>
                  <w:shd w:val="clear" w:color="auto" w:fill="A51C44"/>
                  <w:tcMar>
                    <w:top w:w="25" w:type="dxa"/>
                    <w:left w:w="0" w:type="dxa"/>
                    <w:bottom w:w="25" w:type="dxa"/>
                    <w:right w:w="20" w:type="dxa"/>
                  </w:tcMar>
                </w:tcPr>
                <w:p w14:paraId="480CD693"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L</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167"/>
                    <w:gridCol w:w="1664"/>
                  </w:tblGrid>
                  <w:tr w:rsidR="00E34B5C" w:rsidRPr="00725484" w14:paraId="598EF676" w14:textId="77777777">
                    <w:tc>
                      <w:tcPr>
                        <w:tcW w:w="2167" w:type="dxa"/>
                        <w:tcMar>
                          <w:top w:w="0" w:type="dxa"/>
                          <w:left w:w="0" w:type="dxa"/>
                          <w:bottom w:w="0" w:type="dxa"/>
                          <w:right w:w="0" w:type="dxa"/>
                        </w:tcMar>
                        <w:vAlign w:val="bottom"/>
                      </w:tcPr>
                      <w:p w14:paraId="2F90A4CA" w14:textId="77777777" w:rsidR="00E34B5C" w:rsidRPr="00725484" w:rsidRDefault="00AB1AF6">
                        <w:pPr>
                          <w:rPr>
                            <w:szCs w:val="18"/>
                          </w:rPr>
                        </w:pPr>
                        <w:r>
                          <w:rPr>
                            <w:rFonts w:ascii="Times New Roman" w:eastAsia="Times New Roman" w:hAnsi="Times New Roman"/>
                            <w:b/>
                            <w:lang w:val="vi-VN"/>
                          </w:rPr>
                          <w:t>Sống Xa Đức Chúa Trời</w:t>
                        </w:r>
                      </w:p>
                    </w:tc>
                    <w:tc>
                      <w:tcPr>
                        <w:tcW w:w="1664" w:type="dxa"/>
                        <w:tcMar>
                          <w:top w:w="0" w:type="dxa"/>
                          <w:left w:w="0" w:type="dxa"/>
                          <w:bottom w:w="0" w:type="dxa"/>
                          <w:right w:w="0" w:type="dxa"/>
                        </w:tcMar>
                        <w:vAlign w:val="bottom"/>
                      </w:tcPr>
                      <w:p w14:paraId="5B0E95A0" w14:textId="77777777" w:rsidR="00E34B5C" w:rsidRPr="00725484" w:rsidRDefault="00AB1AF6">
                        <w:pPr>
                          <w:jc w:val="right"/>
                          <w:rPr>
                            <w:szCs w:val="18"/>
                          </w:rPr>
                        </w:pPr>
                        <w:r>
                          <w:rPr>
                            <w:rFonts w:ascii="Times New Roman" w:eastAsia="Times New Roman" w:hAnsi="Times New Roman"/>
                            <w:sz w:val="16"/>
                            <w:lang w:val="vi-VN"/>
                          </w:rPr>
                          <w:t>Rô 3:23; 6:23</w:t>
                        </w:r>
                      </w:p>
                    </w:tc>
                  </w:tr>
                </w:tbl>
                <w:p w14:paraId="5C91F6D0" w14:textId="77777777" w:rsidR="00E34B5C" w:rsidRPr="00725484" w:rsidRDefault="00E34B5C">
                  <w:pPr>
                    <w:spacing w:line="10" w:lineRule="exact"/>
                    <w:rPr>
                      <w:szCs w:val="18"/>
                    </w:rPr>
                  </w:pPr>
                </w:p>
                <w:p w14:paraId="66B6839E" w14:textId="77777777" w:rsidR="00E34B5C" w:rsidRPr="00725484" w:rsidRDefault="00AB1AF6">
                  <w:pPr>
                    <w:jc w:val="both"/>
                    <w:rPr>
                      <w:szCs w:val="18"/>
                    </w:rPr>
                  </w:pPr>
                  <w:r>
                    <w:rPr>
                      <w:rFonts w:ascii="Times New Roman" w:eastAsia="Times New Roman" w:hAnsi="Times New Roman"/>
                      <w:szCs w:val="18"/>
                      <w:lang w:val="vi-VN"/>
                    </w:rPr>
                    <w:t>Tội lỗi ngăn cách ta với Đức Chúa Trời thánh khiết. Nỗ lực riêng không thể giúp ta thoát khỏi sự phán xét của Ngài.</w:t>
                  </w:r>
                </w:p>
              </w:tc>
            </w:tr>
            <w:tr w:rsidR="00E34B5C" w14:paraId="09CBADB6" w14:textId="77777777">
              <w:tc>
                <w:tcPr>
                  <w:tcW w:w="648" w:type="dxa"/>
                  <w:shd w:val="clear" w:color="auto" w:fill="A51C44"/>
                  <w:tcMar>
                    <w:top w:w="25" w:type="dxa"/>
                    <w:left w:w="0" w:type="dxa"/>
                    <w:bottom w:w="25" w:type="dxa"/>
                    <w:right w:w="20" w:type="dxa"/>
                  </w:tcMar>
                </w:tcPr>
                <w:p w14:paraId="098A80BC"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L</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47"/>
                    <w:gridCol w:w="1384"/>
                  </w:tblGrid>
                  <w:tr w:rsidR="00E34B5C" w:rsidRPr="00725484" w14:paraId="3B6E1D74" w14:textId="77777777">
                    <w:tc>
                      <w:tcPr>
                        <w:tcW w:w="2447" w:type="dxa"/>
                        <w:tcMar>
                          <w:top w:w="0" w:type="dxa"/>
                          <w:left w:w="0" w:type="dxa"/>
                          <w:bottom w:w="0" w:type="dxa"/>
                          <w:right w:w="0" w:type="dxa"/>
                        </w:tcMar>
                        <w:vAlign w:val="bottom"/>
                      </w:tcPr>
                      <w:p w14:paraId="21795BCE" w14:textId="77777777" w:rsidR="00E34B5C" w:rsidRPr="00725484" w:rsidRDefault="00AB1AF6">
                        <w:pPr>
                          <w:rPr>
                            <w:szCs w:val="18"/>
                          </w:rPr>
                        </w:pPr>
                        <w:r>
                          <w:rPr>
                            <w:rFonts w:ascii="Times New Roman" w:eastAsia="Times New Roman" w:hAnsi="Times New Roman"/>
                            <w:b/>
                            <w:lang w:val="vi-VN"/>
                          </w:rPr>
                          <w:t>Tình Yêu Của Đức Chúa Trời</w:t>
                        </w:r>
                      </w:p>
                    </w:tc>
                    <w:tc>
                      <w:tcPr>
                        <w:tcW w:w="1384" w:type="dxa"/>
                        <w:tcMar>
                          <w:top w:w="0" w:type="dxa"/>
                          <w:left w:w="0" w:type="dxa"/>
                          <w:bottom w:w="0" w:type="dxa"/>
                          <w:right w:w="0" w:type="dxa"/>
                        </w:tcMar>
                        <w:vAlign w:val="bottom"/>
                      </w:tcPr>
                      <w:p w14:paraId="47C3BE73" w14:textId="77777777" w:rsidR="00E34B5C" w:rsidRPr="00725484" w:rsidRDefault="00AB1AF6">
                        <w:pPr>
                          <w:jc w:val="right"/>
                          <w:rPr>
                            <w:szCs w:val="18"/>
                          </w:rPr>
                        </w:pPr>
                        <w:r>
                          <w:rPr>
                            <w:rFonts w:ascii="Times New Roman" w:eastAsia="Times New Roman" w:hAnsi="Times New Roman"/>
                            <w:sz w:val="16"/>
                            <w:lang w:val="vi-VN"/>
                          </w:rPr>
                          <w:t>1 Cô 15:3‑4</w:t>
                        </w:r>
                      </w:p>
                    </w:tc>
                  </w:tr>
                </w:tbl>
                <w:p w14:paraId="0A6CBADE" w14:textId="77777777" w:rsidR="00E34B5C" w:rsidRPr="00725484" w:rsidRDefault="00E34B5C">
                  <w:pPr>
                    <w:spacing w:line="10" w:lineRule="exact"/>
                    <w:rPr>
                      <w:szCs w:val="18"/>
                    </w:rPr>
                  </w:pPr>
                </w:p>
                <w:p w14:paraId="08499451" w14:textId="77777777" w:rsidR="00E34B5C" w:rsidRPr="00725484" w:rsidRDefault="00AB1AF6">
                  <w:pPr>
                    <w:jc w:val="both"/>
                    <w:rPr>
                      <w:szCs w:val="18"/>
                    </w:rPr>
                  </w:pPr>
                  <w:r>
                    <w:rPr>
                      <w:rFonts w:ascii="Times New Roman" w:eastAsia="Times New Roman" w:hAnsi="Times New Roman"/>
                      <w:szCs w:val="18"/>
                      <w:lang w:val="vi-VN"/>
                    </w:rPr>
                    <w:t>Giê-su đến cứu chúng ta. Ngài chết để chịu hình phạt thay cho tội lỗi chúng ta và sống lại để ta có sự sống mới trong Ngài.</w:t>
                  </w:r>
                </w:p>
              </w:tc>
            </w:tr>
            <w:tr w:rsidR="00E34B5C" w14:paraId="074FCE10" w14:textId="77777777">
              <w:tc>
                <w:tcPr>
                  <w:tcW w:w="648" w:type="dxa"/>
                  <w:shd w:val="clear" w:color="auto" w:fill="A51C44"/>
                  <w:tcMar>
                    <w:top w:w="25" w:type="dxa"/>
                    <w:left w:w="0" w:type="dxa"/>
                    <w:bottom w:w="25" w:type="dxa"/>
                    <w:right w:w="20" w:type="dxa"/>
                  </w:tcMar>
                </w:tcPr>
                <w:p w14:paraId="65D3E121"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O</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96"/>
                    <w:gridCol w:w="1335"/>
                  </w:tblGrid>
                  <w:tr w:rsidR="00E34B5C" w:rsidRPr="00725484" w14:paraId="02F3DFE9" w14:textId="77777777">
                    <w:tc>
                      <w:tcPr>
                        <w:tcW w:w="2496" w:type="dxa"/>
                        <w:tcMar>
                          <w:top w:w="0" w:type="dxa"/>
                          <w:left w:w="0" w:type="dxa"/>
                          <w:bottom w:w="0" w:type="dxa"/>
                          <w:right w:w="0" w:type="dxa"/>
                        </w:tcMar>
                        <w:vAlign w:val="bottom"/>
                      </w:tcPr>
                      <w:p w14:paraId="0C7089CE" w14:textId="77777777" w:rsidR="00E34B5C" w:rsidRPr="00725484" w:rsidRDefault="00AB1AF6">
                        <w:pPr>
                          <w:rPr>
                            <w:szCs w:val="18"/>
                          </w:rPr>
                        </w:pPr>
                        <w:r>
                          <w:rPr>
                            <w:rFonts w:ascii="Times New Roman" w:eastAsia="Times New Roman" w:hAnsi="Times New Roman"/>
                            <w:b/>
                            <w:lang w:val="vi-VN"/>
                          </w:rPr>
                          <w:t>Sự Đáp Ứng Của Chúng Ta</w:t>
                        </w:r>
                      </w:p>
                    </w:tc>
                    <w:tc>
                      <w:tcPr>
                        <w:tcW w:w="1335" w:type="dxa"/>
                        <w:tcMar>
                          <w:top w:w="0" w:type="dxa"/>
                          <w:left w:w="0" w:type="dxa"/>
                          <w:bottom w:w="0" w:type="dxa"/>
                          <w:right w:w="0" w:type="dxa"/>
                        </w:tcMar>
                        <w:vAlign w:val="bottom"/>
                      </w:tcPr>
                      <w:p w14:paraId="54635D01" w14:textId="77777777" w:rsidR="00E34B5C" w:rsidRPr="00725484" w:rsidRDefault="00AB1AF6">
                        <w:pPr>
                          <w:jc w:val="right"/>
                          <w:rPr>
                            <w:szCs w:val="18"/>
                          </w:rPr>
                        </w:pPr>
                        <w:r>
                          <w:rPr>
                            <w:rFonts w:ascii="Times New Roman" w:eastAsia="Times New Roman" w:hAnsi="Times New Roman"/>
                            <w:sz w:val="16"/>
                            <w:lang w:val="vi-VN"/>
                          </w:rPr>
                          <w:t>Rô 10:9‑13</w:t>
                        </w:r>
                      </w:p>
                    </w:tc>
                  </w:tr>
                </w:tbl>
                <w:p w14:paraId="60E19A60" w14:textId="77777777" w:rsidR="00E34B5C" w:rsidRPr="00725484" w:rsidRDefault="00E34B5C">
                  <w:pPr>
                    <w:spacing w:line="10" w:lineRule="exact"/>
                    <w:rPr>
                      <w:szCs w:val="18"/>
                    </w:rPr>
                  </w:pPr>
                </w:p>
                <w:p w14:paraId="49EC3F93" w14:textId="77777777" w:rsidR="00E34B5C" w:rsidRPr="00725484" w:rsidRDefault="00AB1AF6">
                  <w:pPr>
                    <w:jc w:val="both"/>
                    <w:rPr>
                      <w:szCs w:val="18"/>
                    </w:rPr>
                  </w:pPr>
                  <w:r>
                    <w:rPr>
                      <w:rFonts w:ascii="Times New Roman" w:eastAsia="Times New Roman" w:hAnsi="Times New Roman"/>
                      <w:szCs w:val="18"/>
                      <w:lang w:val="vi-VN"/>
                    </w:rPr>
                    <w:t>Xưng nhận Giê-su là Đức Chúa Trời và tin cậy Ngài làm Cứu Chúa. Xin Ngài tha tội và bước vào đời bạn. Xin Đức Chúa Trời giữ gìn bạn bằng Đức Thánh Linh và dẫn bạn theo đường lối Ngài.</w:t>
                  </w:r>
                </w:p>
              </w:tc>
            </w:tr>
            <w:tr w:rsidR="00E34B5C" w14:paraId="3122858D" w14:textId="77777777">
              <w:tc>
                <w:tcPr>
                  <w:tcW w:w="648" w:type="dxa"/>
                  <w:shd w:val="clear" w:color="auto" w:fill="A51C44"/>
                  <w:tcMar>
                    <w:top w:w="25" w:type="dxa"/>
                    <w:left w:w="0" w:type="dxa"/>
                    <w:bottom w:w="25" w:type="dxa"/>
                    <w:right w:w="20" w:type="dxa"/>
                  </w:tcMar>
                </w:tcPr>
                <w:p w14:paraId="1BA0DF42"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W</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549"/>
                    <w:gridCol w:w="1282"/>
                  </w:tblGrid>
                  <w:tr w:rsidR="00E34B5C" w:rsidRPr="00725484" w14:paraId="0B76ACA8" w14:textId="77777777">
                    <w:tc>
                      <w:tcPr>
                        <w:tcW w:w="2549" w:type="dxa"/>
                        <w:tcMar>
                          <w:top w:w="0" w:type="dxa"/>
                          <w:left w:w="0" w:type="dxa"/>
                          <w:bottom w:w="0" w:type="dxa"/>
                          <w:right w:w="0" w:type="dxa"/>
                        </w:tcMar>
                        <w:vAlign w:val="bottom"/>
                      </w:tcPr>
                      <w:p w14:paraId="05A1973C" w14:textId="77777777" w:rsidR="00E34B5C" w:rsidRPr="00725484" w:rsidRDefault="00AB1AF6">
                        <w:pPr>
                          <w:rPr>
                            <w:szCs w:val="18"/>
                          </w:rPr>
                        </w:pPr>
                        <w:r>
                          <w:rPr>
                            <w:rFonts w:ascii="Times New Roman" w:eastAsia="Times New Roman" w:hAnsi="Times New Roman"/>
                            <w:b/>
                            <w:lang w:val="vi-VN"/>
                          </w:rPr>
                          <w:t>Đón Nhận Giê-su</w:t>
                        </w:r>
                      </w:p>
                    </w:tc>
                    <w:tc>
                      <w:tcPr>
                        <w:tcW w:w="1282" w:type="dxa"/>
                        <w:tcMar>
                          <w:top w:w="0" w:type="dxa"/>
                          <w:left w:w="0" w:type="dxa"/>
                          <w:bottom w:w="0" w:type="dxa"/>
                          <w:right w:w="0" w:type="dxa"/>
                        </w:tcMar>
                        <w:vAlign w:val="bottom"/>
                      </w:tcPr>
                      <w:p w14:paraId="23338B60" w14:textId="77777777" w:rsidR="00E34B5C" w:rsidRPr="00725484" w:rsidRDefault="00AB1AF6">
                        <w:pPr>
                          <w:jc w:val="right"/>
                          <w:rPr>
                            <w:szCs w:val="18"/>
                          </w:rPr>
                        </w:pPr>
                        <w:r>
                          <w:rPr>
                            <w:rFonts w:ascii="Times New Roman" w:eastAsia="Times New Roman" w:hAnsi="Times New Roman"/>
                            <w:sz w:val="16"/>
                            <w:lang w:val="vi-VN"/>
                          </w:rPr>
                          <w:t>Êph 1:13‑14</w:t>
                        </w:r>
                      </w:p>
                    </w:tc>
                  </w:tr>
                </w:tbl>
                <w:p w14:paraId="62CA6725" w14:textId="77777777" w:rsidR="00E34B5C" w:rsidRPr="00725484" w:rsidRDefault="00E34B5C">
                  <w:pPr>
                    <w:spacing w:line="10" w:lineRule="exact"/>
                    <w:rPr>
                      <w:szCs w:val="18"/>
                    </w:rPr>
                  </w:pPr>
                </w:p>
                <w:p w14:paraId="09E3E68A" w14:textId="77777777" w:rsidR="00E34B5C" w:rsidRPr="00725484" w:rsidRDefault="00AB1AF6">
                  <w:pPr>
                    <w:jc w:val="both"/>
                    <w:rPr>
                      <w:szCs w:val="18"/>
                    </w:rPr>
                  </w:pPr>
                  <w:r>
                    <w:rPr>
                      <w:rFonts w:ascii="Times New Roman" w:eastAsia="Times New Roman" w:hAnsi="Times New Roman"/>
                      <w:szCs w:val="18"/>
                      <w:lang w:val="vi-VN"/>
                    </w:rPr>
                    <w:t>Không ai có thể đáp ứng thay bạn. Hãy đích thân tiếp nhận Giê-su bằng đức tin và bày tỏ qua lời cầu nguyện như sau. Hãy cầu nguyện:</w:t>
                  </w:r>
                </w:p>
                <w:tbl>
                  <w:tblPr>
                    <w:tblW w:w="3831" w:type="dxa"/>
                    <w:tblBorders>
                      <w:top w:val="single" w:sz="5" w:space="0" w:color="A51C44"/>
                      <w:left w:val="single" w:sz="5" w:space="0" w:color="A51C44"/>
                      <w:bottom w:val="single" w:sz="5" w:space="0" w:color="A51C44"/>
                      <w:right w:val="single" w:sz="5" w:space="0" w:color="A51C44"/>
                    </w:tblBorders>
                    <w:tblLayout w:type="fixed"/>
                    <w:tblCellMar>
                      <w:top w:w="55" w:type="dxa"/>
                      <w:left w:w="55" w:type="dxa"/>
                      <w:bottom w:w="55" w:type="dxa"/>
                      <w:right w:w="55" w:type="dxa"/>
                    </w:tblCellMar>
                    <w:tblLook w:val="04A0" w:firstRow="1" w:lastRow="0" w:firstColumn="1" w:lastColumn="0" w:noHBand="0" w:noVBand="1"/>
                  </w:tblPr>
                  <w:tblGrid>
                    <w:gridCol w:w="3831"/>
                  </w:tblGrid>
                  <w:tr w:rsidR="00E34B5C" w:rsidRPr="00725484" w14:paraId="1CC7CD3A" w14:textId="77777777">
                    <w:tc>
                      <w:tcPr>
                        <w:tcW w:w="3831" w:type="dxa"/>
                        <w:shd w:val="clear" w:color="auto" w:fill="F6E1E7"/>
                      </w:tcPr>
                      <w:p w14:paraId="070FE56C" w14:textId="77777777" w:rsidR="00E34B5C" w:rsidRPr="00725484" w:rsidRDefault="00AB1AF6">
                        <w:pPr>
                          <w:jc w:val="both"/>
                          <w:rPr>
                            <w:szCs w:val="18"/>
                          </w:rPr>
                        </w:pPr>
                        <w:r>
                          <w:rPr>
                            <w:rFonts w:ascii="Times New Roman" w:eastAsia="Times New Roman" w:hAnsi="Times New Roman"/>
                            <w:szCs w:val="18"/>
                            <w:lang w:val="vi-VN"/>
                          </w:rPr>
                          <w:t>• Lạy Giê-su, con tin Ngài là Đức Chúa Trời.</w:t>
                        </w:r>
                      </w:p>
                      <w:p w14:paraId="07E116F0" w14:textId="77777777" w:rsidR="00E34B5C" w:rsidRPr="00725484" w:rsidRDefault="00AB1AF6">
                        <w:pPr>
                          <w:jc w:val="both"/>
                          <w:rPr>
                            <w:szCs w:val="18"/>
                          </w:rPr>
                        </w:pPr>
                        <w:r>
                          <w:rPr>
                            <w:rFonts w:ascii="Times New Roman" w:eastAsia="Times New Roman" w:hAnsi="Times New Roman"/>
                            <w:szCs w:val="18"/>
                            <w:lang w:val="vi-VN"/>
                          </w:rPr>
                          <w:t>• Ngài chết vì tội con và sống lại để ban cho con sự sống đời đời với Ngài.</w:t>
                        </w:r>
                      </w:p>
                      <w:p w14:paraId="6139993A" w14:textId="77777777" w:rsidR="00E34B5C" w:rsidRPr="00725484" w:rsidRDefault="00AB1AF6">
                        <w:pPr>
                          <w:jc w:val="both"/>
                          <w:rPr>
                            <w:szCs w:val="18"/>
                          </w:rPr>
                        </w:pPr>
                        <w:r>
                          <w:rPr>
                            <w:rFonts w:ascii="Times New Roman" w:eastAsia="Times New Roman" w:hAnsi="Times New Roman"/>
                            <w:szCs w:val="18"/>
                            <w:lang w:val="vi-VN"/>
                          </w:rPr>
                          <w:t>• Xin tha tội con và sống trong con.</w:t>
                        </w:r>
                      </w:p>
                      <w:p w14:paraId="79B82E11" w14:textId="77777777" w:rsidR="00E34B5C" w:rsidRPr="00725484" w:rsidRDefault="00AB1AF6">
                        <w:pPr>
                          <w:jc w:val="both"/>
                          <w:rPr>
                            <w:szCs w:val="18"/>
                          </w:rPr>
                        </w:pPr>
                        <w:r>
                          <w:rPr>
                            <w:rFonts w:ascii="Times New Roman" w:eastAsia="Times New Roman" w:hAnsi="Times New Roman"/>
                            <w:szCs w:val="18"/>
                            <w:lang w:val="vi-VN"/>
                          </w:rPr>
                          <w:t>• Xin ấn chứng con mãi mãi bằng Đức Thánh Linh để dẫn dắt con.</w:t>
                        </w:r>
                      </w:p>
                      <w:p w14:paraId="29CC46E0" w14:textId="77777777" w:rsidR="00E34B5C" w:rsidRPr="00725484" w:rsidRDefault="00AB1AF6">
                        <w:pPr>
                          <w:jc w:val="both"/>
                          <w:rPr>
                            <w:szCs w:val="18"/>
                          </w:rPr>
                        </w:pPr>
                        <w:r>
                          <w:rPr>
                            <w:rFonts w:ascii="Times New Roman" w:eastAsia="Times New Roman" w:hAnsi="Times New Roman"/>
                            <w:szCs w:val="18"/>
                            <w:lang w:val="vi-VN"/>
                          </w:rPr>
                          <w:t>• Cảm tạ Ngài ban sự sống đời đời.   A-men.</w:t>
                        </w:r>
                      </w:p>
                    </w:tc>
                  </w:tr>
                </w:tbl>
                <w:p w14:paraId="3818F958" w14:textId="77777777" w:rsidR="00E34B5C" w:rsidRPr="00725484" w:rsidRDefault="00E34B5C">
                  <w:pPr>
                    <w:spacing w:line="10" w:lineRule="exact"/>
                    <w:rPr>
                      <w:szCs w:val="18"/>
                    </w:rPr>
                  </w:pPr>
                </w:p>
              </w:tc>
            </w:tr>
            <w:tr w:rsidR="00E34B5C" w14:paraId="78E94076" w14:textId="77777777">
              <w:tc>
                <w:tcPr>
                  <w:tcW w:w="648" w:type="dxa"/>
                  <w:shd w:val="clear" w:color="auto" w:fill="A51C44"/>
                  <w:tcMar>
                    <w:top w:w="25" w:type="dxa"/>
                    <w:left w:w="0" w:type="dxa"/>
                    <w:bottom w:w="25" w:type="dxa"/>
                    <w:right w:w="20" w:type="dxa"/>
                  </w:tcMar>
                </w:tcPr>
                <w:p w14:paraId="146A513C"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M</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1800"/>
                    <w:gridCol w:w="2031"/>
                  </w:tblGrid>
                  <w:tr w:rsidR="00E34B5C" w:rsidRPr="00725484" w14:paraId="1C6ED5E8" w14:textId="77777777">
                    <w:tc>
                      <w:tcPr>
                        <w:tcW w:w="1800" w:type="dxa"/>
                        <w:tcMar>
                          <w:top w:w="0" w:type="dxa"/>
                          <w:left w:w="0" w:type="dxa"/>
                          <w:bottom w:w="0" w:type="dxa"/>
                          <w:right w:w="0" w:type="dxa"/>
                        </w:tcMar>
                        <w:vAlign w:val="bottom"/>
                      </w:tcPr>
                      <w:p w14:paraId="4DBB2A8F" w14:textId="77777777" w:rsidR="00E34B5C" w:rsidRPr="00725484" w:rsidRDefault="00AB1AF6">
                        <w:pPr>
                          <w:rPr>
                            <w:szCs w:val="18"/>
                          </w:rPr>
                        </w:pPr>
                        <w:r>
                          <w:rPr>
                            <w:rFonts w:ascii="Times New Roman" w:eastAsia="Times New Roman" w:hAnsi="Times New Roman"/>
                            <w:b/>
                            <w:lang w:val="vi-VN"/>
                          </w:rPr>
                          <w:t>Được Làm Mới</w:t>
                        </w:r>
                      </w:p>
                    </w:tc>
                    <w:tc>
                      <w:tcPr>
                        <w:tcW w:w="2031" w:type="dxa"/>
                        <w:tcMar>
                          <w:top w:w="0" w:type="dxa"/>
                          <w:left w:w="0" w:type="dxa"/>
                          <w:bottom w:w="0" w:type="dxa"/>
                          <w:right w:w="0" w:type="dxa"/>
                        </w:tcMar>
                        <w:vAlign w:val="bottom"/>
                      </w:tcPr>
                      <w:p w14:paraId="205C9FE5" w14:textId="77777777" w:rsidR="00E34B5C" w:rsidRPr="00725484" w:rsidRDefault="00AB1AF6">
                        <w:pPr>
                          <w:jc w:val="right"/>
                          <w:rPr>
                            <w:szCs w:val="18"/>
                          </w:rPr>
                        </w:pPr>
                        <w:r>
                          <w:rPr>
                            <w:rFonts w:ascii="Times New Roman" w:eastAsia="Times New Roman" w:hAnsi="Times New Roman"/>
                            <w:sz w:val="16"/>
                            <w:lang w:val="vi-VN"/>
                          </w:rPr>
                          <w:t>2 Cô 5:17; Rô 8:15</w:t>
                        </w:r>
                      </w:p>
                    </w:tc>
                  </w:tr>
                </w:tbl>
                <w:p w14:paraId="6310E438" w14:textId="77777777" w:rsidR="00E34B5C" w:rsidRPr="00725484" w:rsidRDefault="00E34B5C">
                  <w:pPr>
                    <w:spacing w:line="10" w:lineRule="exact"/>
                    <w:rPr>
                      <w:szCs w:val="18"/>
                    </w:rPr>
                  </w:pPr>
                </w:p>
                <w:p w14:paraId="1A10285D" w14:textId="77777777" w:rsidR="00E34B5C" w:rsidRPr="00725484" w:rsidRDefault="00AB1AF6">
                  <w:pPr>
                    <w:jc w:val="both"/>
                    <w:rPr>
                      <w:szCs w:val="18"/>
                    </w:rPr>
                  </w:pPr>
                  <w:r>
                    <w:rPr>
                      <w:rFonts w:ascii="Times New Roman" w:eastAsia="Times New Roman" w:hAnsi="Times New Roman"/>
                      <w:szCs w:val="18"/>
                      <w:lang w:val="vi-VN"/>
                    </w:rPr>
                    <w:t>Bởi đức tin nơi Giê-su, bạn được sinh lại vào đời sống mới. Tội bạn được tha, và bạn được nhận vào gia đình Đức Chúa Trời.</w:t>
                  </w:r>
                </w:p>
              </w:tc>
            </w:tr>
            <w:tr w:rsidR="00E34B5C" w14:paraId="58A4D31F" w14:textId="77777777">
              <w:tc>
                <w:tcPr>
                  <w:tcW w:w="648" w:type="dxa"/>
                  <w:shd w:val="clear" w:color="auto" w:fill="A51C44"/>
                  <w:tcMar>
                    <w:top w:w="25" w:type="dxa"/>
                    <w:left w:w="0" w:type="dxa"/>
                    <w:bottom w:w="25" w:type="dxa"/>
                    <w:right w:w="20" w:type="dxa"/>
                  </w:tcMar>
                </w:tcPr>
                <w:p w14:paraId="275AF66A" w14:textId="77777777" w:rsidR="00E34B5C" w:rsidRPr="00725484" w:rsidRDefault="00AB1AF6">
                  <w:pPr>
                    <w:jc w:val="center"/>
                    <w:rPr>
                      <w:sz w:val="36"/>
                      <w:szCs w:val="18"/>
                    </w:rPr>
                  </w:pPr>
                  <w:r w:rsidRPr="00725484">
                    <w:rPr>
                      <w:rFonts w:ascii="Times New Roman" w:eastAsia="Times New Roman" w:hAnsi="Times New Roman"/>
                      <w:b/>
                      <w:color w:val="FFFFFF"/>
                      <w:sz w:val="36"/>
                      <w:szCs w:val="18"/>
                      <w:lang w:val="vi-VN"/>
                    </w:rPr>
                    <w:t>E</w:t>
                  </w:r>
                </w:p>
              </w:tc>
              <w:tc>
                <w:tcPr>
                  <w:tcW w:w="3931" w:type="dxa"/>
                  <w:tcMar>
                    <w:top w:w="25" w:type="dxa"/>
                    <w:left w:w="80" w:type="dxa"/>
                    <w:bottom w:w="25" w:type="dxa"/>
                    <w:right w:w="20" w:type="dxa"/>
                  </w:tcMar>
                </w:tcPr>
                <w:tbl>
                  <w:tblPr>
                    <w:tblW w:w="3831"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487"/>
                    <w:gridCol w:w="1344"/>
                  </w:tblGrid>
                  <w:tr w:rsidR="00E34B5C" w:rsidRPr="00725484" w14:paraId="3B0D14B7" w14:textId="77777777">
                    <w:tc>
                      <w:tcPr>
                        <w:tcW w:w="2487" w:type="dxa"/>
                        <w:tcMar>
                          <w:top w:w="0" w:type="dxa"/>
                          <w:left w:w="0" w:type="dxa"/>
                          <w:bottom w:w="0" w:type="dxa"/>
                          <w:right w:w="0" w:type="dxa"/>
                        </w:tcMar>
                        <w:vAlign w:val="bottom"/>
                      </w:tcPr>
                      <w:p w14:paraId="67AC0A9C" w14:textId="77777777" w:rsidR="00E34B5C" w:rsidRPr="00725484" w:rsidRDefault="00AB1AF6">
                        <w:pPr>
                          <w:rPr>
                            <w:szCs w:val="18"/>
                          </w:rPr>
                        </w:pPr>
                        <w:r>
                          <w:rPr>
                            <w:rFonts w:ascii="Times New Roman" w:eastAsia="Times New Roman" w:hAnsi="Times New Roman"/>
                            <w:b/>
                            <w:lang w:val="vi-VN"/>
                          </w:rPr>
                          <w:t>Theo Đường Lối Ngài</w:t>
                        </w:r>
                      </w:p>
                    </w:tc>
                    <w:tc>
                      <w:tcPr>
                        <w:tcW w:w="1344" w:type="dxa"/>
                        <w:tcMar>
                          <w:top w:w="0" w:type="dxa"/>
                          <w:left w:w="0" w:type="dxa"/>
                          <w:bottom w:w="0" w:type="dxa"/>
                          <w:right w:w="0" w:type="dxa"/>
                        </w:tcMar>
                        <w:vAlign w:val="bottom"/>
                      </w:tcPr>
                      <w:p w14:paraId="4E1FF529" w14:textId="77777777" w:rsidR="00E34B5C" w:rsidRPr="00725484" w:rsidRDefault="00AB1AF6">
                        <w:pPr>
                          <w:jc w:val="right"/>
                          <w:rPr>
                            <w:szCs w:val="18"/>
                          </w:rPr>
                        </w:pPr>
                        <w:r>
                          <w:rPr>
                            <w:rFonts w:ascii="Times New Roman" w:eastAsia="Times New Roman" w:hAnsi="Times New Roman"/>
                            <w:sz w:val="16"/>
                            <w:lang w:val="vi-VN"/>
                          </w:rPr>
                          <w:t>2 Cô 3:18</w:t>
                        </w:r>
                      </w:p>
                    </w:tc>
                  </w:tr>
                </w:tbl>
                <w:p w14:paraId="7FE07CC1" w14:textId="77777777" w:rsidR="00E34B5C" w:rsidRPr="00725484" w:rsidRDefault="00E34B5C">
                  <w:pPr>
                    <w:spacing w:line="10" w:lineRule="exact"/>
                    <w:rPr>
                      <w:szCs w:val="18"/>
                    </w:rPr>
                  </w:pPr>
                </w:p>
                <w:p w14:paraId="621EF4DE" w14:textId="77777777" w:rsidR="00E34B5C" w:rsidRPr="00725484" w:rsidRDefault="00AB1AF6">
                  <w:pPr>
                    <w:jc w:val="both"/>
                    <w:rPr>
                      <w:szCs w:val="18"/>
                    </w:rPr>
                  </w:pPr>
                  <w:r>
                    <w:rPr>
                      <w:rFonts w:ascii="Times New Roman" w:eastAsia="Times New Roman" w:hAnsi="Times New Roman"/>
                      <w:szCs w:val="18"/>
                      <w:lang w:val="vi-VN"/>
                    </w:rPr>
                    <w:t>Như em bé sơ sinh học hỏi và lớn lên, bạn bắt đầu tăng trưởng trong đời sống thuộc linh mới. Các trang sau giúp bạn học cách theo Giê-su.</w:t>
                  </w:r>
                </w:p>
              </w:tc>
            </w:tr>
          </w:tbl>
          <w:p w14:paraId="46442A5F" w14:textId="77777777" w:rsidR="00E34B5C" w:rsidRDefault="00E34B5C">
            <w:pPr>
              <w:spacing w:line="10" w:lineRule="exact"/>
              <w:rPr>
                <w:szCs w:val="18"/>
              </w:rPr>
            </w:pPr>
          </w:p>
          <w:p w14:paraId="401A5DBF" w14:textId="77777777" w:rsidR="00E34B5C" w:rsidRDefault="00E34B5C">
            <w:pPr>
              <w:spacing w:line="10" w:lineRule="exact"/>
              <w:rPr>
                <w:szCs w:val="18"/>
              </w:rPr>
            </w:pPr>
          </w:p>
        </w:tc>
      </w:tr>
      <w:tr w:rsidR="00E34B5C" w14:paraId="6AC87766" w14:textId="77777777">
        <w:trPr>
          <w:cantSplit/>
        </w:trPr>
        <w:tc>
          <w:tcPr>
            <w:tcW w:w="5088" w:type="dxa"/>
            <w:tcMar>
              <w:left w:w="60" w:type="dxa"/>
              <w:right w:w="200" w:type="dxa"/>
            </w:tcMar>
          </w:tcPr>
          <w:p w14:paraId="4EB225AA" w14:textId="77777777" w:rsidR="00E34B5C" w:rsidRPr="00725484" w:rsidRDefault="00AB1AF6">
            <w:pPr>
              <w:keepNext/>
              <w:pageBreakBefore/>
              <w:tabs>
                <w:tab w:val="center" w:pos="2414"/>
              </w:tabs>
              <w:spacing w:before="100" w:after="60"/>
              <w:rPr>
                <w:szCs w:val="18"/>
              </w:rPr>
            </w:pPr>
            <w:r>
              <w:rPr>
                <w:rFonts w:ascii="Times New Roman" w:eastAsia="Times New Roman" w:hAnsi="Times New Roman"/>
                <w:b/>
                <w:color w:val="000000"/>
                <w:szCs w:val="18"/>
                <w:lang w:val="vi-VN"/>
              </w:rPr>
              <w:lastRenderedPageBreak/>
              <w:t>2</w:t>
            </w:r>
            <w:r>
              <w:rPr>
                <w:rFonts w:ascii="Times New Roman" w:eastAsia="Times New Roman" w:hAnsi="Times New Roman"/>
                <w:b/>
                <w:color w:val="000000"/>
                <w:szCs w:val="18"/>
                <w:lang w:val="vi-VN"/>
              </w:rPr>
              <w:tab/>
              <w:t>ĐIỀU GÌ VỪA XẢY RA?</w:t>
            </w:r>
          </w:p>
          <w:p w14:paraId="235BD3F6" w14:textId="77777777" w:rsidR="00E34B5C" w:rsidRPr="00725484" w:rsidRDefault="00AB1AF6">
            <w:pPr>
              <w:spacing w:after="60"/>
              <w:rPr>
                <w:szCs w:val="18"/>
              </w:rPr>
            </w:pPr>
            <w:r>
              <w:rPr>
                <w:rFonts w:ascii="Times New Roman" w:eastAsia="Times New Roman" w:hAnsi="Times New Roman"/>
                <w:b/>
                <w:lang w:val="vi-VN"/>
              </w:rPr>
              <w:t>Bạn có sự sống mới trong Đấng Christ.</w:t>
            </w:r>
          </w:p>
          <w:tbl>
            <w:tblPr>
              <w:tblW w:w="4720" w:type="dxa"/>
              <w:tblBorders>
                <w:top w:val="single" w:sz="4" w:space="0" w:color="A51C44"/>
                <w:left w:val="single" w:sz="4" w:space="0" w:color="A51C44"/>
                <w:bottom w:val="single" w:sz="4" w:space="0" w:color="A51C44"/>
                <w:right w:val="single" w:sz="4" w:space="0" w:color="A51C44"/>
              </w:tblBorders>
              <w:tblCellMar>
                <w:top w:w="50" w:type="dxa"/>
                <w:left w:w="50" w:type="dxa"/>
                <w:bottom w:w="10" w:type="dxa"/>
                <w:right w:w="50" w:type="dxa"/>
              </w:tblCellMar>
              <w:tblLook w:val="04A0" w:firstRow="1" w:lastRow="0" w:firstColumn="1" w:lastColumn="0" w:noHBand="0" w:noVBand="1"/>
            </w:tblPr>
            <w:tblGrid>
              <w:gridCol w:w="4720"/>
            </w:tblGrid>
            <w:tr w:rsidR="00E34B5C" w:rsidRPr="00725484" w14:paraId="5290A996" w14:textId="77777777">
              <w:tc>
                <w:tcPr>
                  <w:tcW w:w="4720" w:type="dxa"/>
                  <w:tcMar>
                    <w:bottom w:w="15" w:type="dxa"/>
                  </w:tcMar>
                </w:tcPr>
                <w:p w14:paraId="14DF38BF" w14:textId="77777777" w:rsidR="008F2987" w:rsidRDefault="00CD78B1">
                  <w:pPr>
                    <w:tabs>
                      <w:tab w:val="right" w:pos="4620"/>
                    </w:tabs>
                    <w:spacing w:line="190" w:lineRule="exact"/>
                    <w:jc w:val="both"/>
                  </w:pPr>
                  <w:r>
                    <w:rPr>
                      <w:rFonts w:ascii="Times New Roman" w:eastAsia="Times New Roman" w:hAnsi="Times New Roman"/>
                      <w:lang w:val="vi-VN"/>
                    </w:rPr>
                    <w:t>Đây là lời chứng: Đức Chúa Trời đã ban cho chúng ta sự sống đời đời, và sự sống ấy ở trong Con Ngài. Ai có Con thì có sự sống; ai không có Con Đức Chúa Trời thì không có sự sống.</w:t>
                  </w:r>
                  <w:r>
                    <w:rPr>
                      <w:rFonts w:ascii="Times New Roman" w:eastAsia="Times New Roman" w:hAnsi="Times New Roman"/>
                      <w:sz w:val="16"/>
                      <w:lang w:val="vi-VN"/>
                    </w:rPr>
                    <w:tab/>
                    <w:t>1 Gi 5:11–12</w:t>
                  </w:r>
                </w:p>
              </w:tc>
            </w:tr>
          </w:tbl>
          <w:p w14:paraId="12C6D429" w14:textId="77777777" w:rsidR="00E34B5C" w:rsidRPr="00725484" w:rsidRDefault="00AB1AF6">
            <w:pPr>
              <w:keepNext/>
              <w:tabs>
                <w:tab w:val="center" w:pos="2414"/>
              </w:tabs>
              <w:spacing w:before="160" w:after="60"/>
              <w:rPr>
                <w:szCs w:val="18"/>
              </w:rPr>
            </w:pPr>
            <w:r>
              <w:rPr>
                <w:rFonts w:ascii="Times New Roman" w:eastAsia="Times New Roman" w:hAnsi="Times New Roman"/>
                <w:b/>
                <w:szCs w:val="18"/>
                <w:lang w:val="vi-VN"/>
              </w:rPr>
              <w:t>3</w:t>
            </w:r>
            <w:r>
              <w:rPr>
                <w:rFonts w:ascii="Times New Roman" w:eastAsia="Times New Roman" w:hAnsi="Times New Roman"/>
                <w:b/>
                <w:szCs w:val="18"/>
                <w:lang w:val="vi-VN"/>
              </w:rPr>
              <w:tab/>
              <w:t>ĐỨC CHÚA TRỜI LÀ AI?</w:t>
            </w:r>
          </w:p>
          <w:tbl>
            <w:tblPr>
              <w:tblW w:w="4728" w:type="dxa"/>
              <w:tblLayout w:type="fixed"/>
              <w:tblLook w:val="04A0" w:firstRow="1" w:lastRow="0" w:firstColumn="1" w:lastColumn="0" w:noHBand="0" w:noVBand="1"/>
            </w:tblPr>
            <w:tblGrid>
              <w:gridCol w:w="4728"/>
            </w:tblGrid>
            <w:tr w:rsidR="00E34B5C" w:rsidRPr="00725484" w14:paraId="7092E678" w14:textId="77777777">
              <w:tc>
                <w:tcPr>
                  <w:tcW w:w="4728" w:type="dxa"/>
                  <w:tcBorders>
                    <w:top w:val="single" w:sz="6" w:space="0" w:color="A51C44"/>
                    <w:left w:val="single" w:sz="6" w:space="0" w:color="A51C44"/>
                    <w:bottom w:val="single" w:sz="6" w:space="0" w:color="A51C44"/>
                    <w:right w:val="single" w:sz="6" w:space="0" w:color="A51C44"/>
                  </w:tcBorders>
                  <w:tcMar>
                    <w:top w:w="45" w:type="dxa"/>
                    <w:left w:w="70" w:type="dxa"/>
                    <w:bottom w:w="15" w:type="dxa"/>
                    <w:right w:w="70" w:type="dxa"/>
                  </w:tcMar>
                </w:tcPr>
                <w:p w14:paraId="70C5D540" w14:textId="77777777" w:rsidR="008F2987" w:rsidRDefault="00CD78B1">
                  <w:pPr>
                    <w:tabs>
                      <w:tab w:val="right" w:pos="4588"/>
                    </w:tabs>
                    <w:spacing w:line="190" w:lineRule="exact"/>
                    <w:jc w:val="both"/>
                  </w:pPr>
                  <w:r>
                    <w:rPr>
                      <w:rFonts w:ascii="Times New Roman" w:eastAsia="Times New Roman" w:hAnsi="Times New Roman"/>
                      <w:lang w:val="vi-VN"/>
                    </w:rPr>
                    <w:t>Đức Chúa Trời là thần linh; người thờ phượng Ngài phải thờ phượng bằng tâm linh và chân lý.</w:t>
                  </w:r>
                  <w:r>
                    <w:rPr>
                      <w:rFonts w:ascii="Times New Roman" w:eastAsia="Times New Roman" w:hAnsi="Times New Roman"/>
                      <w:sz w:val="16"/>
                      <w:lang w:val="vi-VN"/>
                    </w:rPr>
                    <w:tab/>
                    <w:t>Gi 4:24</w:t>
                  </w:r>
                </w:p>
              </w:tc>
            </w:tr>
          </w:tbl>
          <w:p w14:paraId="4EA06AED" w14:textId="77777777" w:rsidR="00E34B5C" w:rsidRPr="00725484" w:rsidRDefault="00AB1AF6">
            <w:pPr>
              <w:keepNext/>
              <w:spacing w:before="80" w:after="40"/>
              <w:jc w:val="center"/>
              <w:rPr>
                <w:szCs w:val="18"/>
              </w:rPr>
            </w:pPr>
            <w:r>
              <w:rPr>
                <w:rFonts w:ascii="Times New Roman" w:eastAsia="Times New Roman" w:hAnsi="Times New Roman"/>
                <w:b/>
                <w:szCs w:val="18"/>
                <w:lang w:val="vi-VN"/>
              </w:rPr>
              <w:t>THUỘC TÍNH</w:t>
            </w:r>
          </w:p>
          <w:tbl>
            <w:tblPr>
              <w:tblW w:w="472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964"/>
              <w:gridCol w:w="112"/>
              <w:gridCol w:w="120"/>
              <w:gridCol w:w="69"/>
              <w:gridCol w:w="8"/>
              <w:gridCol w:w="345"/>
              <w:gridCol w:w="1110"/>
            </w:tblGrid>
            <w:tr w:rsidR="00E34B5C" w:rsidRPr="00725484" w14:paraId="0D90A317" w14:textId="77777777">
              <w:tc>
                <w:tcPr>
                  <w:tcW w:w="2967" w:type="dxa"/>
                  <w:tcMar>
                    <w:top w:w="0" w:type="dxa"/>
                    <w:left w:w="0" w:type="dxa"/>
                    <w:bottom w:w="0" w:type="dxa"/>
                    <w:right w:w="0" w:type="dxa"/>
                  </w:tcMar>
                  <w:vAlign w:val="bottom"/>
                </w:tcPr>
                <w:p w14:paraId="7B32DE23" w14:textId="77777777" w:rsidR="00E34B5C" w:rsidRPr="00725484" w:rsidRDefault="00AB1AF6">
                  <w:pPr>
                    <w:spacing w:line="220" w:lineRule="auto"/>
                    <w:jc w:val="both"/>
                    <w:rPr>
                      <w:szCs w:val="18"/>
                    </w:rPr>
                  </w:pPr>
                  <w:r>
                    <w:rPr>
                      <w:rFonts w:ascii="Times New Roman" w:eastAsia="Times New Roman" w:hAnsi="Times New Roman"/>
                      <w:lang w:val="vi-VN"/>
                    </w:rPr>
                    <w:t>• Ngài là tình yêu.</w:t>
                  </w:r>
                </w:p>
              </w:tc>
              <w:tc>
                <w:tcPr>
                  <w:tcW w:w="1761" w:type="dxa"/>
                  <w:gridSpan w:val="6"/>
                  <w:tcMar>
                    <w:top w:w="0" w:type="dxa"/>
                    <w:left w:w="0" w:type="dxa"/>
                    <w:bottom w:w="0" w:type="dxa"/>
                    <w:right w:w="0" w:type="dxa"/>
                  </w:tcMar>
                  <w:vAlign w:val="bottom"/>
                </w:tcPr>
                <w:p w14:paraId="6980CEF6" w14:textId="77777777" w:rsidR="00E34B5C" w:rsidRPr="00725484" w:rsidRDefault="00AB1AF6">
                  <w:pPr>
                    <w:spacing w:line="220" w:lineRule="auto"/>
                    <w:jc w:val="right"/>
                    <w:rPr>
                      <w:szCs w:val="18"/>
                    </w:rPr>
                  </w:pPr>
                  <w:r>
                    <w:rPr>
                      <w:rFonts w:ascii="Times New Roman" w:eastAsia="Times New Roman" w:hAnsi="Times New Roman"/>
                      <w:sz w:val="16"/>
                      <w:lang w:val="vi-VN"/>
                    </w:rPr>
                    <w:t>1 Gi 4:8</w:t>
                  </w:r>
                </w:p>
              </w:tc>
            </w:tr>
            <w:tr w:rsidR="00E34B5C" w:rsidRPr="00725484" w14:paraId="2A0BE0D9" w14:textId="77777777">
              <w:tc>
                <w:tcPr>
                  <w:tcW w:w="3268" w:type="dxa"/>
                  <w:gridSpan w:val="4"/>
                  <w:tcMar>
                    <w:top w:w="0" w:type="dxa"/>
                    <w:left w:w="0" w:type="dxa"/>
                    <w:bottom w:w="0" w:type="dxa"/>
                    <w:right w:w="0" w:type="dxa"/>
                  </w:tcMar>
                  <w:vAlign w:val="bottom"/>
                </w:tcPr>
                <w:p w14:paraId="00CD562B" w14:textId="77777777" w:rsidR="00E34B5C" w:rsidRPr="00725484" w:rsidRDefault="00AB1AF6">
                  <w:pPr>
                    <w:spacing w:line="220" w:lineRule="auto"/>
                    <w:jc w:val="both"/>
                    <w:rPr>
                      <w:szCs w:val="18"/>
                    </w:rPr>
                  </w:pPr>
                  <w:r>
                    <w:rPr>
                      <w:rFonts w:ascii="Times New Roman" w:eastAsia="Times New Roman" w:hAnsi="Times New Roman"/>
                      <w:lang w:val="vi-VN"/>
                    </w:rPr>
                    <w:t>• Ngài biết mọi sự.</w:t>
                  </w:r>
                </w:p>
              </w:tc>
              <w:tc>
                <w:tcPr>
                  <w:tcW w:w="1460" w:type="dxa"/>
                  <w:gridSpan w:val="3"/>
                  <w:tcMar>
                    <w:top w:w="0" w:type="dxa"/>
                    <w:left w:w="0" w:type="dxa"/>
                    <w:bottom w:w="0" w:type="dxa"/>
                    <w:right w:w="0" w:type="dxa"/>
                  </w:tcMar>
                  <w:vAlign w:val="bottom"/>
                </w:tcPr>
                <w:p w14:paraId="606F548F" w14:textId="77777777" w:rsidR="00E34B5C" w:rsidRPr="00725484" w:rsidRDefault="00AB1AF6">
                  <w:pPr>
                    <w:spacing w:line="220" w:lineRule="auto"/>
                    <w:jc w:val="right"/>
                    <w:rPr>
                      <w:szCs w:val="18"/>
                    </w:rPr>
                  </w:pPr>
                  <w:r>
                    <w:rPr>
                      <w:rFonts w:ascii="Times New Roman" w:eastAsia="Times New Roman" w:hAnsi="Times New Roman"/>
                      <w:sz w:val="16"/>
                      <w:lang w:val="vi-VN"/>
                    </w:rPr>
                    <w:t>Thi 139:1‑6</w:t>
                  </w:r>
                </w:p>
              </w:tc>
            </w:tr>
            <w:tr w:rsidR="00E34B5C" w:rsidRPr="00725484" w14:paraId="55F558CB" w14:textId="77777777">
              <w:tc>
                <w:tcPr>
                  <w:tcW w:w="3276" w:type="dxa"/>
                  <w:gridSpan w:val="5"/>
                  <w:tcMar>
                    <w:top w:w="0" w:type="dxa"/>
                    <w:left w:w="0" w:type="dxa"/>
                    <w:bottom w:w="0" w:type="dxa"/>
                    <w:right w:w="0" w:type="dxa"/>
                  </w:tcMar>
                  <w:vAlign w:val="bottom"/>
                </w:tcPr>
                <w:p w14:paraId="24BD9D2E" w14:textId="77777777" w:rsidR="00E34B5C" w:rsidRPr="00725484" w:rsidRDefault="00AB1AF6">
                  <w:pPr>
                    <w:spacing w:line="220" w:lineRule="auto"/>
                    <w:jc w:val="both"/>
                    <w:rPr>
                      <w:szCs w:val="18"/>
                    </w:rPr>
                  </w:pPr>
                  <w:r>
                    <w:rPr>
                      <w:rFonts w:ascii="Times New Roman" w:eastAsia="Times New Roman" w:hAnsi="Times New Roman"/>
                      <w:lang w:val="vi-VN"/>
                    </w:rPr>
                    <w:t>• Ngài toàn năng.</w:t>
                  </w:r>
                </w:p>
              </w:tc>
              <w:tc>
                <w:tcPr>
                  <w:tcW w:w="1452" w:type="dxa"/>
                  <w:gridSpan w:val="2"/>
                  <w:tcMar>
                    <w:top w:w="0" w:type="dxa"/>
                    <w:left w:w="0" w:type="dxa"/>
                    <w:bottom w:w="0" w:type="dxa"/>
                    <w:right w:w="0" w:type="dxa"/>
                  </w:tcMar>
                  <w:vAlign w:val="bottom"/>
                </w:tcPr>
                <w:p w14:paraId="1943B7F8" w14:textId="77777777" w:rsidR="00E34B5C" w:rsidRPr="00725484" w:rsidRDefault="00AB1AF6">
                  <w:pPr>
                    <w:spacing w:line="220" w:lineRule="auto"/>
                    <w:jc w:val="right"/>
                    <w:rPr>
                      <w:szCs w:val="18"/>
                    </w:rPr>
                  </w:pPr>
                  <w:r>
                    <w:rPr>
                      <w:rFonts w:ascii="Times New Roman" w:eastAsia="Times New Roman" w:hAnsi="Times New Roman"/>
                      <w:sz w:val="16"/>
                      <w:lang w:val="vi-VN"/>
                    </w:rPr>
                    <w:t>Giê 32:17</w:t>
                  </w:r>
                </w:p>
              </w:tc>
            </w:tr>
            <w:tr w:rsidR="00E34B5C" w:rsidRPr="00725484" w14:paraId="1364F710" w14:textId="77777777">
              <w:tc>
                <w:tcPr>
                  <w:tcW w:w="3621" w:type="dxa"/>
                  <w:gridSpan w:val="6"/>
                  <w:tcMar>
                    <w:top w:w="0" w:type="dxa"/>
                    <w:left w:w="0" w:type="dxa"/>
                    <w:bottom w:w="0" w:type="dxa"/>
                    <w:right w:w="0" w:type="dxa"/>
                  </w:tcMar>
                  <w:vAlign w:val="bottom"/>
                </w:tcPr>
                <w:p w14:paraId="405C4A53" w14:textId="77777777" w:rsidR="00E34B5C" w:rsidRPr="00725484" w:rsidRDefault="00AB1AF6">
                  <w:pPr>
                    <w:spacing w:line="220" w:lineRule="auto"/>
                    <w:jc w:val="both"/>
                    <w:rPr>
                      <w:szCs w:val="18"/>
                    </w:rPr>
                  </w:pPr>
                  <w:r>
                    <w:rPr>
                      <w:rFonts w:ascii="Times New Roman" w:eastAsia="Times New Roman" w:hAnsi="Times New Roman"/>
                      <w:lang w:val="vi-VN"/>
                    </w:rPr>
                    <w:t>• Ngài là chân lý.</w:t>
                  </w:r>
                </w:p>
              </w:tc>
              <w:tc>
                <w:tcPr>
                  <w:tcW w:w="1107" w:type="dxa"/>
                  <w:tcMar>
                    <w:top w:w="0" w:type="dxa"/>
                    <w:left w:w="0" w:type="dxa"/>
                    <w:bottom w:w="0" w:type="dxa"/>
                    <w:right w:w="0" w:type="dxa"/>
                  </w:tcMar>
                  <w:vAlign w:val="bottom"/>
                </w:tcPr>
                <w:p w14:paraId="2F9C1F2E" w14:textId="77777777" w:rsidR="00E34B5C" w:rsidRPr="00725484" w:rsidRDefault="00AB1AF6">
                  <w:pPr>
                    <w:spacing w:line="220" w:lineRule="auto"/>
                    <w:jc w:val="right"/>
                    <w:rPr>
                      <w:szCs w:val="18"/>
                    </w:rPr>
                  </w:pPr>
                  <w:r>
                    <w:rPr>
                      <w:rFonts w:ascii="Times New Roman" w:eastAsia="Times New Roman" w:hAnsi="Times New Roman"/>
                      <w:sz w:val="16"/>
                      <w:lang w:val="vi-VN"/>
                    </w:rPr>
                    <w:t>Gi 14:6</w:t>
                  </w:r>
                </w:p>
              </w:tc>
            </w:tr>
            <w:tr w:rsidR="00E34B5C" w:rsidRPr="00725484" w14:paraId="35D78EF8" w14:textId="77777777">
              <w:tc>
                <w:tcPr>
                  <w:tcW w:w="3079" w:type="dxa"/>
                  <w:gridSpan w:val="2"/>
                  <w:tcMar>
                    <w:top w:w="0" w:type="dxa"/>
                    <w:left w:w="0" w:type="dxa"/>
                    <w:bottom w:w="0" w:type="dxa"/>
                    <w:right w:w="0" w:type="dxa"/>
                  </w:tcMar>
                  <w:vAlign w:val="bottom"/>
                </w:tcPr>
                <w:p w14:paraId="2366E201" w14:textId="77777777" w:rsidR="00E34B5C" w:rsidRPr="00725484" w:rsidRDefault="00AB1AF6">
                  <w:pPr>
                    <w:spacing w:line="220" w:lineRule="auto"/>
                    <w:jc w:val="both"/>
                    <w:rPr>
                      <w:szCs w:val="18"/>
                    </w:rPr>
                  </w:pPr>
                  <w:r>
                    <w:rPr>
                      <w:rFonts w:ascii="Times New Roman" w:eastAsia="Times New Roman" w:hAnsi="Times New Roman"/>
                      <w:lang w:val="vi-VN"/>
                    </w:rPr>
                    <w:t>• Ngài công chính.</w:t>
                  </w:r>
                </w:p>
              </w:tc>
              <w:tc>
                <w:tcPr>
                  <w:tcW w:w="1649" w:type="dxa"/>
                  <w:gridSpan w:val="5"/>
                  <w:tcMar>
                    <w:top w:w="0" w:type="dxa"/>
                    <w:left w:w="0" w:type="dxa"/>
                    <w:bottom w:w="0" w:type="dxa"/>
                    <w:right w:w="0" w:type="dxa"/>
                  </w:tcMar>
                  <w:vAlign w:val="bottom"/>
                </w:tcPr>
                <w:p w14:paraId="3CF8F4E3" w14:textId="77777777" w:rsidR="00E34B5C" w:rsidRPr="00725484" w:rsidRDefault="00AB1AF6">
                  <w:pPr>
                    <w:spacing w:line="220" w:lineRule="auto"/>
                    <w:jc w:val="right"/>
                    <w:rPr>
                      <w:szCs w:val="18"/>
                    </w:rPr>
                  </w:pPr>
                  <w:r>
                    <w:rPr>
                      <w:rFonts w:ascii="Times New Roman" w:eastAsia="Times New Roman" w:hAnsi="Times New Roman"/>
                      <w:sz w:val="16"/>
                      <w:lang w:val="vi-VN"/>
                    </w:rPr>
                    <w:t>Thi 145:17</w:t>
                  </w:r>
                </w:p>
              </w:tc>
            </w:tr>
            <w:tr w:rsidR="00E34B5C" w:rsidRPr="00725484" w14:paraId="7CDAA963" w14:textId="77777777">
              <w:tc>
                <w:tcPr>
                  <w:tcW w:w="3199" w:type="dxa"/>
                  <w:gridSpan w:val="3"/>
                  <w:tcMar>
                    <w:top w:w="0" w:type="dxa"/>
                    <w:left w:w="0" w:type="dxa"/>
                    <w:bottom w:w="0" w:type="dxa"/>
                    <w:right w:w="0" w:type="dxa"/>
                  </w:tcMar>
                  <w:vAlign w:val="bottom"/>
                </w:tcPr>
                <w:p w14:paraId="29948627" w14:textId="77777777" w:rsidR="00E34B5C" w:rsidRPr="00725484" w:rsidRDefault="00AB1AF6">
                  <w:pPr>
                    <w:spacing w:line="220" w:lineRule="auto"/>
                    <w:jc w:val="both"/>
                    <w:rPr>
                      <w:szCs w:val="18"/>
                    </w:rPr>
                  </w:pPr>
                  <w:r>
                    <w:rPr>
                      <w:rFonts w:ascii="Times New Roman" w:eastAsia="Times New Roman" w:hAnsi="Times New Roman"/>
                      <w:lang w:val="vi-VN"/>
                    </w:rPr>
                    <w:t>• Ngài đầy lòng thương xót.</w:t>
                  </w:r>
                </w:p>
              </w:tc>
              <w:tc>
                <w:tcPr>
                  <w:tcW w:w="1529" w:type="dxa"/>
                  <w:gridSpan w:val="4"/>
                  <w:tcMar>
                    <w:top w:w="0" w:type="dxa"/>
                    <w:left w:w="0" w:type="dxa"/>
                    <w:bottom w:w="0" w:type="dxa"/>
                    <w:right w:w="0" w:type="dxa"/>
                  </w:tcMar>
                  <w:vAlign w:val="bottom"/>
                </w:tcPr>
                <w:p w14:paraId="41EB59A3" w14:textId="77777777" w:rsidR="00E34B5C" w:rsidRPr="00725484" w:rsidRDefault="00AB1AF6">
                  <w:pPr>
                    <w:spacing w:line="220" w:lineRule="auto"/>
                    <w:jc w:val="right"/>
                    <w:rPr>
                      <w:szCs w:val="18"/>
                    </w:rPr>
                  </w:pPr>
                  <w:r>
                    <w:rPr>
                      <w:rFonts w:ascii="Times New Roman" w:eastAsia="Times New Roman" w:hAnsi="Times New Roman"/>
                      <w:sz w:val="16"/>
                      <w:lang w:val="vi-VN"/>
                    </w:rPr>
                    <w:t>Rô 9:15‑16</w:t>
                  </w:r>
                </w:p>
              </w:tc>
            </w:tr>
            <w:tr w:rsidR="00E34B5C" w:rsidRPr="00725484" w14:paraId="22F6FC0B" w14:textId="77777777">
              <w:tc>
                <w:tcPr>
                  <w:tcW w:w="3264" w:type="dxa"/>
                  <w:gridSpan w:val="4"/>
                  <w:tcMar>
                    <w:top w:w="0" w:type="dxa"/>
                    <w:left w:w="0" w:type="dxa"/>
                    <w:bottom w:w="0" w:type="dxa"/>
                    <w:right w:w="0" w:type="dxa"/>
                  </w:tcMar>
                  <w:vAlign w:val="bottom"/>
                </w:tcPr>
                <w:p w14:paraId="6BA13FBC" w14:textId="77777777" w:rsidR="00E34B5C" w:rsidRPr="00725484" w:rsidRDefault="00AB1AF6">
                  <w:pPr>
                    <w:spacing w:line="220" w:lineRule="auto"/>
                    <w:jc w:val="both"/>
                    <w:rPr>
                      <w:szCs w:val="18"/>
                    </w:rPr>
                  </w:pPr>
                  <w:r>
                    <w:rPr>
                      <w:rFonts w:ascii="Times New Roman" w:eastAsia="Times New Roman" w:hAnsi="Times New Roman"/>
                      <w:lang w:val="vi-VN"/>
                    </w:rPr>
                    <w:t>• Ngài thành tín.</w:t>
                  </w:r>
                </w:p>
              </w:tc>
              <w:tc>
                <w:tcPr>
                  <w:tcW w:w="1464" w:type="dxa"/>
                  <w:gridSpan w:val="3"/>
                  <w:tcMar>
                    <w:top w:w="0" w:type="dxa"/>
                    <w:left w:w="0" w:type="dxa"/>
                    <w:bottom w:w="0" w:type="dxa"/>
                    <w:right w:w="0" w:type="dxa"/>
                  </w:tcMar>
                  <w:vAlign w:val="bottom"/>
                </w:tcPr>
                <w:p w14:paraId="24170A68" w14:textId="77777777" w:rsidR="00E34B5C" w:rsidRPr="00725484" w:rsidRDefault="00AB1AF6">
                  <w:pPr>
                    <w:spacing w:line="220" w:lineRule="auto"/>
                    <w:jc w:val="right"/>
                    <w:rPr>
                      <w:szCs w:val="18"/>
                    </w:rPr>
                  </w:pPr>
                  <w:r>
                    <w:rPr>
                      <w:rFonts w:ascii="Times New Roman" w:eastAsia="Times New Roman" w:hAnsi="Times New Roman"/>
                      <w:sz w:val="16"/>
                      <w:lang w:val="vi-VN"/>
                    </w:rPr>
                    <w:t>2 Tim 2:13</w:t>
                  </w:r>
                </w:p>
              </w:tc>
            </w:tr>
            <w:tr w:rsidR="00E34B5C" w:rsidRPr="00725484" w14:paraId="4EF79162" w14:textId="77777777">
              <w:tc>
                <w:tcPr>
                  <w:tcW w:w="3264" w:type="dxa"/>
                  <w:gridSpan w:val="4"/>
                  <w:tcMar>
                    <w:top w:w="0" w:type="dxa"/>
                    <w:left w:w="0" w:type="dxa"/>
                    <w:bottom w:w="0" w:type="dxa"/>
                    <w:right w:w="0" w:type="dxa"/>
                  </w:tcMar>
                  <w:vAlign w:val="bottom"/>
                </w:tcPr>
                <w:p w14:paraId="782FF7AD" w14:textId="77777777" w:rsidR="00E34B5C" w:rsidRPr="00725484" w:rsidRDefault="00AB1AF6">
                  <w:pPr>
                    <w:spacing w:line="220" w:lineRule="auto"/>
                    <w:jc w:val="both"/>
                    <w:rPr>
                      <w:szCs w:val="18"/>
                    </w:rPr>
                  </w:pPr>
                  <w:r>
                    <w:rPr>
                      <w:rFonts w:ascii="Times New Roman" w:eastAsia="Times New Roman" w:hAnsi="Times New Roman"/>
                      <w:lang w:val="vi-VN"/>
                    </w:rPr>
                    <w:t>• Ngài thánh khiết.</w:t>
                  </w:r>
                </w:p>
              </w:tc>
              <w:tc>
                <w:tcPr>
                  <w:tcW w:w="1464" w:type="dxa"/>
                  <w:gridSpan w:val="3"/>
                  <w:tcMar>
                    <w:top w:w="0" w:type="dxa"/>
                    <w:left w:w="0" w:type="dxa"/>
                    <w:bottom w:w="0" w:type="dxa"/>
                    <w:right w:w="0" w:type="dxa"/>
                  </w:tcMar>
                  <w:vAlign w:val="bottom"/>
                </w:tcPr>
                <w:p w14:paraId="633DA533" w14:textId="77777777" w:rsidR="00E34B5C" w:rsidRPr="00725484" w:rsidRDefault="00AB1AF6">
                  <w:pPr>
                    <w:spacing w:line="220" w:lineRule="auto"/>
                    <w:jc w:val="right"/>
                    <w:rPr>
                      <w:szCs w:val="18"/>
                    </w:rPr>
                  </w:pPr>
                  <w:r>
                    <w:rPr>
                      <w:rFonts w:ascii="Times New Roman" w:eastAsia="Times New Roman" w:hAnsi="Times New Roman"/>
                      <w:sz w:val="16"/>
                      <w:lang w:val="vi-VN"/>
                    </w:rPr>
                    <w:t>1 Phi 1:15–16</w:t>
                  </w:r>
                </w:p>
              </w:tc>
            </w:tr>
          </w:tbl>
          <w:p w14:paraId="0A91401C" w14:textId="77777777" w:rsidR="00E34B5C" w:rsidRPr="00725484" w:rsidRDefault="00E34B5C">
            <w:pPr>
              <w:spacing w:line="10" w:lineRule="exact"/>
              <w:rPr>
                <w:szCs w:val="18"/>
              </w:rPr>
            </w:pPr>
          </w:p>
          <w:p w14:paraId="01552E0B" w14:textId="77777777" w:rsidR="00E34B5C" w:rsidRPr="00725484" w:rsidRDefault="00E34B5C">
            <w:pPr>
              <w:spacing w:line="10" w:lineRule="exact"/>
              <w:rPr>
                <w:szCs w:val="18"/>
              </w:rPr>
            </w:pPr>
          </w:p>
          <w:p w14:paraId="3BD4147E" w14:textId="77777777" w:rsidR="00E34B5C" w:rsidRPr="00725484" w:rsidRDefault="00E34B5C">
            <w:pPr>
              <w:spacing w:line="10" w:lineRule="exact"/>
              <w:rPr>
                <w:szCs w:val="18"/>
              </w:rPr>
            </w:pPr>
          </w:p>
          <w:p w14:paraId="5222FDF7" w14:textId="77777777" w:rsidR="00E34B5C" w:rsidRPr="00725484" w:rsidRDefault="00E34B5C">
            <w:pPr>
              <w:spacing w:line="10" w:lineRule="exact"/>
              <w:rPr>
                <w:szCs w:val="18"/>
              </w:rPr>
            </w:pPr>
          </w:p>
          <w:p w14:paraId="2375CA05" w14:textId="77777777" w:rsidR="00E34B5C" w:rsidRPr="00725484" w:rsidRDefault="00E34B5C">
            <w:pPr>
              <w:spacing w:line="10" w:lineRule="exact"/>
              <w:rPr>
                <w:szCs w:val="18"/>
              </w:rPr>
            </w:pPr>
          </w:p>
          <w:p w14:paraId="78D3DAC2" w14:textId="77777777" w:rsidR="00E34B5C" w:rsidRPr="00725484" w:rsidRDefault="00E34B5C">
            <w:pPr>
              <w:spacing w:line="10" w:lineRule="exact"/>
              <w:rPr>
                <w:szCs w:val="18"/>
              </w:rPr>
            </w:pPr>
          </w:p>
          <w:p w14:paraId="727C4679" w14:textId="77777777" w:rsidR="00E34B5C" w:rsidRPr="00725484" w:rsidRDefault="00E34B5C">
            <w:pPr>
              <w:spacing w:line="10" w:lineRule="exact"/>
              <w:rPr>
                <w:szCs w:val="18"/>
              </w:rPr>
            </w:pPr>
          </w:p>
          <w:p w14:paraId="24A895DB" w14:textId="77777777" w:rsidR="00E34B5C" w:rsidRPr="00725484" w:rsidRDefault="00E34B5C">
            <w:pPr>
              <w:spacing w:line="10" w:lineRule="exact"/>
              <w:rPr>
                <w:szCs w:val="18"/>
              </w:rPr>
            </w:pPr>
          </w:p>
          <w:p w14:paraId="7289BCCF" w14:textId="77777777" w:rsidR="00E34B5C" w:rsidRPr="00725484" w:rsidRDefault="00E34B5C">
            <w:pPr>
              <w:spacing w:line="10" w:lineRule="exact"/>
              <w:rPr>
                <w:szCs w:val="18"/>
              </w:rPr>
            </w:pPr>
          </w:p>
          <w:tbl>
            <w:tblPr>
              <w:tblW w:w="4728" w:type="dxa"/>
              <w:tblLayout w:type="fixed"/>
              <w:tblLook w:val="04A0" w:firstRow="1" w:lastRow="0" w:firstColumn="1" w:lastColumn="0" w:noHBand="0" w:noVBand="1"/>
            </w:tblPr>
            <w:tblGrid>
              <w:gridCol w:w="4728"/>
            </w:tblGrid>
            <w:tr w:rsidR="00E34B5C" w:rsidRPr="00725484" w14:paraId="64D14DDA" w14:textId="77777777">
              <w:tc>
                <w:tcPr>
                  <w:tcW w:w="4728" w:type="dxa"/>
                  <w:tcBorders>
                    <w:top w:val="single" w:sz="3" w:space="0" w:color="A51C44"/>
                    <w:left w:val="single" w:sz="3" w:space="0" w:color="A51C44"/>
                    <w:bottom w:val="single" w:sz="3" w:space="0" w:color="A51C44"/>
                    <w:right w:val="single" w:sz="3" w:space="0" w:color="A51C44"/>
                  </w:tcBorders>
                  <w:shd w:val="clear" w:color="auto" w:fill="A51C44"/>
                  <w:tcMar>
                    <w:top w:w="45" w:type="dxa"/>
                    <w:left w:w="70" w:type="dxa"/>
                    <w:bottom w:w="45" w:type="dxa"/>
                    <w:right w:w="70" w:type="dxa"/>
                  </w:tcMar>
                </w:tcPr>
                <w:p w14:paraId="291D51A1" w14:textId="77777777" w:rsidR="00E34B5C" w:rsidRPr="00725484" w:rsidRDefault="00AB1AF6">
                  <w:pPr>
                    <w:keepNext/>
                    <w:spacing w:line="190" w:lineRule="exact"/>
                    <w:jc w:val="center"/>
                    <w:rPr>
                      <w:szCs w:val="18"/>
                    </w:rPr>
                  </w:pPr>
                  <w:r>
                    <w:rPr>
                      <w:rFonts w:ascii="Times New Roman" w:eastAsia="Times New Roman" w:hAnsi="Times New Roman"/>
                      <w:b/>
                      <w:color w:val="FFFFFF"/>
                      <w:lang w:val="vi-VN"/>
                    </w:rPr>
                    <w:t>Một Đức Chúa Trời Hằng Hữu</w:t>
                  </w:r>
                  <w:r>
                    <w:rPr>
                      <w:rFonts w:ascii="Times New Roman" w:eastAsia="Times New Roman" w:hAnsi="Times New Roman"/>
                      <w:b/>
                      <w:color w:val="FFFFFF"/>
                      <w:lang w:val="vi-VN"/>
                    </w:rPr>
                    <w:br/>
                    <w:t>Trong ba ngôi vị phân biệt:</w:t>
                  </w:r>
                  <w:r>
                    <w:rPr>
                      <w:rFonts w:ascii="Times New Roman" w:eastAsia="Times New Roman" w:hAnsi="Times New Roman"/>
                      <w:b/>
                      <w:color w:val="FFFFFF"/>
                      <w:lang w:val="vi-VN"/>
                    </w:rPr>
                    <w:br/>
                    <w:t>Cha, Con, Thánh Linh</w:t>
                  </w:r>
                </w:p>
              </w:tc>
            </w:tr>
          </w:tbl>
          <w:p w14:paraId="4CA47F28" w14:textId="77777777" w:rsidR="00E34B5C" w:rsidRPr="00725484" w:rsidRDefault="00E34B5C">
            <w:pPr>
              <w:spacing w:line="10" w:lineRule="exact"/>
              <w:rPr>
                <w:szCs w:val="18"/>
              </w:rPr>
            </w:pPr>
          </w:p>
          <w:p w14:paraId="5DAF0F00" w14:textId="77777777" w:rsidR="00E34B5C" w:rsidRPr="00725484" w:rsidRDefault="00AB1AF6">
            <w:pPr>
              <w:keepNext/>
              <w:spacing w:before="160"/>
              <w:rPr>
                <w:szCs w:val="18"/>
              </w:rPr>
            </w:pPr>
            <w:r>
              <w:rPr>
                <w:rFonts w:ascii="Times New Roman" w:eastAsia="Times New Roman" w:hAnsi="Times New Roman"/>
                <w:b/>
                <w:color w:val="235A78"/>
                <w:szCs w:val="18"/>
                <w:lang w:val="vi-VN"/>
              </w:rPr>
              <w:t>CHA: Lập Kế Hoạch</w:t>
            </w:r>
          </w:p>
          <w:p w14:paraId="1FDF5B4D" w14:textId="77777777" w:rsidR="00E34B5C" w:rsidRPr="00725484" w:rsidRDefault="00AB1AF6">
            <w:pPr>
              <w:spacing w:after="60"/>
              <w:jc w:val="both"/>
              <w:rPr>
                <w:szCs w:val="18"/>
              </w:rPr>
            </w:pPr>
            <w:r>
              <w:rPr>
                <w:rFonts w:ascii="Times New Roman" w:eastAsia="Times New Roman" w:hAnsi="Times New Roman"/>
                <w:szCs w:val="18"/>
                <w:lang w:val="vi-VN"/>
              </w:rPr>
              <w:t>• Ý Ngài là cứu chuộc nhân loại, đưa họ đến với Ngài và mở rộng Vương quốc Ngài.</w:t>
            </w:r>
          </w:p>
          <w:p w14:paraId="56BE6CD1" w14:textId="77777777" w:rsidR="00E34B5C" w:rsidRPr="00725484" w:rsidRDefault="00AB1AF6">
            <w:pPr>
              <w:keepNext/>
              <w:rPr>
                <w:szCs w:val="18"/>
              </w:rPr>
            </w:pPr>
            <w:r>
              <w:rPr>
                <w:rFonts w:ascii="Times New Roman" w:eastAsia="Times New Roman" w:hAnsi="Times New Roman"/>
                <w:b/>
                <w:color w:val="235A78"/>
                <w:szCs w:val="18"/>
                <w:lang w:val="vi-VN"/>
              </w:rPr>
              <w:t>CON (GIÊ-SU): Thực Hiện Kế Hoạch</w:t>
            </w:r>
          </w:p>
          <w:p w14:paraId="62617194" w14:textId="77777777" w:rsidR="00E34B5C" w:rsidRPr="00725484" w:rsidRDefault="00AB1AF6">
            <w:pPr>
              <w:spacing w:after="60"/>
              <w:jc w:val="both"/>
              <w:rPr>
                <w:szCs w:val="18"/>
              </w:rPr>
            </w:pPr>
            <w:r>
              <w:rPr>
                <w:rFonts w:ascii="Times New Roman" w:eastAsia="Times New Roman" w:hAnsi="Times New Roman"/>
                <w:szCs w:val="18"/>
                <w:lang w:val="vi-VN"/>
              </w:rPr>
              <w:t>• Sự hy sinh của Giê-su trên thập tự giá mở đường cho nhân loại được cứu khỏi tội lỗi, sống có mục đích và thực hiện ý Ngài.</w:t>
            </w:r>
          </w:p>
          <w:p w14:paraId="4F4F2AEF" w14:textId="77777777" w:rsidR="00E34B5C" w:rsidRPr="00725484" w:rsidRDefault="00AB1AF6">
            <w:pPr>
              <w:keepNext/>
              <w:rPr>
                <w:szCs w:val="18"/>
              </w:rPr>
            </w:pPr>
            <w:r>
              <w:rPr>
                <w:rFonts w:ascii="Times New Roman" w:eastAsia="Times New Roman" w:hAnsi="Times New Roman"/>
                <w:b/>
                <w:color w:val="235A78"/>
                <w:szCs w:val="18"/>
                <w:lang w:val="vi-VN"/>
              </w:rPr>
              <w:t>THÁNH LINH: Đưa Kế Hoạch Vào Hành Động</w:t>
            </w:r>
          </w:p>
          <w:p w14:paraId="2B2EE971" w14:textId="77777777" w:rsidR="00E34B5C" w:rsidRPr="00725484" w:rsidRDefault="00AB1AF6">
            <w:pPr>
              <w:spacing w:after="60"/>
              <w:jc w:val="both"/>
              <w:rPr>
                <w:szCs w:val="18"/>
              </w:rPr>
            </w:pPr>
            <w:r>
              <w:rPr>
                <w:rFonts w:ascii="Times New Roman" w:eastAsia="Times New Roman" w:hAnsi="Times New Roman"/>
                <w:szCs w:val="18"/>
                <w:lang w:val="vi-VN"/>
              </w:rPr>
              <w:t>• Đức Thánh Linh đưa ta đến với Giê-su, ban năng lực, dẫn dắt và giúp ta sống có mục đích.</w:t>
            </w:r>
          </w:p>
          <w:p w14:paraId="41BE6CFE" w14:textId="77777777" w:rsidR="00E34B5C" w:rsidRPr="00725484" w:rsidRDefault="00E34B5C">
            <w:pPr>
              <w:spacing w:line="10" w:lineRule="exact"/>
              <w:rPr>
                <w:szCs w:val="18"/>
              </w:rPr>
            </w:pPr>
          </w:p>
          <w:p w14:paraId="4168170D" w14:textId="77777777" w:rsidR="00E34B5C" w:rsidRPr="00725484" w:rsidRDefault="00E34B5C">
            <w:pPr>
              <w:spacing w:line="10" w:lineRule="exact"/>
              <w:rPr>
                <w:szCs w:val="18"/>
              </w:rPr>
            </w:pPr>
          </w:p>
          <w:p w14:paraId="51493233" w14:textId="77777777" w:rsidR="008F2987" w:rsidRDefault="008F2987">
            <w:pPr>
              <w:spacing w:line="10" w:lineRule="exact"/>
              <w:rPr>
                <w:szCs w:val="18"/>
              </w:rPr>
            </w:pPr>
          </w:p>
          <w:p w14:paraId="0017BEA0" w14:textId="77777777" w:rsidR="008F2987" w:rsidRDefault="00CD78B1">
            <w:pPr>
              <w:keepNext/>
              <w:tabs>
                <w:tab w:val="right" w:pos="4219"/>
              </w:tabs>
              <w:spacing w:before="60" w:after="60" w:line="190" w:lineRule="exact"/>
              <w:jc w:val="center"/>
            </w:pPr>
            <w:r>
              <w:rPr>
                <w:rFonts w:ascii="Times New Roman" w:eastAsia="Times New Roman" w:hAnsi="Times New Roman"/>
                <w:b/>
                <w:lang w:val="vi-VN"/>
              </w:rPr>
              <w:t>ĐỨC THÁNH LINH BAN NĂNG LỰC</w:t>
            </w:r>
          </w:p>
          <w:p w14:paraId="29F8A96A" w14:textId="77777777" w:rsidR="008F2987" w:rsidRDefault="00CD78B1">
            <w:pPr>
              <w:keepNext/>
              <w:tabs>
                <w:tab w:val="right" w:pos="4728"/>
              </w:tabs>
              <w:spacing w:after="100" w:line="190" w:lineRule="exact"/>
              <w:ind w:right="100"/>
              <w:jc w:val="both"/>
            </w:pPr>
            <w:r>
              <w:rPr>
                <w:rFonts w:ascii="Times New Roman" w:eastAsia="Times New Roman" w:hAnsi="Times New Roman"/>
                <w:lang w:val="vi-VN"/>
              </w:rPr>
              <w:t>“vì ngoài Ta, các con không thể làm gì.”</w:t>
            </w:r>
            <w:r>
              <w:rPr>
                <w:rFonts w:ascii="Times New Roman" w:eastAsia="Times New Roman" w:hAnsi="Times New Roman"/>
                <w:sz w:val="16"/>
                <w:lang w:val="vi-VN"/>
              </w:rPr>
              <w:tab/>
              <w:t>Gi 15:5</w:t>
            </w:r>
          </w:p>
          <w:p w14:paraId="4387FE35" w14:textId="77777777" w:rsidR="008F2987" w:rsidRDefault="00CD78B1">
            <w:pPr>
              <w:keepNext/>
              <w:tabs>
                <w:tab w:val="right" w:pos="4728"/>
              </w:tabs>
              <w:spacing w:after="60" w:line="190" w:lineRule="exact"/>
              <w:ind w:right="100"/>
              <w:jc w:val="both"/>
            </w:pPr>
            <w:r>
              <w:rPr>
                <w:rFonts w:ascii="Times New Roman" w:eastAsia="Times New Roman" w:hAnsi="Times New Roman"/>
                <w:lang w:val="vi-VN"/>
              </w:rPr>
              <w:t>“Nhưng các con sẽ nhận được quyền năng khi Đức Thánh Linh đến trên các con”</w:t>
            </w:r>
            <w:r>
              <w:rPr>
                <w:rFonts w:ascii="Times New Roman" w:eastAsia="Times New Roman" w:hAnsi="Times New Roman"/>
                <w:sz w:val="16"/>
                <w:lang w:val="vi-VN"/>
              </w:rPr>
              <w:tab/>
              <w:t>Cv 1:8</w:t>
            </w:r>
          </w:p>
          <w:tbl>
            <w:tblPr>
              <w:tblW w:w="4720" w:type="dxa"/>
              <w:tblBorders>
                <w:top w:val="single" w:sz="4" w:space="0" w:color="A51C44"/>
                <w:left w:val="single" w:sz="4" w:space="0" w:color="A51C44"/>
                <w:bottom w:val="single" w:sz="4" w:space="0" w:color="A51C44"/>
                <w:right w:val="single" w:sz="4" w:space="0" w:color="A51C44"/>
              </w:tblBorders>
              <w:tblCellMar>
                <w:top w:w="50" w:type="dxa"/>
                <w:left w:w="50" w:type="dxa"/>
                <w:bottom w:w="10" w:type="dxa"/>
                <w:right w:w="50" w:type="dxa"/>
              </w:tblCellMar>
              <w:tblLook w:val="04A0" w:firstRow="1" w:lastRow="0" w:firstColumn="1" w:lastColumn="0" w:noHBand="0" w:noVBand="1"/>
            </w:tblPr>
            <w:tblGrid>
              <w:gridCol w:w="4720"/>
            </w:tblGrid>
            <w:tr w:rsidR="008F2987" w14:paraId="31619A4F" w14:textId="77777777">
              <w:tc>
                <w:tcPr>
                  <w:tcW w:w="4720" w:type="dxa"/>
                  <w:shd w:val="clear" w:color="auto" w:fill="F6E1E7"/>
                  <w:tcMar>
                    <w:bottom w:w="15" w:type="dxa"/>
                  </w:tcMar>
                </w:tcPr>
                <w:p w14:paraId="53300F4B" w14:textId="77777777" w:rsidR="008F2987" w:rsidRDefault="00CD78B1">
                  <w:pPr>
                    <w:tabs>
                      <w:tab w:val="left" w:pos="140"/>
                      <w:tab w:val="right" w:pos="4620"/>
                    </w:tabs>
                    <w:spacing w:after="100" w:line="190" w:lineRule="exact"/>
                    <w:ind w:left="140" w:hanging="140"/>
                    <w:jc w:val="both"/>
                  </w:pPr>
                  <w:r>
                    <w:rPr>
                      <w:rFonts w:ascii="Times New Roman" w:eastAsia="Times New Roman" w:hAnsi="Times New Roman"/>
                      <w:b/>
                      <w:lang w:val="vi-VN"/>
                    </w:rPr>
                    <w:t>• Quyền năng cứu rỗi:</w:t>
                  </w:r>
                  <w:r>
                    <w:rPr>
                      <w:rFonts w:ascii="Times New Roman" w:eastAsia="Times New Roman" w:hAnsi="Times New Roman"/>
                      <w:lang w:val="vi-VN"/>
                    </w:rPr>
                    <w:t xml:space="preserve"> Đức Thánh Linh ban sự sống mới và ngự trong ta.</w:t>
                  </w:r>
                  <w:r>
                    <w:rPr>
                      <w:rFonts w:ascii="Times New Roman" w:eastAsia="Times New Roman" w:hAnsi="Times New Roman"/>
                      <w:sz w:val="16"/>
                      <w:lang w:val="vi-VN"/>
                    </w:rPr>
                    <w:tab/>
                    <w:t>Tít 3:5; Rô 8:9</w:t>
                  </w:r>
                </w:p>
                <w:p w14:paraId="75C79A7E" w14:textId="77777777" w:rsidR="008F2987" w:rsidRDefault="00CD78B1">
                  <w:pPr>
                    <w:tabs>
                      <w:tab w:val="left" w:pos="140"/>
                      <w:tab w:val="right" w:pos="4620"/>
                    </w:tabs>
                    <w:spacing w:after="100" w:line="190" w:lineRule="exact"/>
                    <w:ind w:left="140" w:hanging="140"/>
                    <w:jc w:val="both"/>
                  </w:pPr>
                  <w:r>
                    <w:rPr>
                      <w:rFonts w:ascii="Times New Roman" w:eastAsia="Times New Roman" w:hAnsi="Times New Roman"/>
                      <w:b/>
                      <w:lang w:val="vi-VN"/>
                    </w:rPr>
                    <w:t>• Quyền năng sống mỗi ngày:</w:t>
                  </w:r>
                  <w:r>
                    <w:rPr>
                      <w:rFonts w:ascii="Times New Roman" w:eastAsia="Times New Roman" w:hAnsi="Times New Roman"/>
                      <w:lang w:val="vi-VN"/>
                    </w:rPr>
                    <w:t xml:space="preserve"> Ta nương cậy sự dẫn dắt và sự đầy dẫy liên tục của Ngài.</w:t>
                  </w:r>
                  <w:r>
                    <w:rPr>
                      <w:rFonts w:ascii="Times New Roman" w:eastAsia="Times New Roman" w:hAnsi="Times New Roman"/>
                      <w:sz w:val="16"/>
                      <w:lang w:val="vi-VN"/>
                    </w:rPr>
                    <w:tab/>
                    <w:t>Gal 5:16; Êph 5:18</w:t>
                  </w:r>
                </w:p>
                <w:p w14:paraId="057EC358" w14:textId="77777777" w:rsidR="008F2987" w:rsidRDefault="00CD78B1">
                  <w:pPr>
                    <w:tabs>
                      <w:tab w:val="left" w:pos="140"/>
                      <w:tab w:val="right" w:pos="4620"/>
                    </w:tabs>
                    <w:spacing w:after="100" w:line="190" w:lineRule="exact"/>
                    <w:ind w:left="140" w:hanging="140"/>
                    <w:jc w:val="both"/>
                  </w:pPr>
                  <w:r>
                    <w:rPr>
                      <w:rFonts w:ascii="Times New Roman" w:eastAsia="Times New Roman" w:hAnsi="Times New Roman"/>
                      <w:b/>
                      <w:lang w:val="vi-VN"/>
                    </w:rPr>
                    <w:t>• Quyền năng phục vụ:</w:t>
                  </w:r>
                  <w:r>
                    <w:rPr>
                      <w:rFonts w:ascii="Times New Roman" w:eastAsia="Times New Roman" w:hAnsi="Times New Roman"/>
                      <w:lang w:val="vi-VN"/>
                    </w:rPr>
                    <w:t xml:space="preserve"> Ta xin quyền năng Ngài để phục vụ và mạnh dạn rao giảng Giê-su.</w:t>
                  </w:r>
                  <w:r>
                    <w:rPr>
                      <w:rFonts w:ascii="Times New Roman" w:eastAsia="Times New Roman" w:hAnsi="Times New Roman"/>
                      <w:sz w:val="16"/>
                      <w:lang w:val="vi-VN"/>
                    </w:rPr>
                    <w:tab/>
                    <w:t>Cv 1:8; 4:31</w:t>
                  </w:r>
                </w:p>
                <w:p w14:paraId="6B18CC46" w14:textId="77777777" w:rsidR="008F2987" w:rsidRDefault="00CD78B1">
                  <w:pPr>
                    <w:tabs>
                      <w:tab w:val="left" w:pos="140"/>
                      <w:tab w:val="right" w:pos="4620"/>
                    </w:tabs>
                    <w:spacing w:line="190" w:lineRule="exact"/>
                    <w:ind w:left="140" w:hanging="140"/>
                    <w:jc w:val="both"/>
                  </w:pPr>
                  <w:r>
                    <w:rPr>
                      <w:rFonts w:ascii="Times New Roman" w:eastAsia="Times New Roman" w:hAnsi="Times New Roman"/>
                      <w:b/>
                      <w:lang w:val="vi-VN"/>
                    </w:rPr>
                    <w:t>• Quyền năng cho người khác:</w:t>
                  </w:r>
                  <w:r>
                    <w:rPr>
                      <w:rFonts w:ascii="Times New Roman" w:eastAsia="Times New Roman" w:hAnsi="Times New Roman"/>
                      <w:lang w:val="vi-VN"/>
                    </w:rPr>
                    <w:t xml:space="preserve"> Thánh Linh cáo trách lòng người và kéo họ đến với Ngài. Ta vâng lời; Ngài khiến việc ấy xảy ra.</w:t>
                  </w:r>
                  <w:r>
                    <w:rPr>
                      <w:rFonts w:ascii="Times New Roman" w:eastAsia="Times New Roman" w:hAnsi="Times New Roman"/>
                      <w:sz w:val="16"/>
                      <w:lang w:val="vi-VN"/>
                    </w:rPr>
                    <w:tab/>
                    <w:t>Gi 16:8, 14; 1 Cô 3:6–7</w:t>
                  </w:r>
                </w:p>
              </w:tc>
            </w:tr>
          </w:tbl>
          <w:p w14:paraId="08698C5D" w14:textId="77777777" w:rsidR="008F2987" w:rsidRDefault="008F2987">
            <w:pPr>
              <w:spacing w:line="10" w:lineRule="exact"/>
              <w:rPr>
                <w:szCs w:val="18"/>
              </w:rPr>
            </w:pPr>
          </w:p>
        </w:tc>
        <w:tc>
          <w:tcPr>
            <w:tcW w:w="5088" w:type="dxa"/>
            <w:tcMar>
              <w:left w:w="140" w:type="dxa"/>
              <w:right w:w="140" w:type="dxa"/>
            </w:tcMar>
          </w:tcPr>
          <w:p w14:paraId="543A8016" w14:textId="77777777" w:rsidR="00E34B5C" w:rsidRPr="00725484" w:rsidRDefault="00AB1AF6">
            <w:pPr>
              <w:keepNext/>
              <w:tabs>
                <w:tab w:val="center" w:pos="2404"/>
              </w:tabs>
              <w:spacing w:before="100" w:after="60"/>
              <w:rPr>
                <w:szCs w:val="18"/>
              </w:rPr>
            </w:pPr>
            <w:r>
              <w:rPr>
                <w:rFonts w:ascii="Times New Roman" w:eastAsia="Times New Roman" w:hAnsi="Times New Roman"/>
                <w:b/>
                <w:szCs w:val="18"/>
                <w:lang w:val="vi-VN"/>
              </w:rPr>
              <w:t>4</w:t>
            </w:r>
            <w:r>
              <w:rPr>
                <w:rFonts w:ascii="Times New Roman" w:eastAsia="Times New Roman" w:hAnsi="Times New Roman"/>
                <w:b/>
                <w:szCs w:val="18"/>
                <w:lang w:val="vi-VN"/>
              </w:rPr>
              <w:tab/>
              <w:t>TÔI LÀ AI?</w:t>
            </w:r>
          </w:p>
          <w:p w14:paraId="63509D96" w14:textId="77777777" w:rsidR="008F2987" w:rsidRDefault="00CD78B1">
            <w:pPr>
              <w:spacing w:after="40" w:line="220" w:lineRule="exact"/>
              <w:jc w:val="both"/>
            </w:pPr>
            <w:r>
              <w:rPr>
                <w:rFonts w:ascii="Times New Roman" w:eastAsia="Times New Roman" w:hAnsi="Times New Roman"/>
                <w:lang w:val="vi-VN"/>
              </w:rPr>
              <w:t xml:space="preserve">Đức Chúa Trời tạo dựng con người theo hình ảnh Ngài để biết Ngài và sống trong mối thông công với Ngài. Ngài cho ta khả năng tương giao với Ngài, lựa chọn điều đúng sai và vận dụng ý chí. Nhưng ta chọn đường riêng. Tội lỗi ngăn cách ta với Đức Chúa Trời thánh khiết và đặt ta dưới sự phán xét đời đời. Vì tình yêu lớn lao, Ngài sai Con Ngài là Giê-su chết thay ta và trả giá cho tội lỗi ta. Khi tin cậy Giê-su, ta nhận sự sống mới và mối quan hệ đời đời với Đức Chúa Trời. Ta bắt đầu đời sống trong Christ nhưng </w:t>
            </w:r>
            <w:r>
              <w:rPr>
                <w:rFonts w:ascii="Times New Roman" w:eastAsia="Times New Roman" w:hAnsi="Times New Roman"/>
                <w:lang w:val="vi-VN"/>
              </w:rPr>
              <w:t>vẫn tranh chiến với tội lỗi mà tự mình không thể thắng. Suốt đời, ta phải nương cậy Đức Thánh Linh dẫn dắt và ban năng lực để vượt qua lối sống tự nhiên, tiến tới Con Người Mới, đang được đổi mới theo hình ảnh Đức Chúa Trời và ngày càng giống Đấng Christ.</w:t>
            </w:r>
          </w:p>
          <w:tbl>
            <w:tblPr>
              <w:tblW w:w="4808" w:type="dxa"/>
              <w:tblBorders>
                <w:top w:val="single" w:sz="4" w:space="0" w:color="A51C44"/>
                <w:left w:val="single" w:sz="4" w:space="0" w:color="A51C44"/>
                <w:bottom w:val="single" w:sz="4" w:space="0" w:color="A51C44"/>
                <w:right w:val="single" w:sz="4" w:space="0" w:color="A51C44"/>
              </w:tblBorders>
              <w:tblLayout w:type="fixed"/>
              <w:tblCellMar>
                <w:top w:w="50" w:type="dxa"/>
                <w:left w:w="50" w:type="dxa"/>
                <w:bottom w:w="10" w:type="dxa"/>
                <w:right w:w="50" w:type="dxa"/>
              </w:tblCellMar>
              <w:tblLook w:val="04A0" w:firstRow="1" w:lastRow="0" w:firstColumn="1" w:lastColumn="0" w:noHBand="0" w:noVBand="1"/>
            </w:tblPr>
            <w:tblGrid>
              <w:gridCol w:w="4808"/>
            </w:tblGrid>
            <w:tr w:rsidR="008F2987" w14:paraId="08136A76" w14:textId="77777777">
              <w:tc>
                <w:tcPr>
                  <w:tcW w:w="4808" w:type="dxa"/>
                  <w:tcMar>
                    <w:left w:w="70" w:type="dxa"/>
                    <w:bottom w:w="15" w:type="dxa"/>
                    <w:right w:w="70" w:type="dxa"/>
                  </w:tcMar>
                </w:tcPr>
                <w:p w14:paraId="26BA7C47" w14:textId="77777777" w:rsidR="008F2987" w:rsidRDefault="00CD78B1">
                  <w:pPr>
                    <w:tabs>
                      <w:tab w:val="right" w:pos="4560"/>
                    </w:tabs>
                    <w:spacing w:line="190" w:lineRule="exact"/>
                    <w:jc w:val="both"/>
                  </w:pPr>
                  <w:r>
                    <w:rPr>
                      <w:rFonts w:ascii="Times New Roman" w:eastAsia="Times New Roman" w:hAnsi="Times New Roman" w:cs="Comic Sans MS"/>
                      <w:lang w:val="vi-VN"/>
                    </w:rPr>
                    <w:t>“và đã mặc lấy con người mới, đang được đổi mới trong sự hiểu biết theo hình ảnh Đấng tạo dựng mình.”</w:t>
                  </w:r>
                </w:p>
                <w:p w14:paraId="5B3E8223" w14:textId="77777777" w:rsidR="008F2987" w:rsidRDefault="00CD78B1">
                  <w:pPr>
                    <w:spacing w:line="190" w:lineRule="exact"/>
                    <w:jc w:val="right"/>
                  </w:pPr>
                  <w:r>
                    <w:rPr>
                      <w:rFonts w:ascii="Times New Roman" w:eastAsia="Times New Roman" w:hAnsi="Times New Roman"/>
                      <w:sz w:val="16"/>
                      <w:lang w:val="vi-VN"/>
                    </w:rPr>
                    <w:t>Cô 3:10</w:t>
                  </w:r>
                </w:p>
              </w:tc>
            </w:tr>
          </w:tbl>
          <w:p w14:paraId="6BE7DA00" w14:textId="77777777" w:rsidR="00E34B5C" w:rsidRPr="00725484" w:rsidRDefault="00AB1AF6">
            <w:pPr>
              <w:keepNext/>
              <w:tabs>
                <w:tab w:val="center" w:pos="2404"/>
              </w:tabs>
              <w:spacing w:before="160" w:after="60"/>
              <w:rPr>
                <w:szCs w:val="18"/>
              </w:rPr>
            </w:pPr>
            <w:r>
              <w:rPr>
                <w:rFonts w:ascii="Times New Roman" w:eastAsia="Times New Roman" w:hAnsi="Times New Roman"/>
                <w:b/>
                <w:szCs w:val="18"/>
                <w:lang w:val="vi-VN"/>
              </w:rPr>
              <w:t>5</w:t>
            </w:r>
            <w:r>
              <w:rPr>
                <w:rFonts w:ascii="Times New Roman" w:eastAsia="Times New Roman" w:hAnsi="Times New Roman"/>
                <w:b/>
                <w:szCs w:val="18"/>
                <w:lang w:val="vi-VN"/>
              </w:rPr>
              <w:tab/>
              <w:t>ĐỨC CHÚA TRỜI MONG GÌ Ở TÔI?</w:t>
            </w:r>
          </w:p>
          <w:p w14:paraId="38A3277D" w14:textId="77777777" w:rsidR="00E34B5C" w:rsidRPr="00725484" w:rsidRDefault="00AB1AF6">
            <w:pPr>
              <w:keepNext/>
              <w:spacing w:after="20"/>
              <w:rPr>
                <w:szCs w:val="18"/>
              </w:rPr>
            </w:pPr>
            <w:r>
              <w:rPr>
                <w:rFonts w:ascii="Times New Roman" w:eastAsia="Times New Roman" w:hAnsi="Times New Roman"/>
                <w:b/>
                <w:szCs w:val="18"/>
                <w:lang w:val="vi-VN"/>
              </w:rPr>
              <w:t>Tin Cậy/Nương Dựa/Ưu Tiên/Vâng Lời</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22"/>
              <w:gridCol w:w="1266"/>
            </w:tblGrid>
            <w:tr w:rsidR="00E34B5C" w:rsidRPr="00725484" w14:paraId="69D1099E" w14:textId="77777777">
              <w:tc>
                <w:tcPr>
                  <w:tcW w:w="3422" w:type="dxa"/>
                  <w:tcMar>
                    <w:top w:w="0" w:type="dxa"/>
                    <w:left w:w="0" w:type="dxa"/>
                    <w:bottom w:w="0" w:type="dxa"/>
                    <w:right w:w="0" w:type="dxa"/>
                  </w:tcMar>
                  <w:vAlign w:val="bottom"/>
                </w:tcPr>
                <w:p w14:paraId="662EB90E" w14:textId="77777777" w:rsidR="00E34B5C" w:rsidRPr="00725484" w:rsidRDefault="00AB1AF6">
                  <w:pPr>
                    <w:jc w:val="both"/>
                    <w:rPr>
                      <w:szCs w:val="18"/>
                    </w:rPr>
                  </w:pPr>
                  <w:r>
                    <w:rPr>
                      <w:rFonts w:ascii="Times New Roman" w:eastAsia="Times New Roman" w:hAnsi="Times New Roman"/>
                      <w:lang w:val="vi-VN"/>
                    </w:rPr>
                    <w:t>• Hết lòng tin cậy Chúa.</w:t>
                  </w:r>
                </w:p>
              </w:tc>
              <w:tc>
                <w:tcPr>
                  <w:tcW w:w="1266" w:type="dxa"/>
                  <w:tcMar>
                    <w:top w:w="0" w:type="dxa"/>
                    <w:left w:w="0" w:type="dxa"/>
                    <w:bottom w:w="0" w:type="dxa"/>
                    <w:right w:w="0" w:type="dxa"/>
                  </w:tcMar>
                  <w:vAlign w:val="bottom"/>
                </w:tcPr>
                <w:p w14:paraId="297E3557" w14:textId="77777777" w:rsidR="00E34B5C" w:rsidRPr="00725484" w:rsidRDefault="00AB1AF6">
                  <w:pPr>
                    <w:jc w:val="right"/>
                    <w:rPr>
                      <w:szCs w:val="18"/>
                    </w:rPr>
                  </w:pPr>
                  <w:r>
                    <w:rPr>
                      <w:rFonts w:ascii="Times New Roman" w:eastAsia="Times New Roman" w:hAnsi="Times New Roman"/>
                      <w:sz w:val="16"/>
                      <w:lang w:val="vi-VN"/>
                    </w:rPr>
                    <w:t>Châm 3:5‑6</w:t>
                  </w:r>
                </w:p>
              </w:tc>
            </w:tr>
          </w:tbl>
          <w:p w14:paraId="136AE963"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75"/>
              <w:gridCol w:w="1213"/>
            </w:tblGrid>
            <w:tr w:rsidR="00E34B5C" w:rsidRPr="00725484" w14:paraId="5C0FBFAB" w14:textId="77777777">
              <w:tc>
                <w:tcPr>
                  <w:tcW w:w="3475" w:type="dxa"/>
                  <w:tcMar>
                    <w:top w:w="0" w:type="dxa"/>
                    <w:left w:w="0" w:type="dxa"/>
                    <w:bottom w:w="0" w:type="dxa"/>
                    <w:right w:w="0" w:type="dxa"/>
                  </w:tcMar>
                  <w:vAlign w:val="bottom"/>
                </w:tcPr>
                <w:p w14:paraId="07883F87" w14:textId="77777777" w:rsidR="00E34B5C" w:rsidRPr="00725484" w:rsidRDefault="00AB1AF6">
                  <w:pPr>
                    <w:jc w:val="both"/>
                    <w:rPr>
                      <w:szCs w:val="18"/>
                    </w:rPr>
                  </w:pPr>
                  <w:r>
                    <w:rPr>
                      <w:rFonts w:ascii="Times New Roman" w:eastAsia="Times New Roman" w:hAnsi="Times New Roman"/>
                      <w:lang w:val="vi-VN"/>
                    </w:rPr>
                    <w:t>• Đặt Giê-su trước hết.</w:t>
                  </w:r>
                </w:p>
              </w:tc>
              <w:tc>
                <w:tcPr>
                  <w:tcW w:w="1213" w:type="dxa"/>
                  <w:tcMar>
                    <w:top w:w="0" w:type="dxa"/>
                    <w:left w:w="0" w:type="dxa"/>
                    <w:bottom w:w="0" w:type="dxa"/>
                    <w:right w:w="0" w:type="dxa"/>
                  </w:tcMar>
                  <w:vAlign w:val="bottom"/>
                </w:tcPr>
                <w:p w14:paraId="10F9D93D" w14:textId="77777777" w:rsidR="00E34B5C" w:rsidRPr="00725484" w:rsidRDefault="00AB1AF6">
                  <w:pPr>
                    <w:jc w:val="right"/>
                    <w:rPr>
                      <w:szCs w:val="18"/>
                    </w:rPr>
                  </w:pPr>
                  <w:r>
                    <w:rPr>
                      <w:rFonts w:ascii="Times New Roman" w:eastAsia="Times New Roman" w:hAnsi="Times New Roman"/>
                      <w:sz w:val="16"/>
                      <w:lang w:val="vi-VN"/>
                    </w:rPr>
                    <w:t>Mat 6:33</w:t>
                  </w:r>
                </w:p>
              </w:tc>
            </w:tr>
          </w:tbl>
          <w:p w14:paraId="6338DA09"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24"/>
              <w:gridCol w:w="1364"/>
            </w:tblGrid>
            <w:tr w:rsidR="00E34B5C" w:rsidRPr="00725484" w14:paraId="590B847F" w14:textId="77777777">
              <w:tc>
                <w:tcPr>
                  <w:tcW w:w="3324" w:type="dxa"/>
                  <w:tcMar>
                    <w:top w:w="0" w:type="dxa"/>
                    <w:left w:w="0" w:type="dxa"/>
                    <w:bottom w:w="0" w:type="dxa"/>
                    <w:right w:w="0" w:type="dxa"/>
                  </w:tcMar>
                  <w:vAlign w:val="bottom"/>
                </w:tcPr>
                <w:p w14:paraId="17118016" w14:textId="77777777" w:rsidR="00E34B5C" w:rsidRPr="00725484" w:rsidRDefault="00AB1AF6">
                  <w:pPr>
                    <w:jc w:val="both"/>
                    <w:rPr>
                      <w:szCs w:val="18"/>
                    </w:rPr>
                  </w:pPr>
                  <w:r>
                    <w:rPr>
                      <w:rFonts w:ascii="Times New Roman" w:eastAsia="Times New Roman" w:hAnsi="Times New Roman"/>
                      <w:lang w:val="vi-VN"/>
                    </w:rPr>
                    <w:t>• Nương cậy sức mạnh Ngài.</w:t>
                  </w:r>
                </w:p>
              </w:tc>
              <w:tc>
                <w:tcPr>
                  <w:tcW w:w="1364" w:type="dxa"/>
                  <w:tcMar>
                    <w:top w:w="0" w:type="dxa"/>
                    <w:left w:w="0" w:type="dxa"/>
                    <w:bottom w:w="0" w:type="dxa"/>
                    <w:right w:w="0" w:type="dxa"/>
                  </w:tcMar>
                  <w:vAlign w:val="bottom"/>
                </w:tcPr>
                <w:p w14:paraId="156B864A" w14:textId="77777777" w:rsidR="00E34B5C" w:rsidRPr="00725484" w:rsidRDefault="00AB1AF6">
                  <w:pPr>
                    <w:jc w:val="right"/>
                    <w:rPr>
                      <w:szCs w:val="18"/>
                    </w:rPr>
                  </w:pPr>
                  <w:r>
                    <w:rPr>
                      <w:rFonts w:ascii="Times New Roman" w:eastAsia="Times New Roman" w:hAnsi="Times New Roman"/>
                      <w:sz w:val="16"/>
                      <w:lang w:val="vi-VN"/>
                    </w:rPr>
                    <w:t>Phil 4:13</w:t>
                  </w:r>
                </w:p>
              </w:tc>
            </w:tr>
          </w:tbl>
          <w:p w14:paraId="29E6DE25"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62"/>
              <w:gridCol w:w="1026"/>
            </w:tblGrid>
            <w:tr w:rsidR="00E34B5C" w:rsidRPr="00725484" w14:paraId="7B66DF95" w14:textId="77777777">
              <w:tc>
                <w:tcPr>
                  <w:tcW w:w="3662" w:type="dxa"/>
                  <w:tcMar>
                    <w:top w:w="0" w:type="dxa"/>
                    <w:left w:w="0" w:type="dxa"/>
                    <w:bottom w:w="0" w:type="dxa"/>
                    <w:right w:w="0" w:type="dxa"/>
                  </w:tcMar>
                  <w:vAlign w:val="bottom"/>
                </w:tcPr>
                <w:p w14:paraId="18E4FB66" w14:textId="77777777" w:rsidR="00E34B5C" w:rsidRPr="00725484" w:rsidRDefault="00AB1AF6">
                  <w:pPr>
                    <w:jc w:val="both"/>
                    <w:rPr>
                      <w:szCs w:val="18"/>
                    </w:rPr>
                  </w:pPr>
                  <w:r>
                    <w:rPr>
                      <w:rFonts w:ascii="Times New Roman" w:eastAsia="Times New Roman" w:hAnsi="Times New Roman"/>
                      <w:lang w:val="vi-VN"/>
                    </w:rPr>
                    <w:t>• Từ bỏ ham muốn tội lỗi.</w:t>
                  </w:r>
                </w:p>
              </w:tc>
              <w:tc>
                <w:tcPr>
                  <w:tcW w:w="1026" w:type="dxa"/>
                  <w:tcMar>
                    <w:top w:w="0" w:type="dxa"/>
                    <w:left w:w="0" w:type="dxa"/>
                    <w:bottom w:w="0" w:type="dxa"/>
                    <w:right w:w="0" w:type="dxa"/>
                  </w:tcMar>
                  <w:vAlign w:val="bottom"/>
                </w:tcPr>
                <w:p w14:paraId="238D363F" w14:textId="77777777" w:rsidR="00E34B5C" w:rsidRPr="00725484" w:rsidRDefault="00AB1AF6">
                  <w:pPr>
                    <w:jc w:val="right"/>
                    <w:rPr>
                      <w:szCs w:val="18"/>
                    </w:rPr>
                  </w:pPr>
                  <w:r>
                    <w:rPr>
                      <w:rFonts w:ascii="Times New Roman" w:eastAsia="Times New Roman" w:hAnsi="Times New Roman"/>
                      <w:sz w:val="16"/>
                      <w:lang w:val="vi-VN"/>
                    </w:rPr>
                    <w:t>Gal 5:24</w:t>
                  </w:r>
                </w:p>
              </w:tc>
            </w:tr>
          </w:tbl>
          <w:p w14:paraId="349C4905" w14:textId="77777777" w:rsidR="00E34B5C" w:rsidRPr="00725484" w:rsidRDefault="00E34B5C">
            <w:pPr>
              <w:spacing w:line="10" w:lineRule="exact"/>
              <w:rPr>
                <w:szCs w:val="18"/>
              </w:rPr>
            </w:pPr>
          </w:p>
          <w:p w14:paraId="6AAA2240" w14:textId="77777777" w:rsidR="00E34B5C" w:rsidRPr="00725484" w:rsidRDefault="00AB1AF6">
            <w:pPr>
              <w:keepNext/>
              <w:spacing w:after="20"/>
              <w:rPr>
                <w:szCs w:val="18"/>
              </w:rPr>
            </w:pPr>
            <w:r>
              <w:rPr>
                <w:rFonts w:ascii="Times New Roman" w:eastAsia="Times New Roman" w:hAnsi="Times New Roman"/>
                <w:b/>
                <w:szCs w:val="18"/>
                <w:lang w:val="vi-VN"/>
              </w:rPr>
              <w:t>Yêu Chúa/Yêu Người</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95"/>
              <w:gridCol w:w="1293"/>
            </w:tblGrid>
            <w:tr w:rsidR="00E34B5C" w:rsidRPr="00725484" w14:paraId="163A1E9E" w14:textId="77777777">
              <w:tc>
                <w:tcPr>
                  <w:tcW w:w="3395" w:type="dxa"/>
                  <w:tcMar>
                    <w:top w:w="0" w:type="dxa"/>
                    <w:left w:w="0" w:type="dxa"/>
                    <w:bottom w:w="0" w:type="dxa"/>
                    <w:right w:w="0" w:type="dxa"/>
                  </w:tcMar>
                  <w:vAlign w:val="bottom"/>
                </w:tcPr>
                <w:p w14:paraId="1BF0DE7F" w14:textId="77777777" w:rsidR="00E34B5C" w:rsidRPr="00725484" w:rsidRDefault="00AB1AF6">
                  <w:pPr>
                    <w:jc w:val="both"/>
                    <w:rPr>
                      <w:szCs w:val="18"/>
                    </w:rPr>
                  </w:pPr>
                  <w:r>
                    <w:rPr>
                      <w:rFonts w:ascii="Times New Roman" w:eastAsia="Times New Roman" w:hAnsi="Times New Roman"/>
                      <w:lang w:val="vi-VN"/>
                    </w:rPr>
                    <w:t>• Yêu Chúa với trọn bản thân.</w:t>
                  </w:r>
                </w:p>
              </w:tc>
              <w:tc>
                <w:tcPr>
                  <w:tcW w:w="1293" w:type="dxa"/>
                  <w:tcMar>
                    <w:top w:w="0" w:type="dxa"/>
                    <w:left w:w="0" w:type="dxa"/>
                    <w:bottom w:w="0" w:type="dxa"/>
                    <w:right w:w="0" w:type="dxa"/>
                  </w:tcMar>
                  <w:vAlign w:val="bottom"/>
                </w:tcPr>
                <w:p w14:paraId="02948189" w14:textId="77777777" w:rsidR="00E34B5C" w:rsidRPr="00725484" w:rsidRDefault="00AB1AF6">
                  <w:pPr>
                    <w:jc w:val="right"/>
                    <w:rPr>
                      <w:szCs w:val="18"/>
                    </w:rPr>
                  </w:pPr>
                  <w:r>
                    <w:rPr>
                      <w:rFonts w:ascii="Times New Roman" w:eastAsia="Times New Roman" w:hAnsi="Times New Roman"/>
                      <w:sz w:val="16"/>
                      <w:lang w:val="vi-VN"/>
                    </w:rPr>
                    <w:t>Mat 22:37</w:t>
                  </w:r>
                </w:p>
              </w:tc>
            </w:tr>
          </w:tbl>
          <w:p w14:paraId="4EB54F91"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26BBF1EE" w14:textId="77777777">
              <w:tc>
                <w:tcPr>
                  <w:tcW w:w="3448" w:type="dxa"/>
                  <w:tcMar>
                    <w:top w:w="0" w:type="dxa"/>
                    <w:left w:w="0" w:type="dxa"/>
                    <w:bottom w:w="0" w:type="dxa"/>
                    <w:right w:w="0" w:type="dxa"/>
                  </w:tcMar>
                  <w:vAlign w:val="bottom"/>
                </w:tcPr>
                <w:p w14:paraId="1CBA590D" w14:textId="77777777" w:rsidR="00E34B5C" w:rsidRPr="00725484" w:rsidRDefault="00AB1AF6">
                  <w:pPr>
                    <w:jc w:val="both"/>
                    <w:rPr>
                      <w:szCs w:val="18"/>
                    </w:rPr>
                  </w:pPr>
                  <w:r>
                    <w:rPr>
                      <w:rFonts w:ascii="Times New Roman" w:eastAsia="Times New Roman" w:hAnsi="Times New Roman"/>
                      <w:lang w:val="vi-VN"/>
                    </w:rPr>
                    <w:t>• Yêu thương nhau.</w:t>
                  </w:r>
                </w:p>
              </w:tc>
              <w:tc>
                <w:tcPr>
                  <w:tcW w:w="1240" w:type="dxa"/>
                  <w:tcMar>
                    <w:top w:w="0" w:type="dxa"/>
                    <w:left w:w="0" w:type="dxa"/>
                    <w:bottom w:w="0" w:type="dxa"/>
                    <w:right w:w="0" w:type="dxa"/>
                  </w:tcMar>
                  <w:vAlign w:val="bottom"/>
                </w:tcPr>
                <w:p w14:paraId="33F7065D" w14:textId="77777777" w:rsidR="00E34B5C" w:rsidRPr="00725484" w:rsidRDefault="00AB1AF6">
                  <w:pPr>
                    <w:jc w:val="right"/>
                    <w:rPr>
                      <w:szCs w:val="18"/>
                    </w:rPr>
                  </w:pPr>
                  <w:r>
                    <w:rPr>
                      <w:rFonts w:ascii="Times New Roman" w:eastAsia="Times New Roman" w:hAnsi="Times New Roman"/>
                      <w:sz w:val="16"/>
                      <w:lang w:val="vi-VN"/>
                    </w:rPr>
                    <w:t>Gi 13:34‑35</w:t>
                  </w:r>
                </w:p>
              </w:tc>
            </w:tr>
          </w:tbl>
          <w:p w14:paraId="133D10A1" w14:textId="77777777" w:rsidR="00E34B5C" w:rsidRPr="00725484" w:rsidRDefault="00E34B5C">
            <w:pPr>
              <w:spacing w:line="10" w:lineRule="exact"/>
              <w:rPr>
                <w:szCs w:val="18"/>
              </w:rPr>
            </w:pPr>
          </w:p>
          <w:p w14:paraId="28B3A9CF" w14:textId="77777777" w:rsidR="00E34B5C" w:rsidRPr="00725484" w:rsidRDefault="00AB1AF6">
            <w:pPr>
              <w:keepNext/>
              <w:spacing w:after="20"/>
              <w:rPr>
                <w:szCs w:val="18"/>
              </w:rPr>
            </w:pPr>
            <w:r>
              <w:rPr>
                <w:rFonts w:ascii="Times New Roman" w:eastAsia="Times New Roman" w:hAnsi="Times New Roman"/>
                <w:b/>
                <w:szCs w:val="18"/>
                <w:lang w:val="vi-VN"/>
              </w:rPr>
              <w:t>Đọc/Cầu Nguyện/Áp Dụng/Bước Đi/Lớn Lên</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31"/>
              <w:gridCol w:w="1257"/>
            </w:tblGrid>
            <w:tr w:rsidR="00E34B5C" w:rsidRPr="00725484" w14:paraId="339DD73E" w14:textId="77777777">
              <w:tc>
                <w:tcPr>
                  <w:tcW w:w="3431" w:type="dxa"/>
                  <w:tcMar>
                    <w:top w:w="0" w:type="dxa"/>
                    <w:left w:w="0" w:type="dxa"/>
                    <w:bottom w:w="0" w:type="dxa"/>
                    <w:right w:w="0" w:type="dxa"/>
                  </w:tcMar>
                  <w:vAlign w:val="bottom"/>
                </w:tcPr>
                <w:p w14:paraId="0F864251" w14:textId="77777777" w:rsidR="00E34B5C" w:rsidRPr="00725484" w:rsidRDefault="00AB1AF6">
                  <w:pPr>
                    <w:jc w:val="both"/>
                    <w:rPr>
                      <w:szCs w:val="18"/>
                    </w:rPr>
                  </w:pPr>
                  <w:r>
                    <w:rPr>
                      <w:rFonts w:ascii="Times New Roman" w:eastAsia="Times New Roman" w:hAnsi="Times New Roman"/>
                      <w:lang w:val="vi-VN"/>
                    </w:rPr>
                    <w:t>• Đọc, học, ghi nhớ Kinh Thánh.</w:t>
                  </w:r>
                </w:p>
              </w:tc>
              <w:tc>
                <w:tcPr>
                  <w:tcW w:w="1257" w:type="dxa"/>
                  <w:tcMar>
                    <w:top w:w="0" w:type="dxa"/>
                    <w:left w:w="0" w:type="dxa"/>
                    <w:bottom w:w="0" w:type="dxa"/>
                    <w:right w:w="0" w:type="dxa"/>
                  </w:tcMar>
                  <w:vAlign w:val="bottom"/>
                </w:tcPr>
                <w:p w14:paraId="2CAAE848" w14:textId="77777777" w:rsidR="00E34B5C" w:rsidRPr="00725484" w:rsidRDefault="00AB1AF6">
                  <w:pPr>
                    <w:jc w:val="right"/>
                    <w:rPr>
                      <w:szCs w:val="18"/>
                    </w:rPr>
                  </w:pPr>
                  <w:r>
                    <w:rPr>
                      <w:rFonts w:ascii="Times New Roman" w:eastAsia="Times New Roman" w:hAnsi="Times New Roman"/>
                      <w:sz w:val="16"/>
                      <w:lang w:val="vi-VN"/>
                    </w:rPr>
                    <w:t>Thi 119:11</w:t>
                  </w:r>
                </w:p>
              </w:tc>
            </w:tr>
          </w:tbl>
          <w:p w14:paraId="49572B2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31"/>
              <w:gridCol w:w="1257"/>
            </w:tblGrid>
            <w:tr w:rsidR="00E34B5C" w:rsidRPr="00725484" w14:paraId="098C89AC" w14:textId="77777777">
              <w:tc>
                <w:tcPr>
                  <w:tcW w:w="3431" w:type="dxa"/>
                  <w:tcMar>
                    <w:top w:w="0" w:type="dxa"/>
                    <w:left w:w="0" w:type="dxa"/>
                    <w:bottom w:w="0" w:type="dxa"/>
                    <w:right w:w="0" w:type="dxa"/>
                  </w:tcMar>
                  <w:vAlign w:val="bottom"/>
                </w:tcPr>
                <w:p w14:paraId="301E8760" w14:textId="77777777" w:rsidR="00E34B5C" w:rsidRPr="00725484" w:rsidRDefault="00AB1AF6">
                  <w:pPr>
                    <w:jc w:val="both"/>
                    <w:rPr>
                      <w:szCs w:val="18"/>
                    </w:rPr>
                  </w:pPr>
                  <w:r>
                    <w:rPr>
                      <w:rFonts w:ascii="Times New Roman" w:eastAsia="Times New Roman" w:hAnsi="Times New Roman"/>
                      <w:lang w:val="vi-VN"/>
                    </w:rPr>
                    <w:t>• Cầu nguyện, trò chuyện với Chúa.</w:t>
                  </w:r>
                </w:p>
              </w:tc>
              <w:tc>
                <w:tcPr>
                  <w:tcW w:w="1257" w:type="dxa"/>
                  <w:tcMar>
                    <w:top w:w="0" w:type="dxa"/>
                    <w:left w:w="0" w:type="dxa"/>
                    <w:bottom w:w="0" w:type="dxa"/>
                    <w:right w:w="0" w:type="dxa"/>
                  </w:tcMar>
                  <w:vAlign w:val="bottom"/>
                </w:tcPr>
                <w:p w14:paraId="1E3C476B" w14:textId="77777777" w:rsidR="00E34B5C" w:rsidRPr="00725484" w:rsidRDefault="00AB1AF6">
                  <w:pPr>
                    <w:jc w:val="right"/>
                    <w:rPr>
                      <w:szCs w:val="18"/>
                    </w:rPr>
                  </w:pPr>
                  <w:r>
                    <w:rPr>
                      <w:rFonts w:ascii="Times New Roman" w:eastAsia="Times New Roman" w:hAnsi="Times New Roman"/>
                      <w:sz w:val="16"/>
                      <w:lang w:val="vi-VN"/>
                    </w:rPr>
                    <w:t>Phil 4:6–7</w:t>
                  </w:r>
                </w:p>
              </w:tc>
            </w:tr>
          </w:tbl>
          <w:p w14:paraId="6F8A4EFE"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339DB1CC" w14:textId="77777777">
              <w:tc>
                <w:tcPr>
                  <w:tcW w:w="3448" w:type="dxa"/>
                  <w:tcMar>
                    <w:top w:w="0" w:type="dxa"/>
                    <w:left w:w="0" w:type="dxa"/>
                    <w:bottom w:w="0" w:type="dxa"/>
                    <w:right w:w="0" w:type="dxa"/>
                  </w:tcMar>
                  <w:vAlign w:val="bottom"/>
                </w:tcPr>
                <w:p w14:paraId="2805595D" w14:textId="77777777" w:rsidR="00E34B5C" w:rsidRPr="00725484" w:rsidRDefault="00AB1AF6">
                  <w:pPr>
                    <w:jc w:val="both"/>
                    <w:rPr>
                      <w:szCs w:val="18"/>
                    </w:rPr>
                  </w:pPr>
                  <w:r>
                    <w:rPr>
                      <w:rFonts w:ascii="Times New Roman" w:eastAsia="Times New Roman" w:hAnsi="Times New Roman"/>
                      <w:lang w:val="vi-VN"/>
                    </w:rPr>
                    <w:t>• Vâng theo Lời Chúa.</w:t>
                  </w:r>
                </w:p>
              </w:tc>
              <w:tc>
                <w:tcPr>
                  <w:tcW w:w="1240" w:type="dxa"/>
                  <w:tcMar>
                    <w:top w:w="0" w:type="dxa"/>
                    <w:left w:w="0" w:type="dxa"/>
                    <w:bottom w:w="0" w:type="dxa"/>
                    <w:right w:w="0" w:type="dxa"/>
                  </w:tcMar>
                  <w:vAlign w:val="bottom"/>
                </w:tcPr>
                <w:p w14:paraId="70421E9F" w14:textId="77777777" w:rsidR="00E34B5C" w:rsidRPr="00725484" w:rsidRDefault="00AB1AF6">
                  <w:pPr>
                    <w:jc w:val="right"/>
                    <w:rPr>
                      <w:szCs w:val="18"/>
                    </w:rPr>
                  </w:pPr>
                  <w:r>
                    <w:rPr>
                      <w:rFonts w:ascii="Times New Roman" w:eastAsia="Times New Roman" w:hAnsi="Times New Roman"/>
                      <w:sz w:val="16"/>
                      <w:lang w:val="vi-VN"/>
                    </w:rPr>
                    <w:t>Gi 14:15‑24</w:t>
                  </w:r>
                </w:p>
              </w:tc>
            </w:tr>
          </w:tbl>
          <w:p w14:paraId="43BAB8A6"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0"/>
              <w:gridCol w:w="1248"/>
            </w:tblGrid>
            <w:tr w:rsidR="00E34B5C" w:rsidRPr="00725484" w14:paraId="50686F9C" w14:textId="77777777">
              <w:tc>
                <w:tcPr>
                  <w:tcW w:w="3440" w:type="dxa"/>
                  <w:tcMar>
                    <w:top w:w="0" w:type="dxa"/>
                    <w:left w:w="0" w:type="dxa"/>
                    <w:bottom w:w="0" w:type="dxa"/>
                    <w:right w:w="0" w:type="dxa"/>
                  </w:tcMar>
                  <w:vAlign w:val="bottom"/>
                </w:tcPr>
                <w:p w14:paraId="6D4A9477" w14:textId="77777777" w:rsidR="00E34B5C" w:rsidRPr="00725484" w:rsidRDefault="00AB1AF6">
                  <w:pPr>
                    <w:jc w:val="both"/>
                    <w:rPr>
                      <w:szCs w:val="18"/>
                    </w:rPr>
                  </w:pPr>
                  <w:r>
                    <w:rPr>
                      <w:rFonts w:ascii="Times New Roman" w:eastAsia="Times New Roman" w:hAnsi="Times New Roman"/>
                      <w:lang w:val="vi-VN"/>
                    </w:rPr>
                    <w:t>• Bước đi theo Thánh Linh, không theo xác thịt.</w:t>
                  </w:r>
                </w:p>
              </w:tc>
              <w:tc>
                <w:tcPr>
                  <w:tcW w:w="1248" w:type="dxa"/>
                  <w:tcMar>
                    <w:top w:w="0" w:type="dxa"/>
                    <w:left w:w="0" w:type="dxa"/>
                    <w:bottom w:w="0" w:type="dxa"/>
                    <w:right w:w="0" w:type="dxa"/>
                  </w:tcMar>
                  <w:vAlign w:val="bottom"/>
                </w:tcPr>
                <w:p w14:paraId="612E831A" w14:textId="77777777" w:rsidR="00E34B5C" w:rsidRPr="00725484" w:rsidRDefault="00AB1AF6">
                  <w:pPr>
                    <w:jc w:val="right"/>
                    <w:rPr>
                      <w:szCs w:val="18"/>
                    </w:rPr>
                  </w:pPr>
                  <w:r>
                    <w:rPr>
                      <w:rFonts w:ascii="Times New Roman" w:eastAsia="Times New Roman" w:hAnsi="Times New Roman"/>
                      <w:sz w:val="16"/>
                      <w:lang w:val="vi-VN"/>
                    </w:rPr>
                    <w:t>Gal 5:16</w:t>
                  </w:r>
                </w:p>
              </w:tc>
            </w:tr>
          </w:tbl>
          <w:p w14:paraId="518E947A"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62"/>
              <w:gridCol w:w="1226"/>
            </w:tblGrid>
            <w:tr w:rsidR="00E34B5C" w:rsidRPr="00725484" w14:paraId="46367A04" w14:textId="77777777">
              <w:tc>
                <w:tcPr>
                  <w:tcW w:w="3462" w:type="dxa"/>
                  <w:tcMar>
                    <w:top w:w="0" w:type="dxa"/>
                    <w:left w:w="0" w:type="dxa"/>
                    <w:bottom w:w="0" w:type="dxa"/>
                    <w:right w:w="0" w:type="dxa"/>
                  </w:tcMar>
                  <w:vAlign w:val="bottom"/>
                </w:tcPr>
                <w:p w14:paraId="65E3003B" w14:textId="77777777" w:rsidR="00E34B5C" w:rsidRPr="00725484" w:rsidRDefault="00AB1AF6">
                  <w:pPr>
                    <w:jc w:val="both"/>
                    <w:rPr>
                      <w:szCs w:val="18"/>
                    </w:rPr>
                  </w:pPr>
                  <w:r>
                    <w:rPr>
                      <w:rFonts w:ascii="Times New Roman" w:eastAsia="Times New Roman" w:hAnsi="Times New Roman"/>
                      <w:lang w:val="vi-VN"/>
                    </w:rPr>
                    <w:t>• Lớn lên trong Đấng Christ.</w:t>
                  </w:r>
                </w:p>
              </w:tc>
              <w:tc>
                <w:tcPr>
                  <w:tcW w:w="1226" w:type="dxa"/>
                  <w:tcMar>
                    <w:top w:w="0" w:type="dxa"/>
                    <w:left w:w="0" w:type="dxa"/>
                    <w:bottom w:w="0" w:type="dxa"/>
                    <w:right w:w="0" w:type="dxa"/>
                  </w:tcMar>
                  <w:vAlign w:val="bottom"/>
                </w:tcPr>
                <w:p w14:paraId="508CD78F" w14:textId="77777777" w:rsidR="00E34B5C" w:rsidRPr="00725484" w:rsidRDefault="00AB1AF6">
                  <w:pPr>
                    <w:jc w:val="right"/>
                    <w:rPr>
                      <w:szCs w:val="18"/>
                    </w:rPr>
                  </w:pPr>
                  <w:r>
                    <w:rPr>
                      <w:rFonts w:ascii="Times New Roman" w:eastAsia="Times New Roman" w:hAnsi="Times New Roman"/>
                      <w:sz w:val="16"/>
                      <w:lang w:val="vi-VN"/>
                    </w:rPr>
                    <w:t>2 Phi 1:3‑15</w:t>
                  </w:r>
                </w:p>
              </w:tc>
            </w:tr>
          </w:tbl>
          <w:p w14:paraId="32F3C8F7" w14:textId="77777777" w:rsidR="00E34B5C" w:rsidRPr="00725484" w:rsidRDefault="00E34B5C">
            <w:pPr>
              <w:spacing w:line="10" w:lineRule="exact"/>
              <w:rPr>
                <w:szCs w:val="18"/>
              </w:rPr>
            </w:pPr>
          </w:p>
          <w:p w14:paraId="4D717995" w14:textId="77777777" w:rsidR="00E34B5C" w:rsidRPr="00725484" w:rsidRDefault="00AB1AF6">
            <w:pPr>
              <w:keepNext/>
              <w:spacing w:after="20"/>
              <w:rPr>
                <w:szCs w:val="18"/>
              </w:rPr>
            </w:pPr>
            <w:r>
              <w:rPr>
                <w:rFonts w:ascii="Times New Roman" w:eastAsia="Times New Roman" w:hAnsi="Times New Roman"/>
                <w:b/>
                <w:szCs w:val="18"/>
                <w:lang w:val="vi-VN"/>
              </w:rPr>
              <w:t>Thông Công/Thờ Phượng/Dạy/Chia Sẻ</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6962C702" w14:textId="77777777">
              <w:tc>
                <w:tcPr>
                  <w:tcW w:w="3733" w:type="dxa"/>
                  <w:tcMar>
                    <w:top w:w="0" w:type="dxa"/>
                    <w:left w:w="0" w:type="dxa"/>
                    <w:bottom w:w="0" w:type="dxa"/>
                    <w:right w:w="0" w:type="dxa"/>
                  </w:tcMar>
                  <w:vAlign w:val="bottom"/>
                </w:tcPr>
                <w:p w14:paraId="15521868" w14:textId="77777777" w:rsidR="00E34B5C" w:rsidRPr="00725484" w:rsidRDefault="00AB1AF6">
                  <w:pPr>
                    <w:jc w:val="both"/>
                    <w:rPr>
                      <w:szCs w:val="18"/>
                    </w:rPr>
                  </w:pPr>
                  <w:r>
                    <w:rPr>
                      <w:rFonts w:ascii="Times New Roman" w:eastAsia="Times New Roman" w:hAnsi="Times New Roman"/>
                      <w:lang w:val="vi-VN"/>
                    </w:rPr>
                    <w:t>• Thường xuyên thông công với nhau.</w:t>
                  </w:r>
                </w:p>
              </w:tc>
              <w:tc>
                <w:tcPr>
                  <w:tcW w:w="955" w:type="dxa"/>
                  <w:tcMar>
                    <w:top w:w="0" w:type="dxa"/>
                    <w:left w:w="0" w:type="dxa"/>
                    <w:bottom w:w="0" w:type="dxa"/>
                    <w:right w:w="0" w:type="dxa"/>
                  </w:tcMar>
                  <w:vAlign w:val="bottom"/>
                </w:tcPr>
                <w:p w14:paraId="097F0801" w14:textId="77777777" w:rsidR="00E34B5C" w:rsidRPr="00725484" w:rsidRDefault="00AB1AF6">
                  <w:pPr>
                    <w:jc w:val="right"/>
                    <w:rPr>
                      <w:szCs w:val="18"/>
                    </w:rPr>
                  </w:pPr>
                  <w:r>
                    <w:rPr>
                      <w:rFonts w:ascii="Times New Roman" w:eastAsia="Times New Roman" w:hAnsi="Times New Roman"/>
                      <w:sz w:val="16"/>
                      <w:lang w:val="vi-VN"/>
                    </w:rPr>
                    <w:t>Hêb 10:25</w:t>
                  </w:r>
                </w:p>
              </w:tc>
            </w:tr>
          </w:tbl>
          <w:p w14:paraId="0D797DD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333"/>
              <w:gridCol w:w="1355"/>
            </w:tblGrid>
            <w:tr w:rsidR="00E34B5C" w:rsidRPr="00725484" w14:paraId="7DAC1CAF" w14:textId="77777777">
              <w:tc>
                <w:tcPr>
                  <w:tcW w:w="3333" w:type="dxa"/>
                  <w:tcMar>
                    <w:top w:w="0" w:type="dxa"/>
                    <w:left w:w="0" w:type="dxa"/>
                    <w:bottom w:w="0" w:type="dxa"/>
                    <w:right w:w="0" w:type="dxa"/>
                  </w:tcMar>
                  <w:vAlign w:val="bottom"/>
                </w:tcPr>
                <w:p w14:paraId="08DE0424" w14:textId="77777777" w:rsidR="00E34B5C" w:rsidRPr="00725484" w:rsidRDefault="00AB1AF6">
                  <w:pPr>
                    <w:jc w:val="both"/>
                    <w:rPr>
                      <w:szCs w:val="18"/>
                    </w:rPr>
                  </w:pPr>
                  <w:r>
                    <w:rPr>
                      <w:rFonts w:ascii="Times New Roman" w:eastAsia="Times New Roman" w:hAnsi="Times New Roman"/>
                      <w:lang w:val="vi-VN"/>
                    </w:rPr>
                    <w:t>• Thờ phượng và tôn kính Ngài.</w:t>
                  </w:r>
                </w:p>
              </w:tc>
              <w:tc>
                <w:tcPr>
                  <w:tcW w:w="1355" w:type="dxa"/>
                  <w:tcMar>
                    <w:top w:w="0" w:type="dxa"/>
                    <w:left w:w="0" w:type="dxa"/>
                    <w:bottom w:w="0" w:type="dxa"/>
                    <w:right w:w="0" w:type="dxa"/>
                  </w:tcMar>
                  <w:vAlign w:val="bottom"/>
                </w:tcPr>
                <w:p w14:paraId="48519ACA" w14:textId="77777777" w:rsidR="00E34B5C" w:rsidRPr="00725484" w:rsidRDefault="00AB1AF6">
                  <w:pPr>
                    <w:jc w:val="right"/>
                    <w:rPr>
                      <w:szCs w:val="18"/>
                    </w:rPr>
                  </w:pPr>
                  <w:r>
                    <w:rPr>
                      <w:rFonts w:ascii="Times New Roman" w:eastAsia="Times New Roman" w:hAnsi="Times New Roman"/>
                      <w:sz w:val="16"/>
                      <w:lang w:val="vi-VN"/>
                    </w:rPr>
                    <w:t>Nê 8:5‑6</w:t>
                  </w:r>
                </w:p>
              </w:tc>
            </w:tr>
          </w:tbl>
          <w:p w14:paraId="4ED55597"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42"/>
              <w:gridCol w:w="946"/>
            </w:tblGrid>
            <w:tr w:rsidR="00E34B5C" w:rsidRPr="00725484" w14:paraId="74C36E94" w14:textId="77777777">
              <w:tc>
                <w:tcPr>
                  <w:tcW w:w="3742" w:type="dxa"/>
                  <w:tcMar>
                    <w:top w:w="0" w:type="dxa"/>
                    <w:left w:w="0" w:type="dxa"/>
                    <w:bottom w:w="0" w:type="dxa"/>
                    <w:right w:w="0" w:type="dxa"/>
                  </w:tcMar>
                  <w:vAlign w:val="bottom"/>
                </w:tcPr>
                <w:p w14:paraId="694170F9" w14:textId="77777777" w:rsidR="00E34B5C" w:rsidRPr="00725484" w:rsidRDefault="00AB1AF6">
                  <w:pPr>
                    <w:jc w:val="both"/>
                    <w:rPr>
                      <w:szCs w:val="18"/>
                    </w:rPr>
                  </w:pPr>
                  <w:r>
                    <w:rPr>
                      <w:rFonts w:ascii="Times New Roman" w:eastAsia="Times New Roman" w:hAnsi="Times New Roman"/>
                      <w:lang w:val="vi-VN"/>
                    </w:rPr>
                    <w:t>• Dạy lời chỉ dẫn của Ngài.</w:t>
                  </w:r>
                </w:p>
              </w:tc>
              <w:tc>
                <w:tcPr>
                  <w:tcW w:w="946" w:type="dxa"/>
                  <w:tcMar>
                    <w:top w:w="0" w:type="dxa"/>
                    <w:left w:w="0" w:type="dxa"/>
                    <w:bottom w:w="0" w:type="dxa"/>
                    <w:right w:w="0" w:type="dxa"/>
                  </w:tcMar>
                  <w:vAlign w:val="bottom"/>
                </w:tcPr>
                <w:p w14:paraId="0E97E89C" w14:textId="77777777" w:rsidR="00E34B5C" w:rsidRPr="00725484" w:rsidRDefault="00AB1AF6">
                  <w:pPr>
                    <w:jc w:val="right"/>
                    <w:rPr>
                      <w:szCs w:val="18"/>
                    </w:rPr>
                  </w:pPr>
                  <w:r>
                    <w:rPr>
                      <w:rFonts w:ascii="Times New Roman" w:eastAsia="Times New Roman" w:hAnsi="Times New Roman"/>
                      <w:sz w:val="16"/>
                      <w:lang w:val="vi-VN"/>
                    </w:rPr>
                    <w:t>Phục 6:6–7</w:t>
                  </w:r>
                </w:p>
              </w:tc>
            </w:tr>
          </w:tbl>
          <w:p w14:paraId="08760FA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57"/>
              <w:gridCol w:w="1231"/>
            </w:tblGrid>
            <w:tr w:rsidR="00E34B5C" w:rsidRPr="00725484" w14:paraId="1434C87F" w14:textId="77777777">
              <w:tc>
                <w:tcPr>
                  <w:tcW w:w="3457" w:type="dxa"/>
                  <w:tcMar>
                    <w:top w:w="0" w:type="dxa"/>
                    <w:left w:w="0" w:type="dxa"/>
                    <w:bottom w:w="0" w:type="dxa"/>
                    <w:right w:w="0" w:type="dxa"/>
                  </w:tcMar>
                  <w:vAlign w:val="bottom"/>
                </w:tcPr>
                <w:p w14:paraId="3443B5D0" w14:textId="77777777" w:rsidR="00E34B5C" w:rsidRPr="00725484" w:rsidRDefault="00AB1AF6">
                  <w:pPr>
                    <w:jc w:val="both"/>
                    <w:rPr>
                      <w:szCs w:val="18"/>
                    </w:rPr>
                  </w:pPr>
                  <w:r>
                    <w:rPr>
                      <w:rFonts w:ascii="Times New Roman" w:eastAsia="Times New Roman" w:hAnsi="Times New Roman"/>
                      <w:lang w:val="vi-VN"/>
                    </w:rPr>
                    <w:t>• Giúp người khác hiểu Kinh Thánh.</w:t>
                  </w:r>
                </w:p>
              </w:tc>
              <w:tc>
                <w:tcPr>
                  <w:tcW w:w="1231" w:type="dxa"/>
                  <w:tcMar>
                    <w:top w:w="0" w:type="dxa"/>
                    <w:left w:w="0" w:type="dxa"/>
                    <w:bottom w:w="0" w:type="dxa"/>
                    <w:right w:w="0" w:type="dxa"/>
                  </w:tcMar>
                  <w:vAlign w:val="bottom"/>
                </w:tcPr>
                <w:p w14:paraId="24A2CA3A" w14:textId="77777777" w:rsidR="00E34B5C" w:rsidRPr="00725484" w:rsidRDefault="00AB1AF6">
                  <w:pPr>
                    <w:jc w:val="right"/>
                    <w:rPr>
                      <w:szCs w:val="18"/>
                    </w:rPr>
                  </w:pPr>
                  <w:r>
                    <w:rPr>
                      <w:rFonts w:ascii="Times New Roman" w:eastAsia="Times New Roman" w:hAnsi="Times New Roman"/>
                      <w:sz w:val="16"/>
                      <w:lang w:val="vi-VN"/>
                    </w:rPr>
                    <w:t>Cv 18:24‑28</w:t>
                  </w:r>
                </w:p>
              </w:tc>
            </w:tr>
          </w:tbl>
          <w:p w14:paraId="47FC772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97"/>
              <w:gridCol w:w="991"/>
            </w:tblGrid>
            <w:tr w:rsidR="00E34B5C" w:rsidRPr="00725484" w14:paraId="3F229A97" w14:textId="77777777">
              <w:tc>
                <w:tcPr>
                  <w:tcW w:w="3697" w:type="dxa"/>
                  <w:tcMar>
                    <w:top w:w="0" w:type="dxa"/>
                    <w:left w:w="0" w:type="dxa"/>
                    <w:bottom w:w="0" w:type="dxa"/>
                    <w:right w:w="0" w:type="dxa"/>
                  </w:tcMar>
                  <w:vAlign w:val="bottom"/>
                </w:tcPr>
                <w:p w14:paraId="3B748DF4" w14:textId="77777777" w:rsidR="00E34B5C" w:rsidRPr="00725484" w:rsidRDefault="00AB1AF6">
                  <w:pPr>
                    <w:jc w:val="both"/>
                    <w:rPr>
                      <w:szCs w:val="18"/>
                    </w:rPr>
                  </w:pPr>
                  <w:r>
                    <w:rPr>
                      <w:rFonts w:ascii="Times New Roman" w:eastAsia="Times New Roman" w:hAnsi="Times New Roman"/>
                      <w:lang w:val="vi-VN"/>
                    </w:rPr>
                    <w:t>• Chia sẻ về Giê-su với người khác.</w:t>
                  </w:r>
                </w:p>
              </w:tc>
              <w:tc>
                <w:tcPr>
                  <w:tcW w:w="991" w:type="dxa"/>
                  <w:tcMar>
                    <w:top w:w="0" w:type="dxa"/>
                    <w:left w:w="0" w:type="dxa"/>
                    <w:bottom w:w="0" w:type="dxa"/>
                    <w:right w:w="0" w:type="dxa"/>
                  </w:tcMar>
                  <w:vAlign w:val="bottom"/>
                </w:tcPr>
                <w:p w14:paraId="0176A19C" w14:textId="77777777" w:rsidR="00E34B5C" w:rsidRPr="00725484" w:rsidRDefault="00AB1AF6">
                  <w:pPr>
                    <w:jc w:val="right"/>
                    <w:rPr>
                      <w:szCs w:val="18"/>
                    </w:rPr>
                  </w:pPr>
                  <w:r>
                    <w:rPr>
                      <w:rFonts w:ascii="Times New Roman" w:eastAsia="Times New Roman" w:hAnsi="Times New Roman"/>
                      <w:sz w:val="16"/>
                      <w:lang w:val="vi-VN"/>
                    </w:rPr>
                    <w:t>Mác 5:19</w:t>
                  </w:r>
                </w:p>
              </w:tc>
            </w:tr>
          </w:tbl>
          <w:p w14:paraId="2D91602F"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53"/>
              <w:gridCol w:w="1235"/>
            </w:tblGrid>
            <w:tr w:rsidR="00E34B5C" w:rsidRPr="00725484" w14:paraId="06F2627D" w14:textId="77777777">
              <w:tc>
                <w:tcPr>
                  <w:tcW w:w="3453" w:type="dxa"/>
                  <w:tcMar>
                    <w:top w:w="0" w:type="dxa"/>
                    <w:left w:w="0" w:type="dxa"/>
                    <w:bottom w:w="0" w:type="dxa"/>
                    <w:right w:w="0" w:type="dxa"/>
                  </w:tcMar>
                  <w:vAlign w:val="bottom"/>
                </w:tcPr>
                <w:p w14:paraId="3D23BB66" w14:textId="77777777" w:rsidR="00E34B5C" w:rsidRPr="00725484" w:rsidRDefault="00AB1AF6">
                  <w:pPr>
                    <w:jc w:val="both"/>
                    <w:rPr>
                      <w:szCs w:val="18"/>
                    </w:rPr>
                  </w:pPr>
                  <w:r>
                    <w:rPr>
                      <w:rFonts w:ascii="Times New Roman" w:eastAsia="Times New Roman" w:hAnsi="Times New Roman"/>
                      <w:lang w:val="vi-VN"/>
                    </w:rPr>
                    <w:t>• Môn đồ hóa người khác.</w:t>
                  </w:r>
                </w:p>
              </w:tc>
              <w:tc>
                <w:tcPr>
                  <w:tcW w:w="1235" w:type="dxa"/>
                  <w:tcMar>
                    <w:top w:w="0" w:type="dxa"/>
                    <w:left w:w="0" w:type="dxa"/>
                    <w:bottom w:w="0" w:type="dxa"/>
                    <w:right w:w="0" w:type="dxa"/>
                  </w:tcMar>
                  <w:vAlign w:val="bottom"/>
                </w:tcPr>
                <w:p w14:paraId="1ED9071B" w14:textId="77777777" w:rsidR="00E34B5C" w:rsidRPr="00725484" w:rsidRDefault="00AB1AF6">
                  <w:pPr>
                    <w:jc w:val="right"/>
                    <w:rPr>
                      <w:szCs w:val="18"/>
                    </w:rPr>
                  </w:pPr>
                  <w:r>
                    <w:rPr>
                      <w:rFonts w:ascii="Times New Roman" w:eastAsia="Times New Roman" w:hAnsi="Times New Roman"/>
                      <w:sz w:val="16"/>
                      <w:lang w:val="vi-VN"/>
                    </w:rPr>
                    <w:t>2 Tim 2:2</w:t>
                  </w:r>
                </w:p>
              </w:tc>
            </w:tr>
          </w:tbl>
          <w:p w14:paraId="1BB91A6C" w14:textId="77777777" w:rsidR="00E34B5C" w:rsidRPr="00725484" w:rsidRDefault="00E34B5C">
            <w:pPr>
              <w:spacing w:line="10" w:lineRule="exact"/>
              <w:rPr>
                <w:szCs w:val="18"/>
              </w:rPr>
            </w:pPr>
          </w:p>
          <w:p w14:paraId="27375FE0" w14:textId="77777777" w:rsidR="00E34B5C" w:rsidRPr="00725484" w:rsidRDefault="00AB1AF6">
            <w:pPr>
              <w:keepNext/>
              <w:spacing w:after="20"/>
              <w:rPr>
                <w:szCs w:val="18"/>
              </w:rPr>
            </w:pPr>
            <w:r>
              <w:rPr>
                <w:rFonts w:ascii="Times New Roman" w:eastAsia="Times New Roman" w:hAnsi="Times New Roman"/>
                <w:b/>
                <w:szCs w:val="18"/>
                <w:lang w:val="vi-VN"/>
              </w:rPr>
              <w:t>Tôn Trọng/Thương Xót/Làm Việc/Dâng Hiến</w:t>
            </w: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19DCC15F" w14:textId="77777777">
              <w:tc>
                <w:tcPr>
                  <w:tcW w:w="3733" w:type="dxa"/>
                  <w:tcMar>
                    <w:top w:w="0" w:type="dxa"/>
                    <w:left w:w="0" w:type="dxa"/>
                    <w:bottom w:w="0" w:type="dxa"/>
                    <w:right w:w="0" w:type="dxa"/>
                  </w:tcMar>
                  <w:vAlign w:val="bottom"/>
                </w:tcPr>
                <w:p w14:paraId="1265E886" w14:textId="77777777" w:rsidR="00E34B5C" w:rsidRPr="00725484" w:rsidRDefault="00AB1AF6">
                  <w:pPr>
                    <w:jc w:val="both"/>
                    <w:rPr>
                      <w:szCs w:val="18"/>
                    </w:rPr>
                  </w:pPr>
                  <w:r>
                    <w:rPr>
                      <w:rFonts w:ascii="Times New Roman" w:eastAsia="Times New Roman" w:hAnsi="Times New Roman"/>
                      <w:lang w:val="vi-VN"/>
                    </w:rPr>
                    <w:t>• Tôn trọng mọi người.</w:t>
                  </w:r>
                </w:p>
              </w:tc>
              <w:tc>
                <w:tcPr>
                  <w:tcW w:w="955" w:type="dxa"/>
                  <w:tcMar>
                    <w:top w:w="0" w:type="dxa"/>
                    <w:left w:w="0" w:type="dxa"/>
                    <w:bottom w:w="0" w:type="dxa"/>
                    <w:right w:w="0" w:type="dxa"/>
                  </w:tcMar>
                  <w:vAlign w:val="bottom"/>
                </w:tcPr>
                <w:p w14:paraId="6A960F7B" w14:textId="77777777" w:rsidR="00E34B5C" w:rsidRPr="00725484" w:rsidRDefault="00AB1AF6">
                  <w:pPr>
                    <w:jc w:val="right"/>
                    <w:rPr>
                      <w:szCs w:val="18"/>
                    </w:rPr>
                  </w:pPr>
                  <w:r>
                    <w:rPr>
                      <w:rFonts w:ascii="Times New Roman" w:eastAsia="Times New Roman" w:hAnsi="Times New Roman"/>
                      <w:sz w:val="16"/>
                      <w:lang w:val="vi-VN"/>
                    </w:rPr>
                    <w:t>1 Phi 2:17</w:t>
                  </w:r>
                </w:p>
              </w:tc>
            </w:tr>
          </w:tbl>
          <w:p w14:paraId="44F30B4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15"/>
              <w:gridCol w:w="973"/>
            </w:tblGrid>
            <w:tr w:rsidR="00E34B5C" w:rsidRPr="00725484" w14:paraId="55BDEFE0" w14:textId="77777777">
              <w:tc>
                <w:tcPr>
                  <w:tcW w:w="3715" w:type="dxa"/>
                  <w:tcMar>
                    <w:top w:w="0" w:type="dxa"/>
                    <w:left w:w="0" w:type="dxa"/>
                    <w:bottom w:w="0" w:type="dxa"/>
                    <w:right w:w="0" w:type="dxa"/>
                  </w:tcMar>
                  <w:vAlign w:val="bottom"/>
                </w:tcPr>
                <w:p w14:paraId="3B03FA8F" w14:textId="77777777" w:rsidR="00E34B5C" w:rsidRPr="00725484" w:rsidRDefault="00AB1AF6">
                  <w:pPr>
                    <w:jc w:val="both"/>
                    <w:rPr>
                      <w:szCs w:val="18"/>
                    </w:rPr>
                  </w:pPr>
                  <w:r>
                    <w:rPr>
                      <w:rFonts w:ascii="Times New Roman" w:eastAsia="Times New Roman" w:hAnsi="Times New Roman"/>
                      <w:lang w:val="vi-VN"/>
                    </w:rPr>
                    <w:t>• Yêu lòng thương xót, bước đi khiêm nhường.</w:t>
                  </w:r>
                </w:p>
              </w:tc>
              <w:tc>
                <w:tcPr>
                  <w:tcW w:w="973" w:type="dxa"/>
                  <w:tcMar>
                    <w:top w:w="0" w:type="dxa"/>
                    <w:left w:w="0" w:type="dxa"/>
                    <w:bottom w:w="0" w:type="dxa"/>
                    <w:right w:w="0" w:type="dxa"/>
                  </w:tcMar>
                  <w:vAlign w:val="bottom"/>
                </w:tcPr>
                <w:p w14:paraId="22B00509" w14:textId="77777777" w:rsidR="00E34B5C" w:rsidRPr="00725484" w:rsidRDefault="00AB1AF6">
                  <w:pPr>
                    <w:jc w:val="right"/>
                    <w:rPr>
                      <w:szCs w:val="18"/>
                    </w:rPr>
                  </w:pPr>
                  <w:r>
                    <w:rPr>
                      <w:rFonts w:ascii="Times New Roman" w:eastAsia="Times New Roman" w:hAnsi="Times New Roman"/>
                      <w:sz w:val="16"/>
                      <w:lang w:val="vi-VN"/>
                    </w:rPr>
                    <w:t>Mi-chê 6:8</w:t>
                  </w:r>
                </w:p>
              </w:tc>
            </w:tr>
          </w:tbl>
          <w:p w14:paraId="72A85AC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37"/>
              <w:gridCol w:w="1551"/>
            </w:tblGrid>
            <w:tr w:rsidR="00E34B5C" w:rsidRPr="00725484" w14:paraId="47FCA7CD" w14:textId="77777777">
              <w:tc>
                <w:tcPr>
                  <w:tcW w:w="3137" w:type="dxa"/>
                  <w:tcMar>
                    <w:top w:w="0" w:type="dxa"/>
                    <w:left w:w="0" w:type="dxa"/>
                    <w:bottom w:w="0" w:type="dxa"/>
                    <w:right w:w="0" w:type="dxa"/>
                  </w:tcMar>
                  <w:vAlign w:val="bottom"/>
                </w:tcPr>
                <w:p w14:paraId="3FAEC461" w14:textId="77777777" w:rsidR="00E34B5C" w:rsidRPr="00725484" w:rsidRDefault="00AB1AF6">
                  <w:pPr>
                    <w:jc w:val="both"/>
                    <w:rPr>
                      <w:szCs w:val="18"/>
                    </w:rPr>
                  </w:pPr>
                  <w:r>
                    <w:rPr>
                      <w:rFonts w:ascii="Times New Roman" w:eastAsia="Times New Roman" w:hAnsi="Times New Roman"/>
                      <w:lang w:val="vi-VN"/>
                    </w:rPr>
                    <w:t>• Làm việc như làm cho Chúa.</w:t>
                  </w:r>
                </w:p>
              </w:tc>
              <w:tc>
                <w:tcPr>
                  <w:tcW w:w="1551" w:type="dxa"/>
                  <w:tcMar>
                    <w:top w:w="0" w:type="dxa"/>
                    <w:left w:w="0" w:type="dxa"/>
                    <w:bottom w:w="0" w:type="dxa"/>
                    <w:right w:w="0" w:type="dxa"/>
                  </w:tcMar>
                  <w:vAlign w:val="bottom"/>
                </w:tcPr>
                <w:p w14:paraId="2EB0997A" w14:textId="77777777" w:rsidR="00E34B5C" w:rsidRPr="00725484" w:rsidRDefault="00AB1AF6">
                  <w:pPr>
                    <w:jc w:val="right"/>
                    <w:rPr>
                      <w:szCs w:val="18"/>
                    </w:rPr>
                  </w:pPr>
                  <w:r>
                    <w:rPr>
                      <w:rFonts w:ascii="Times New Roman" w:eastAsia="Times New Roman" w:hAnsi="Times New Roman"/>
                      <w:sz w:val="16"/>
                      <w:lang w:val="vi-VN"/>
                    </w:rPr>
                    <w:t>Cô 3:23‑24</w:t>
                  </w:r>
                </w:p>
              </w:tc>
            </w:tr>
          </w:tbl>
          <w:p w14:paraId="42BE2C14"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257"/>
              <w:gridCol w:w="1431"/>
            </w:tblGrid>
            <w:tr w:rsidR="00E34B5C" w:rsidRPr="00725484" w14:paraId="162ADF87" w14:textId="77777777">
              <w:tc>
                <w:tcPr>
                  <w:tcW w:w="3257" w:type="dxa"/>
                  <w:tcMar>
                    <w:top w:w="0" w:type="dxa"/>
                    <w:left w:w="0" w:type="dxa"/>
                    <w:bottom w:w="0" w:type="dxa"/>
                    <w:right w:w="0" w:type="dxa"/>
                  </w:tcMar>
                  <w:vAlign w:val="bottom"/>
                </w:tcPr>
                <w:p w14:paraId="14ADD57B" w14:textId="77777777" w:rsidR="00E34B5C" w:rsidRPr="00725484" w:rsidRDefault="00AB1AF6">
                  <w:pPr>
                    <w:jc w:val="both"/>
                    <w:rPr>
                      <w:szCs w:val="18"/>
                    </w:rPr>
                  </w:pPr>
                  <w:r>
                    <w:rPr>
                      <w:rFonts w:ascii="Times New Roman" w:eastAsia="Times New Roman" w:hAnsi="Times New Roman"/>
                      <w:lang w:val="vi-VN"/>
                    </w:rPr>
                    <w:t>• Dâng hiến cho công việc Chúa.</w:t>
                  </w:r>
                </w:p>
              </w:tc>
              <w:tc>
                <w:tcPr>
                  <w:tcW w:w="1431" w:type="dxa"/>
                  <w:tcMar>
                    <w:top w:w="0" w:type="dxa"/>
                    <w:left w:w="0" w:type="dxa"/>
                    <w:bottom w:w="0" w:type="dxa"/>
                    <w:right w:w="0" w:type="dxa"/>
                  </w:tcMar>
                  <w:vAlign w:val="bottom"/>
                </w:tcPr>
                <w:p w14:paraId="6BE39DD5" w14:textId="77777777" w:rsidR="00E34B5C" w:rsidRPr="00725484" w:rsidRDefault="00AB1AF6">
                  <w:pPr>
                    <w:jc w:val="right"/>
                    <w:rPr>
                      <w:szCs w:val="18"/>
                    </w:rPr>
                  </w:pPr>
                  <w:r>
                    <w:rPr>
                      <w:rFonts w:ascii="Times New Roman" w:eastAsia="Times New Roman" w:hAnsi="Times New Roman"/>
                      <w:sz w:val="16"/>
                      <w:lang w:val="vi-VN"/>
                    </w:rPr>
                    <w:t>2 Cô 9:7</w:t>
                  </w:r>
                </w:p>
              </w:tc>
            </w:tr>
          </w:tbl>
          <w:p w14:paraId="05CE0E4C" w14:textId="77777777" w:rsidR="00E34B5C" w:rsidRPr="00725484" w:rsidRDefault="00E34B5C">
            <w:pPr>
              <w:spacing w:line="10" w:lineRule="exact"/>
              <w:rPr>
                <w:szCs w:val="18"/>
              </w:rPr>
            </w:pPr>
          </w:p>
          <w:p w14:paraId="4D071B54" w14:textId="77777777" w:rsidR="00E34B5C" w:rsidRPr="00725484" w:rsidRDefault="00E34B5C">
            <w:pPr>
              <w:spacing w:line="10" w:lineRule="exact"/>
              <w:rPr>
                <w:szCs w:val="18"/>
              </w:rPr>
            </w:pPr>
          </w:p>
          <w:p w14:paraId="24B03551" w14:textId="77777777" w:rsidR="008F2987" w:rsidRDefault="008F2987">
            <w:pPr>
              <w:spacing w:line="10" w:lineRule="exact"/>
              <w:rPr>
                <w:szCs w:val="18"/>
              </w:rPr>
            </w:pPr>
          </w:p>
          <w:p w14:paraId="16FA2910" w14:textId="77777777" w:rsidR="008F2987" w:rsidRDefault="008F2987">
            <w:pPr>
              <w:spacing w:line="10" w:lineRule="exact"/>
              <w:rPr>
                <w:szCs w:val="18"/>
              </w:rPr>
            </w:pPr>
          </w:p>
          <w:p w14:paraId="16060CFA" w14:textId="77777777" w:rsidR="008F2987" w:rsidRDefault="008F2987">
            <w:pPr>
              <w:spacing w:line="10" w:lineRule="exact"/>
              <w:rPr>
                <w:szCs w:val="18"/>
              </w:rPr>
            </w:pPr>
          </w:p>
        </w:tc>
        <w:tc>
          <w:tcPr>
            <w:tcW w:w="5088" w:type="dxa"/>
            <w:tcMar>
              <w:left w:w="360" w:type="dxa"/>
              <w:right w:w="20" w:type="dxa"/>
            </w:tcMar>
          </w:tcPr>
          <w:p w14:paraId="012C9536" w14:textId="77777777" w:rsidR="00E34B5C" w:rsidRPr="00725484" w:rsidRDefault="00AB1AF6">
            <w:pPr>
              <w:keepNext/>
              <w:tabs>
                <w:tab w:val="center" w:pos="2354"/>
              </w:tabs>
              <w:spacing w:before="100" w:after="140"/>
              <w:rPr>
                <w:szCs w:val="18"/>
              </w:rPr>
            </w:pPr>
            <w:r>
              <w:rPr>
                <w:rFonts w:ascii="Times New Roman" w:eastAsia="Times New Roman" w:hAnsi="Times New Roman"/>
                <w:b/>
                <w:szCs w:val="18"/>
                <w:lang w:val="vi-VN"/>
              </w:rPr>
              <w:t>6</w:t>
            </w:r>
            <w:r>
              <w:rPr>
                <w:rFonts w:ascii="Times New Roman" w:eastAsia="Times New Roman" w:hAnsi="Times New Roman"/>
                <w:b/>
                <w:szCs w:val="18"/>
                <w:lang w:val="vi-VN"/>
              </w:rPr>
              <w:tab/>
              <w:t>ĐỜI SỐNG ĐƯỢC THÁNH LINH DẪN DẮT</w:t>
            </w:r>
          </w:p>
          <w:tbl>
            <w:tblPr>
              <w:tblW w:w="4680" w:type="dxa"/>
              <w:tblBorders>
                <w:top w:val="single" w:sz="8" w:space="0" w:color="A51C44"/>
                <w:left w:val="single" w:sz="8" w:space="0" w:color="A51C44"/>
                <w:bottom w:val="single" w:sz="8" w:space="0" w:color="A51C44"/>
                <w:right w:val="single" w:sz="8" w:space="0" w:color="A51C44"/>
              </w:tblBorders>
              <w:tblLayout w:type="fixed"/>
              <w:tblLook w:val="04A0" w:firstRow="1" w:lastRow="0" w:firstColumn="1" w:lastColumn="0" w:noHBand="0" w:noVBand="1"/>
            </w:tblPr>
            <w:tblGrid>
              <w:gridCol w:w="4680"/>
            </w:tblGrid>
            <w:tr w:rsidR="008F2987" w14:paraId="08606ACB" w14:textId="77777777">
              <w:tc>
                <w:tcPr>
                  <w:tcW w:w="4680" w:type="dxa"/>
                  <w:tcMar>
                    <w:top w:w="48" w:type="dxa"/>
                    <w:left w:w="108" w:type="dxa"/>
                    <w:bottom w:w="48" w:type="dxa"/>
                    <w:right w:w="108" w:type="dxa"/>
                  </w:tcMar>
                  <w:vAlign w:val="center"/>
                </w:tcPr>
                <w:p w14:paraId="2664E98C" w14:textId="77777777" w:rsidR="008F2987" w:rsidRDefault="00CD78B1">
                  <w:pPr>
                    <w:tabs>
                      <w:tab w:val="right" w:pos="4464"/>
                    </w:tabs>
                    <w:spacing w:line="190" w:lineRule="exact"/>
                    <w:jc w:val="both"/>
                    <w:rPr>
                      <w:szCs w:val="18"/>
                    </w:rPr>
                  </w:pPr>
                  <w:r>
                    <w:rPr>
                      <w:rFonts w:ascii="Times New Roman" w:eastAsia="Times New Roman" w:hAnsi="Times New Roman"/>
                      <w:lang w:val="vi-VN"/>
                    </w:rPr>
                    <w:t>Nếu sống bởi Thánh Linh, chúng ta cũng hãy bước đi theo Thánh Linh.</w:t>
                  </w:r>
                  <w:r>
                    <w:rPr>
                      <w:rFonts w:ascii="Times New Roman" w:eastAsia="Times New Roman" w:hAnsi="Times New Roman"/>
                      <w:lang w:val="vi-VN"/>
                    </w:rPr>
                    <w:br/>
                  </w:r>
                  <w:r>
                    <w:rPr>
                      <w:rFonts w:ascii="Times New Roman" w:eastAsia="Times New Roman" w:hAnsi="Times New Roman"/>
                      <w:sz w:val="16"/>
                      <w:lang w:val="vi-VN"/>
                    </w:rPr>
                    <w:tab/>
                    <w:t>Gal 5:25</w:t>
                  </w:r>
                </w:p>
              </w:tc>
            </w:tr>
          </w:tbl>
          <w:p w14:paraId="75ED9EEF" w14:textId="77777777" w:rsidR="00E34B5C" w:rsidRPr="00725484" w:rsidRDefault="00AB1AF6">
            <w:pPr>
              <w:spacing w:before="200" w:after="60"/>
              <w:jc w:val="both"/>
              <w:rPr>
                <w:szCs w:val="18"/>
              </w:rPr>
            </w:pPr>
            <w:r>
              <w:rPr>
                <w:rFonts w:ascii="Times New Roman" w:eastAsia="Times New Roman" w:hAnsi="Times New Roman"/>
                <w:b/>
                <w:szCs w:val="18"/>
                <w:lang w:val="vi-VN"/>
              </w:rPr>
              <w:t>1. Thánh Linh — Trung Tâm:</w:t>
            </w:r>
            <w:r>
              <w:rPr>
                <w:rFonts w:ascii="Times New Roman" w:eastAsia="Times New Roman" w:hAnsi="Times New Roman"/>
                <w:szCs w:val="18"/>
                <w:lang w:val="vi-VN"/>
              </w:rPr>
              <w:t xml:space="preserve"> Ngài ngự trong ta, dẫn dắt và hướng dẫn từ bên trong.</w:t>
            </w:r>
          </w:p>
          <w:p w14:paraId="37F72D53" w14:textId="77777777" w:rsidR="00E34B5C" w:rsidRPr="00725484" w:rsidRDefault="00AB1AF6">
            <w:pPr>
              <w:spacing w:after="60"/>
              <w:jc w:val="both"/>
              <w:rPr>
                <w:szCs w:val="18"/>
              </w:rPr>
            </w:pPr>
            <w:r>
              <w:rPr>
                <w:rFonts w:ascii="Times New Roman" w:eastAsia="Times New Roman" w:hAnsi="Times New Roman"/>
                <w:b/>
                <w:szCs w:val="18"/>
                <w:lang w:val="vi-VN"/>
              </w:rPr>
              <w:t>2. Cầu Nguyện/Kinh Thánh — Đầu:</w:t>
            </w:r>
            <w:r>
              <w:rPr>
                <w:rFonts w:ascii="Times New Roman" w:eastAsia="Times New Roman" w:hAnsi="Times New Roman"/>
                <w:szCs w:val="18"/>
                <w:lang w:val="vi-VN"/>
              </w:rPr>
              <w:t xml:space="preserve"> Ta tương giao và tận hiến với Đức Chúa Trời.</w:t>
            </w:r>
          </w:p>
          <w:p w14:paraId="20929A01" w14:textId="77777777" w:rsidR="00E34B5C" w:rsidRPr="00725484" w:rsidRDefault="00AB1AF6">
            <w:pPr>
              <w:spacing w:after="60"/>
              <w:jc w:val="both"/>
              <w:rPr>
                <w:szCs w:val="18"/>
              </w:rPr>
            </w:pPr>
            <w:r>
              <w:rPr>
                <w:rFonts w:ascii="Times New Roman" w:eastAsia="Times New Roman" w:hAnsi="Times New Roman"/>
                <w:b/>
                <w:szCs w:val="18"/>
                <w:lang w:val="vi-VN"/>
              </w:rPr>
              <w:t>3. Thông Công/Thờ Phượng — Tay:</w:t>
            </w:r>
            <w:r>
              <w:rPr>
                <w:rFonts w:ascii="Times New Roman" w:eastAsia="Times New Roman" w:hAnsi="Times New Roman"/>
                <w:szCs w:val="18"/>
                <w:lang w:val="vi-VN"/>
              </w:rPr>
              <w:t xml:space="preserve"> Vòng tay yêu thương dành cho Ngài và cho nhau.</w:t>
            </w:r>
          </w:p>
          <w:p w14:paraId="332ACB77" w14:textId="77777777" w:rsidR="00E34B5C" w:rsidRPr="00725484" w:rsidRDefault="00AB1AF6">
            <w:pPr>
              <w:spacing w:after="60"/>
              <w:jc w:val="both"/>
              <w:rPr>
                <w:szCs w:val="18"/>
              </w:rPr>
            </w:pPr>
            <w:r>
              <w:rPr>
                <w:rFonts w:ascii="Times New Roman" w:eastAsia="Times New Roman" w:hAnsi="Times New Roman"/>
                <w:b/>
                <w:szCs w:val="18"/>
                <w:lang w:val="vi-VN"/>
              </w:rPr>
              <w:t>4. Phục Vụ/Môn Đồ Hóa — Chân:</w:t>
            </w:r>
            <w:r>
              <w:rPr>
                <w:rFonts w:ascii="Times New Roman" w:eastAsia="Times New Roman" w:hAnsi="Times New Roman"/>
                <w:szCs w:val="18"/>
                <w:lang w:val="vi-VN"/>
              </w:rPr>
              <w:t xml:space="preserve"> Bước ra để dâng mình, thương xót, cứu người lạc mất và môn đồ hóa tín hữu.</w:t>
            </w:r>
          </w:p>
          <w:p w14:paraId="0BCC696D" w14:textId="77777777" w:rsidR="00E34B5C" w:rsidRPr="00725484" w:rsidRDefault="00AB1AF6">
            <w:pPr>
              <w:jc w:val="center"/>
              <w:rPr>
                <w:szCs w:val="18"/>
              </w:rPr>
            </w:pPr>
            <w:r w:rsidRPr="00725484">
              <w:rPr>
                <w:rFonts w:ascii="Times New Roman" w:eastAsia="Times New Roman" w:hAnsi="Times New Roman"/>
                <w:noProof/>
                <w:szCs w:val="18"/>
                <w:lang w:val="vi-VN"/>
              </w:rPr>
              <w:drawing>
                <wp:inline distT="0" distB="0" distL="0" distR="0" wp14:anchorId="1933B417" wp14:editId="6F9094D8">
                  <wp:extent cx="2606040" cy="25289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irit_figure.png"/>
                          <pic:cNvPicPr/>
                        </pic:nvPicPr>
                        <pic:blipFill>
                          <a:blip r:embed="rId8"/>
                          <a:stretch>
                            <a:fillRect/>
                          </a:stretch>
                        </pic:blipFill>
                        <pic:spPr>
                          <a:xfrm>
                            <a:off x="0" y="0"/>
                            <a:ext cx="2606040" cy="2528938"/>
                          </a:xfrm>
                          <a:prstGeom prst="rect">
                            <a:avLst/>
                          </a:prstGeom>
                        </pic:spPr>
                      </pic:pic>
                    </a:graphicData>
                  </a:graphic>
                </wp:inline>
              </w:drawing>
            </w:r>
          </w:p>
          <w:p w14:paraId="3BF5423B" w14:textId="77777777" w:rsidR="00E34B5C" w:rsidRPr="00725484" w:rsidRDefault="00AB1AF6">
            <w:pPr>
              <w:spacing w:after="190" w:line="160" w:lineRule="exact"/>
              <w:jc w:val="right"/>
              <w:rPr>
                <w:szCs w:val="18"/>
              </w:rPr>
            </w:pPr>
            <w:r w:rsidRPr="00725484">
              <w:rPr>
                <w:rFonts w:ascii="Times New Roman" w:eastAsia="Times New Roman" w:hAnsi="Times New Roman"/>
                <w:szCs w:val="18"/>
                <w:lang w:val="vi-VN"/>
              </w:rPr>
              <w:t>©</w:t>
            </w:r>
          </w:p>
          <w:tbl>
            <w:tblPr>
              <w:tblW w:w="0" w:type="auto"/>
              <w:tblLayout w:type="fixed"/>
              <w:tblLook w:val="04A0" w:firstRow="1" w:lastRow="0" w:firstColumn="1" w:lastColumn="0" w:noHBand="0" w:noVBand="1"/>
            </w:tblPr>
            <w:tblGrid>
              <w:gridCol w:w="2900"/>
              <w:gridCol w:w="1788"/>
            </w:tblGrid>
            <w:tr w:rsidR="008F2987" w14:paraId="0B840562" w14:textId="77777777">
              <w:tc>
                <w:tcPr>
                  <w:tcW w:w="4680" w:type="dxa"/>
                  <w:gridSpan w:val="2"/>
                  <w:tcBorders>
                    <w:top w:val="single" w:sz="6" w:space="0" w:color="A51C44"/>
                    <w:left w:val="single" w:sz="6" w:space="0" w:color="A51C44"/>
                    <w:bottom w:val="single" w:sz="6" w:space="0" w:color="A51C44"/>
                    <w:right w:val="single" w:sz="6" w:space="0" w:color="A51C44"/>
                  </w:tcBorders>
                  <w:tcMar>
                    <w:top w:w="45" w:type="dxa"/>
                    <w:left w:w="70" w:type="dxa"/>
                    <w:bottom w:w="45" w:type="dxa"/>
                    <w:right w:w="70" w:type="dxa"/>
                  </w:tcMar>
                </w:tcPr>
                <w:p w14:paraId="4AFA9DC9" w14:textId="77777777" w:rsidR="008F2987" w:rsidRDefault="00CD78B1">
                  <w:pPr>
                    <w:jc w:val="both"/>
                  </w:pPr>
                  <w:r>
                    <w:rPr>
                      <w:rFonts w:ascii="Times New Roman" w:eastAsia="Times New Roman" w:hAnsi="Times New Roman"/>
                      <w:lang w:val="vi-VN"/>
                    </w:rPr>
                    <w:t>Sống thiếu tay hay chân rất hạn chế; đời sống Cơ Đốc cũng vậy. Mỗi lĩnh vực của đời sống được Thánh Linh dẫn dắt phải được giữ cân bằng và rèn luyện để thật hữu ích, hiệu quả và thỏa lòng.</w:t>
                  </w:r>
                </w:p>
              </w:tc>
            </w:tr>
            <w:tr w:rsidR="00E34B5C" w:rsidRPr="00725484" w14:paraId="248BDE6E" w14:textId="77777777">
              <w:tblPrEx>
                <w:tblBorders>
                  <w:top w:val="nil"/>
                  <w:left w:val="nil"/>
                  <w:bottom w:val="nil"/>
                  <w:right w:val="nil"/>
                  <w:insideH w:val="nil"/>
                  <w:insideV w:val="nil"/>
                </w:tblBorders>
                <w:tblCellMar>
                  <w:left w:w="0" w:type="dxa"/>
                  <w:right w:w="0" w:type="dxa"/>
                </w:tblCellMar>
              </w:tblPrEx>
              <w:tc>
                <w:tcPr>
                  <w:tcW w:w="2900" w:type="dxa"/>
                  <w:tcMar>
                    <w:top w:w="0" w:type="dxa"/>
                    <w:left w:w="0" w:type="dxa"/>
                    <w:bottom w:w="0" w:type="dxa"/>
                    <w:right w:w="0" w:type="dxa"/>
                  </w:tcMar>
                  <w:vAlign w:val="bottom"/>
                </w:tcPr>
                <w:p w14:paraId="62CF4083" w14:textId="77777777" w:rsidR="00E34B5C" w:rsidRPr="00725484" w:rsidRDefault="00AB1AF6">
                  <w:pPr>
                    <w:spacing w:before="100"/>
                    <w:rPr>
                      <w:szCs w:val="18"/>
                    </w:rPr>
                  </w:pPr>
                  <w:r>
                    <w:rPr>
                      <w:rFonts w:ascii="Times New Roman" w:eastAsia="Times New Roman" w:hAnsi="Times New Roman"/>
                      <w:lang w:val="vi-VN"/>
                    </w:rPr>
                    <w:t>1. Thánh Linh dẫn dắt</w:t>
                  </w:r>
                </w:p>
              </w:tc>
              <w:tc>
                <w:tcPr>
                  <w:tcW w:w="1788" w:type="dxa"/>
                  <w:tcMar>
                    <w:top w:w="0" w:type="dxa"/>
                    <w:left w:w="0" w:type="dxa"/>
                    <w:bottom w:w="0" w:type="dxa"/>
                    <w:right w:w="0" w:type="dxa"/>
                  </w:tcMar>
                  <w:vAlign w:val="bottom"/>
                </w:tcPr>
                <w:p w14:paraId="43EADF78" w14:textId="77777777" w:rsidR="00E34B5C" w:rsidRPr="00725484" w:rsidRDefault="00AB1AF6">
                  <w:pPr>
                    <w:spacing w:before="100"/>
                    <w:jc w:val="right"/>
                    <w:rPr>
                      <w:szCs w:val="18"/>
                    </w:rPr>
                  </w:pPr>
                  <w:r>
                    <w:rPr>
                      <w:rFonts w:ascii="Times New Roman" w:eastAsia="Times New Roman" w:hAnsi="Times New Roman"/>
                      <w:sz w:val="16"/>
                      <w:lang w:val="vi-VN"/>
                    </w:rPr>
                    <w:t>Êx 36:27; Rô 8:14</w:t>
                  </w:r>
                </w:p>
              </w:tc>
            </w:tr>
          </w:tbl>
          <w:p w14:paraId="24E0E1A7"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57"/>
              <w:gridCol w:w="1031"/>
            </w:tblGrid>
            <w:tr w:rsidR="00E34B5C" w:rsidRPr="00725484" w14:paraId="7A37F7D6" w14:textId="77777777">
              <w:tc>
                <w:tcPr>
                  <w:tcW w:w="3657" w:type="dxa"/>
                  <w:tcMar>
                    <w:top w:w="0" w:type="dxa"/>
                    <w:left w:w="0" w:type="dxa"/>
                    <w:bottom w:w="0" w:type="dxa"/>
                    <w:right w:w="0" w:type="dxa"/>
                  </w:tcMar>
                  <w:vAlign w:val="bottom"/>
                </w:tcPr>
                <w:p w14:paraId="623D8647" w14:textId="77777777" w:rsidR="00E34B5C" w:rsidRPr="00725484" w:rsidRDefault="00AB1AF6">
                  <w:pPr>
                    <w:rPr>
                      <w:szCs w:val="18"/>
                    </w:rPr>
                  </w:pPr>
                  <w:r>
                    <w:rPr>
                      <w:rFonts w:ascii="Times New Roman" w:eastAsia="Times New Roman" w:hAnsi="Times New Roman"/>
                      <w:lang w:val="vi-VN"/>
                    </w:rPr>
                    <w:t>2. Kinh Thánh</w:t>
                  </w:r>
                </w:p>
              </w:tc>
              <w:tc>
                <w:tcPr>
                  <w:tcW w:w="1031" w:type="dxa"/>
                  <w:tcMar>
                    <w:top w:w="0" w:type="dxa"/>
                    <w:left w:w="0" w:type="dxa"/>
                    <w:bottom w:w="0" w:type="dxa"/>
                    <w:right w:w="0" w:type="dxa"/>
                  </w:tcMar>
                  <w:vAlign w:val="bottom"/>
                </w:tcPr>
                <w:p w14:paraId="6D553DFD" w14:textId="77777777" w:rsidR="00E34B5C" w:rsidRPr="00725484" w:rsidRDefault="00AB1AF6">
                  <w:pPr>
                    <w:jc w:val="right"/>
                    <w:rPr>
                      <w:szCs w:val="18"/>
                    </w:rPr>
                  </w:pPr>
                  <w:r>
                    <w:rPr>
                      <w:rFonts w:ascii="Times New Roman" w:eastAsia="Times New Roman" w:hAnsi="Times New Roman"/>
                      <w:sz w:val="16"/>
                      <w:lang w:val="vi-VN"/>
                    </w:rPr>
                    <w:t>2 Tim 3:16</w:t>
                  </w:r>
                </w:p>
              </w:tc>
            </w:tr>
          </w:tbl>
          <w:p w14:paraId="502BC05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26CD1428" w14:textId="77777777">
              <w:tc>
                <w:tcPr>
                  <w:tcW w:w="3733" w:type="dxa"/>
                  <w:tcMar>
                    <w:top w:w="0" w:type="dxa"/>
                    <w:left w:w="0" w:type="dxa"/>
                    <w:bottom w:w="0" w:type="dxa"/>
                    <w:right w:w="0" w:type="dxa"/>
                  </w:tcMar>
                  <w:vAlign w:val="bottom"/>
                </w:tcPr>
                <w:p w14:paraId="397F4763" w14:textId="77777777" w:rsidR="00E34B5C" w:rsidRPr="00725484" w:rsidRDefault="00AB1AF6">
                  <w:pPr>
                    <w:rPr>
                      <w:szCs w:val="18"/>
                    </w:rPr>
                  </w:pPr>
                  <w:r>
                    <w:rPr>
                      <w:rFonts w:ascii="Times New Roman" w:eastAsia="Times New Roman" w:hAnsi="Times New Roman"/>
                      <w:lang w:val="vi-VN"/>
                    </w:rPr>
                    <w:t>3. Cầu nguyện</w:t>
                  </w:r>
                </w:p>
              </w:tc>
              <w:tc>
                <w:tcPr>
                  <w:tcW w:w="955" w:type="dxa"/>
                  <w:tcMar>
                    <w:top w:w="0" w:type="dxa"/>
                    <w:left w:w="0" w:type="dxa"/>
                    <w:bottom w:w="0" w:type="dxa"/>
                    <w:right w:w="0" w:type="dxa"/>
                  </w:tcMar>
                  <w:vAlign w:val="bottom"/>
                </w:tcPr>
                <w:p w14:paraId="62E2831E" w14:textId="77777777" w:rsidR="00E34B5C" w:rsidRPr="00725484" w:rsidRDefault="00AB1AF6">
                  <w:pPr>
                    <w:jc w:val="right"/>
                    <w:rPr>
                      <w:szCs w:val="18"/>
                    </w:rPr>
                  </w:pPr>
                  <w:r>
                    <w:rPr>
                      <w:rFonts w:ascii="Times New Roman" w:eastAsia="Times New Roman" w:hAnsi="Times New Roman"/>
                      <w:sz w:val="16"/>
                      <w:lang w:val="vi-VN"/>
                    </w:rPr>
                    <w:t>Phil 4:6‑7</w:t>
                  </w:r>
                </w:p>
              </w:tc>
            </w:tr>
          </w:tbl>
          <w:p w14:paraId="248AF87B"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128"/>
              <w:gridCol w:w="1560"/>
            </w:tblGrid>
            <w:tr w:rsidR="00E34B5C" w:rsidRPr="00725484" w14:paraId="6591F055" w14:textId="77777777">
              <w:tc>
                <w:tcPr>
                  <w:tcW w:w="3128" w:type="dxa"/>
                  <w:tcMar>
                    <w:top w:w="0" w:type="dxa"/>
                    <w:left w:w="0" w:type="dxa"/>
                    <w:bottom w:w="0" w:type="dxa"/>
                    <w:right w:w="0" w:type="dxa"/>
                  </w:tcMar>
                  <w:vAlign w:val="bottom"/>
                </w:tcPr>
                <w:p w14:paraId="026B5822" w14:textId="77777777" w:rsidR="00E34B5C" w:rsidRPr="00725484" w:rsidRDefault="00AB1AF6">
                  <w:pPr>
                    <w:rPr>
                      <w:szCs w:val="18"/>
                    </w:rPr>
                  </w:pPr>
                  <w:r>
                    <w:rPr>
                      <w:rFonts w:ascii="Times New Roman" w:eastAsia="Times New Roman" w:hAnsi="Times New Roman"/>
                      <w:lang w:val="vi-VN"/>
                    </w:rPr>
                    <w:t>4. Thờ phượng</w:t>
                  </w:r>
                </w:p>
              </w:tc>
              <w:tc>
                <w:tcPr>
                  <w:tcW w:w="1560" w:type="dxa"/>
                  <w:tcMar>
                    <w:top w:w="0" w:type="dxa"/>
                    <w:left w:w="0" w:type="dxa"/>
                    <w:bottom w:w="0" w:type="dxa"/>
                    <w:right w:w="0" w:type="dxa"/>
                  </w:tcMar>
                  <w:vAlign w:val="bottom"/>
                </w:tcPr>
                <w:p w14:paraId="6B20D4D5" w14:textId="77777777" w:rsidR="00E34B5C" w:rsidRPr="00725484" w:rsidRDefault="00AB1AF6">
                  <w:pPr>
                    <w:jc w:val="right"/>
                    <w:rPr>
                      <w:szCs w:val="18"/>
                    </w:rPr>
                  </w:pPr>
                  <w:r>
                    <w:rPr>
                      <w:rFonts w:ascii="Times New Roman" w:eastAsia="Times New Roman" w:hAnsi="Times New Roman"/>
                      <w:sz w:val="16"/>
                      <w:lang w:val="vi-VN"/>
                    </w:rPr>
                    <w:t>Thi 95:6; Gi 4:23‑24</w:t>
                  </w:r>
                </w:p>
              </w:tc>
            </w:tr>
          </w:tbl>
          <w:p w14:paraId="2ABDCE83"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631"/>
              <w:gridCol w:w="2057"/>
            </w:tblGrid>
            <w:tr w:rsidR="00E34B5C" w:rsidRPr="00725484" w14:paraId="2FCA7248" w14:textId="77777777">
              <w:tc>
                <w:tcPr>
                  <w:tcW w:w="2631" w:type="dxa"/>
                  <w:tcMar>
                    <w:top w:w="0" w:type="dxa"/>
                    <w:left w:w="0" w:type="dxa"/>
                    <w:bottom w:w="0" w:type="dxa"/>
                    <w:right w:w="0" w:type="dxa"/>
                  </w:tcMar>
                  <w:vAlign w:val="bottom"/>
                </w:tcPr>
                <w:p w14:paraId="4EA84511" w14:textId="77777777" w:rsidR="00E34B5C" w:rsidRPr="00725484" w:rsidRDefault="00AB1AF6">
                  <w:pPr>
                    <w:rPr>
                      <w:szCs w:val="18"/>
                    </w:rPr>
                  </w:pPr>
                  <w:r>
                    <w:rPr>
                      <w:rFonts w:ascii="Times New Roman" w:eastAsia="Times New Roman" w:hAnsi="Times New Roman"/>
                      <w:lang w:val="vi-VN"/>
                    </w:rPr>
                    <w:t>5. Thông công</w:t>
                  </w:r>
                </w:p>
              </w:tc>
              <w:tc>
                <w:tcPr>
                  <w:tcW w:w="2057" w:type="dxa"/>
                  <w:tcMar>
                    <w:top w:w="0" w:type="dxa"/>
                    <w:left w:w="0" w:type="dxa"/>
                    <w:bottom w:w="0" w:type="dxa"/>
                    <w:right w:w="0" w:type="dxa"/>
                  </w:tcMar>
                  <w:vAlign w:val="bottom"/>
                </w:tcPr>
                <w:p w14:paraId="286E6FF9" w14:textId="77777777" w:rsidR="00E34B5C" w:rsidRPr="00725484" w:rsidRDefault="00AB1AF6">
                  <w:pPr>
                    <w:jc w:val="right"/>
                    <w:rPr>
                      <w:szCs w:val="18"/>
                    </w:rPr>
                  </w:pPr>
                  <w:r>
                    <w:rPr>
                      <w:rFonts w:ascii="Times New Roman" w:eastAsia="Times New Roman" w:hAnsi="Times New Roman"/>
                      <w:sz w:val="16"/>
                      <w:lang w:val="vi-VN"/>
                    </w:rPr>
                    <w:t>Hêb 10:24–25; Rô 12:4–5</w:t>
                  </w:r>
                </w:p>
              </w:tc>
            </w:tr>
          </w:tbl>
          <w:p w14:paraId="048F114C"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600"/>
              <w:gridCol w:w="1088"/>
            </w:tblGrid>
            <w:tr w:rsidR="00E34B5C" w:rsidRPr="00725484" w14:paraId="3E328294" w14:textId="77777777">
              <w:tc>
                <w:tcPr>
                  <w:tcW w:w="3600" w:type="dxa"/>
                  <w:tcMar>
                    <w:top w:w="0" w:type="dxa"/>
                    <w:left w:w="0" w:type="dxa"/>
                    <w:bottom w:w="0" w:type="dxa"/>
                    <w:right w:w="0" w:type="dxa"/>
                  </w:tcMar>
                  <w:vAlign w:val="bottom"/>
                </w:tcPr>
                <w:p w14:paraId="7F973B9D" w14:textId="77777777" w:rsidR="00E34B5C" w:rsidRPr="00725484" w:rsidRDefault="00AB1AF6">
                  <w:pPr>
                    <w:rPr>
                      <w:szCs w:val="18"/>
                    </w:rPr>
                  </w:pPr>
                  <w:r>
                    <w:rPr>
                      <w:rFonts w:ascii="Times New Roman" w:eastAsia="Times New Roman" w:hAnsi="Times New Roman"/>
                      <w:lang w:val="vi-VN"/>
                    </w:rPr>
                    <w:t>6. Thương xót/Dâng hiến/Phục vụ</w:t>
                  </w:r>
                </w:p>
              </w:tc>
              <w:tc>
                <w:tcPr>
                  <w:tcW w:w="1088" w:type="dxa"/>
                  <w:tcMar>
                    <w:top w:w="0" w:type="dxa"/>
                    <w:left w:w="0" w:type="dxa"/>
                    <w:bottom w:w="0" w:type="dxa"/>
                    <w:right w:w="0" w:type="dxa"/>
                  </w:tcMar>
                  <w:vAlign w:val="bottom"/>
                </w:tcPr>
                <w:p w14:paraId="67D70047" w14:textId="77777777" w:rsidR="00E34B5C" w:rsidRPr="00725484" w:rsidRDefault="00AB1AF6">
                  <w:pPr>
                    <w:jc w:val="right"/>
                    <w:rPr>
                      <w:szCs w:val="18"/>
                    </w:rPr>
                  </w:pPr>
                  <w:r>
                    <w:rPr>
                      <w:rFonts w:ascii="Times New Roman" w:eastAsia="Times New Roman" w:hAnsi="Times New Roman"/>
                      <w:sz w:val="16"/>
                      <w:lang w:val="vi-VN"/>
                    </w:rPr>
                    <w:t>Gal 5:13‑14</w:t>
                  </w:r>
                </w:p>
              </w:tc>
            </w:tr>
          </w:tbl>
          <w:p w14:paraId="32C838FD"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733"/>
              <w:gridCol w:w="955"/>
            </w:tblGrid>
            <w:tr w:rsidR="00E34B5C" w:rsidRPr="00725484" w14:paraId="22D09450" w14:textId="77777777">
              <w:tc>
                <w:tcPr>
                  <w:tcW w:w="3733" w:type="dxa"/>
                  <w:tcMar>
                    <w:top w:w="0" w:type="dxa"/>
                    <w:left w:w="0" w:type="dxa"/>
                    <w:bottom w:w="0" w:type="dxa"/>
                    <w:right w:w="0" w:type="dxa"/>
                  </w:tcMar>
                  <w:vAlign w:val="bottom"/>
                </w:tcPr>
                <w:p w14:paraId="463F17DA" w14:textId="77777777" w:rsidR="00E34B5C" w:rsidRPr="00725484" w:rsidRDefault="00AB1AF6">
                  <w:pPr>
                    <w:rPr>
                      <w:szCs w:val="18"/>
                    </w:rPr>
                  </w:pPr>
                  <w:r>
                    <w:rPr>
                      <w:rFonts w:ascii="Times New Roman" w:eastAsia="Times New Roman" w:hAnsi="Times New Roman"/>
                      <w:lang w:val="vi-VN"/>
                    </w:rPr>
                    <w:t>7. (ĐI) Truyền giáo</w:t>
                  </w:r>
                </w:p>
              </w:tc>
              <w:tc>
                <w:tcPr>
                  <w:tcW w:w="955" w:type="dxa"/>
                  <w:tcMar>
                    <w:top w:w="0" w:type="dxa"/>
                    <w:left w:w="0" w:type="dxa"/>
                    <w:bottom w:w="0" w:type="dxa"/>
                    <w:right w:w="0" w:type="dxa"/>
                  </w:tcMar>
                  <w:vAlign w:val="bottom"/>
                </w:tcPr>
                <w:p w14:paraId="7D82ED25" w14:textId="77777777" w:rsidR="00E34B5C" w:rsidRPr="00725484" w:rsidRDefault="00AB1AF6">
                  <w:pPr>
                    <w:jc w:val="right"/>
                    <w:rPr>
                      <w:szCs w:val="18"/>
                    </w:rPr>
                  </w:pPr>
                  <w:r>
                    <w:rPr>
                      <w:rFonts w:ascii="Times New Roman" w:eastAsia="Times New Roman" w:hAnsi="Times New Roman"/>
                      <w:sz w:val="16"/>
                      <w:lang w:val="vi-VN"/>
                    </w:rPr>
                    <w:t>Rô 1:16</w:t>
                  </w:r>
                </w:p>
              </w:tc>
            </w:tr>
          </w:tbl>
          <w:p w14:paraId="36D67BE2" w14:textId="77777777" w:rsidR="00E34B5C" w:rsidRPr="00725484" w:rsidRDefault="00E34B5C">
            <w:pPr>
              <w:spacing w:line="10" w:lineRule="exact"/>
              <w:rPr>
                <w:szCs w:val="18"/>
              </w:rPr>
            </w:pPr>
          </w:p>
          <w:tbl>
            <w:tblPr>
              <w:tblW w:w="4688"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3448"/>
              <w:gridCol w:w="1240"/>
            </w:tblGrid>
            <w:tr w:rsidR="00E34B5C" w:rsidRPr="00725484" w14:paraId="3C5E062B" w14:textId="77777777">
              <w:tc>
                <w:tcPr>
                  <w:tcW w:w="3448" w:type="dxa"/>
                  <w:tcMar>
                    <w:top w:w="0" w:type="dxa"/>
                    <w:left w:w="0" w:type="dxa"/>
                    <w:bottom w:w="0" w:type="dxa"/>
                    <w:right w:w="0" w:type="dxa"/>
                  </w:tcMar>
                  <w:vAlign w:val="bottom"/>
                </w:tcPr>
                <w:p w14:paraId="5D5B5721" w14:textId="77777777" w:rsidR="00E34B5C" w:rsidRPr="00725484" w:rsidRDefault="00AB1AF6">
                  <w:pPr>
                    <w:rPr>
                      <w:szCs w:val="18"/>
                    </w:rPr>
                  </w:pPr>
                  <w:r>
                    <w:rPr>
                      <w:rFonts w:ascii="Times New Roman" w:eastAsia="Times New Roman" w:hAnsi="Times New Roman"/>
                      <w:lang w:val="vi-VN"/>
                    </w:rPr>
                    <w:t>8. Môn đồ hóa</w:t>
                  </w:r>
                </w:p>
              </w:tc>
              <w:tc>
                <w:tcPr>
                  <w:tcW w:w="1240" w:type="dxa"/>
                  <w:tcMar>
                    <w:top w:w="0" w:type="dxa"/>
                    <w:left w:w="0" w:type="dxa"/>
                    <w:bottom w:w="0" w:type="dxa"/>
                    <w:right w:w="0" w:type="dxa"/>
                  </w:tcMar>
                  <w:vAlign w:val="bottom"/>
                </w:tcPr>
                <w:p w14:paraId="142A7883" w14:textId="77777777" w:rsidR="00E34B5C" w:rsidRPr="00725484" w:rsidRDefault="00AB1AF6">
                  <w:pPr>
                    <w:jc w:val="right"/>
                    <w:rPr>
                      <w:szCs w:val="18"/>
                    </w:rPr>
                  </w:pPr>
                  <w:r>
                    <w:rPr>
                      <w:rFonts w:ascii="Times New Roman" w:eastAsia="Times New Roman" w:hAnsi="Times New Roman"/>
                      <w:sz w:val="16"/>
                      <w:lang w:val="vi-VN"/>
                    </w:rPr>
                    <w:t>Mat 28:18‑20</w:t>
                  </w:r>
                </w:p>
              </w:tc>
            </w:tr>
          </w:tbl>
          <w:p w14:paraId="7E1F6B85" w14:textId="77777777" w:rsidR="00E34B5C" w:rsidRPr="00725484" w:rsidRDefault="00E34B5C">
            <w:pPr>
              <w:spacing w:line="10" w:lineRule="exact"/>
              <w:rPr>
                <w:szCs w:val="18"/>
              </w:rPr>
            </w:pPr>
          </w:p>
          <w:p w14:paraId="166CCD99" w14:textId="77777777" w:rsidR="00E34B5C" w:rsidRPr="00725484" w:rsidRDefault="00E34B5C">
            <w:pPr>
              <w:spacing w:line="10" w:lineRule="exact"/>
              <w:rPr>
                <w:szCs w:val="18"/>
              </w:rPr>
            </w:pPr>
          </w:p>
          <w:p w14:paraId="671818DB" w14:textId="77777777" w:rsidR="008F2987" w:rsidRDefault="008F2987">
            <w:pPr>
              <w:spacing w:line="10" w:lineRule="exact"/>
              <w:rPr>
                <w:szCs w:val="18"/>
              </w:rPr>
            </w:pPr>
          </w:p>
          <w:p w14:paraId="227E8531" w14:textId="77777777" w:rsidR="008F2987" w:rsidRDefault="008F2987">
            <w:pPr>
              <w:spacing w:line="10" w:lineRule="exact"/>
              <w:rPr>
                <w:szCs w:val="18"/>
              </w:rPr>
            </w:pPr>
          </w:p>
        </w:tc>
      </w:tr>
    </w:tbl>
    <w:p w14:paraId="279972A7" w14:textId="77777777" w:rsidR="008F2987" w:rsidRDefault="008F2987">
      <w:pPr>
        <w:widowControl w:val="0"/>
        <w:spacing w:line="20" w:lineRule="exact"/>
        <w:rPr>
          <w:szCs w:val="18"/>
        </w:rPr>
      </w:pPr>
    </w:p>
    <w:sectPr w:rsidR="008F2987" w:rsidSect="00034616">
      <w:headerReference w:type="default" r:id="rId9"/>
      <w:pgSz w:w="15840" w:h="12240" w:orient="landscape"/>
      <w:pgMar w:top="288" w:right="288" w:bottom="144" w:left="288" w:header="72"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02149" w14:textId="77777777" w:rsidR="00CD78B1" w:rsidRDefault="00CD78B1">
      <w:r>
        <w:separator/>
      </w:r>
    </w:p>
  </w:endnote>
  <w:endnote w:type="continuationSeparator" w:id="0">
    <w:p w14:paraId="0676A6EE" w14:textId="77777777" w:rsidR="00CD78B1" w:rsidRDefault="00CD7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49654" w14:textId="77777777" w:rsidR="00CD78B1" w:rsidRDefault="00CD78B1">
      <w:r>
        <w:separator/>
      </w:r>
    </w:p>
  </w:footnote>
  <w:footnote w:type="continuationSeparator" w:id="0">
    <w:p w14:paraId="33A2C487" w14:textId="77777777" w:rsidR="00CD78B1" w:rsidRDefault="00CD7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2CDD" w14:textId="77777777" w:rsidR="00E34B5C" w:rsidRDefault="00AB1AF6">
    <w:pPr>
      <w:pStyle w:val="Header"/>
      <w:spacing w:line="20" w:lineRule="exact"/>
    </w:pPr>
    <w:r>
      <w:rPr>
        <w:noProof/>
      </w:rPr>
      <w:drawing>
        <wp:anchor distT="0" distB="0" distL="0" distR="0" simplePos="0" relativeHeight="251658240" behindDoc="1" locked="0" layoutInCell="0" allowOverlap="1" wp14:anchorId="39609800" wp14:editId="49B3FFC8">
          <wp:simplePos x="0" y="0"/>
          <wp:positionH relativeFrom="page">
            <wp:posOffset>0</wp:posOffset>
          </wp:positionH>
          <wp:positionV relativeFrom="page">
            <wp:posOffset>91440</wp:posOffset>
          </wp:positionV>
          <wp:extent cx="10058400" cy="7132320"/>
          <wp:effectExtent l="0" t="0" r="0" b="0"/>
          <wp:wrapNone/>
          <wp:docPr id="776569263" name="Picture 77656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ld_guides.png"/>
                  <pic:cNvPicPr/>
                </pic:nvPicPr>
                <pic:blipFill>
                  <a:blip r:embed="rId1"/>
                  <a:stretch>
                    <a:fillRect/>
                  </a:stretch>
                </pic:blipFill>
                <pic:spPr>
                  <a:xfrm>
                    <a:off x="0" y="0"/>
                    <a:ext cx="10058400" cy="71323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7990670">
    <w:abstractNumId w:val="8"/>
  </w:num>
  <w:num w:numId="2" w16cid:durableId="880554880">
    <w:abstractNumId w:val="6"/>
  </w:num>
  <w:num w:numId="3" w16cid:durableId="48261011">
    <w:abstractNumId w:val="5"/>
  </w:num>
  <w:num w:numId="4" w16cid:durableId="420293909">
    <w:abstractNumId w:val="4"/>
  </w:num>
  <w:num w:numId="5" w16cid:durableId="708146568">
    <w:abstractNumId w:val="7"/>
  </w:num>
  <w:num w:numId="6" w16cid:durableId="672074753">
    <w:abstractNumId w:val="3"/>
  </w:num>
  <w:num w:numId="7" w16cid:durableId="885533636">
    <w:abstractNumId w:val="2"/>
  </w:num>
  <w:num w:numId="8" w16cid:durableId="1215309816">
    <w:abstractNumId w:val="1"/>
  </w:num>
  <w:num w:numId="9" w16cid:durableId="108514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51D47"/>
    <w:rsid w:val="005C03DA"/>
    <w:rsid w:val="006F058C"/>
    <w:rsid w:val="00725484"/>
    <w:rsid w:val="00872F3D"/>
    <w:rsid w:val="008F2987"/>
    <w:rsid w:val="00AA1D8D"/>
    <w:rsid w:val="00AB1AF6"/>
    <w:rsid w:val="00B47730"/>
    <w:rsid w:val="00CB0664"/>
    <w:rsid w:val="00CD78B1"/>
    <w:rsid w:val="00D07C0F"/>
    <w:rsid w:val="00E34B5C"/>
    <w:rsid w:val="00FC59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8E7802"/>
  <w14:defaultImageDpi w14:val="300"/>
  <w15:docId w15:val="{3CEA70EA-B65E-48C2-ABF2-9A4EA2F7C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Comic Sans MS" w:hAnsi="Comic Sans MS"/>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Follow Me New Believer Fold Trial</vt:lpstr>
    </vt:vector>
  </TitlesOfParts>
  <Manager/>
  <Company/>
  <LinksUpToDate>false</LinksUpToDate>
  <CharactersWithSpaces>10038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Follow Me New Believer Fold Trial</dc:title>
  <dc:subject/>
  <dc:creator>python-docx</dc:creator>
  <cp:keywords/>
  <dc:description>generated by python-docx</dc:description>
  <cp:lastModifiedBy>Mark Ecklund</cp:lastModifiedBy>
  <cp:revision>2</cp:revision>
  <cp:lastPrinted>2026-10-09T22:35:00Z</cp:lastPrinted>
  <dcterms:created xsi:type="dcterms:W3CDTF">2026-10-09T22:37:00Z</dcterms:created>
  <dcterms:modified xsi:type="dcterms:W3CDTF">2026-10-09T22:37:00Z</dcterms:modified>
  <cp:category/>
</cp:coreProperties>
</file>