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4" w:type="dxa"/>
        <w:tblLayout w:type="fixed"/>
        <w:tblLook w:val="04A0" w:firstRow="1" w:lastRow="0" w:firstColumn="1" w:lastColumn="0" w:noHBand="0" w:noVBand="1"/>
      </w:tblPr>
      <w:tblGrid>
        <w:gridCol w:w="5088"/>
        <w:gridCol w:w="5088"/>
        <w:gridCol w:w="5088"/>
      </w:tblGrid>
      <w:tr w:rsidR="00E34B5C" w14:paraId="004E8DC6" w14:textId="77777777">
        <w:trPr>
          <w:cantSplit/>
        </w:trPr>
        <w:tc>
          <w:tcPr>
            <w:tcW w:w="5088" w:type="dxa"/>
            <w:tcMar>
              <w:left w:w="60" w:type="dxa"/>
              <w:right w:w="200" w:type="dxa"/>
            </w:tcMar>
          </w:tcPr>
          <w:p w14:paraId="74EA4086" w14:textId="77777777" w:rsidR="00E34B5C" w:rsidRPr="00725484" w:rsidRDefault="00AB1AF6">
            <w:pPr>
              <w:keepNext/>
              <w:tabs>
                <w:tab w:val="center" w:pos="2414"/>
              </w:tabs>
              <w:spacing w:before="50" w:line="180" w:lineRule="exact"/>
            </w:pPr>
            <w:r>
              <w:t>7 DIOS TE DA SEGURIDAD</w:t>
            </w:r>
            <w:r>
              <w:rPr>
                <w:b/>
              </w:rPr>
              <w:tab/>
            </w:r>
          </w:p>
          <w:p w14:paraId="59BA3F27" w14:textId="77777777" w:rsidR="00E34B5C" w:rsidRPr="00725484" w:rsidRDefault="00AB1AF6">
            <w:pPr>
              <w:keepNext/>
              <w:spacing w:line="180" w:lineRule="exact"/>
              <w:rPr>
                <w:szCs w:val="18"/>
              </w:rPr>
            </w:pPr>
            <w:r>
              <w:rPr>
                <w:b/>
              </w:rPr>
              <w:t>IDENTIDAD</w:t>
            </w: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13"/>
              <w:gridCol w:w="875"/>
            </w:tblGrid>
            <w:tr w:rsidR="00E34B5C" w:rsidRPr="00725484" w14:paraId="693B031A" w14:textId="77777777">
              <w:tc>
                <w:tcPr>
                  <w:tcW w:w="38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915995A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Dios me ama.</w:t>
                  </w:r>
                </w:p>
              </w:tc>
              <w:tc>
                <w:tcPr>
                  <w:tcW w:w="8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A8F7E6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Col 3:12</w:t>
                  </w:r>
                </w:p>
              </w:tc>
            </w:tr>
          </w:tbl>
          <w:p w14:paraId="17F2E067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33"/>
              <w:gridCol w:w="955"/>
            </w:tblGrid>
            <w:tr w:rsidR="00E34B5C" w:rsidRPr="00725484" w14:paraId="4CBDBE66" w14:textId="77777777">
              <w:tc>
                <w:tcPr>
                  <w:tcW w:w="37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B978EBB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Soy adoptado en la familia de Dios.</w:t>
                  </w:r>
                </w:p>
              </w:tc>
              <w:tc>
                <w:tcPr>
                  <w:tcW w:w="9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04B886E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Ro 8:15</w:t>
                  </w:r>
                </w:p>
              </w:tc>
            </w:tr>
          </w:tbl>
          <w:p w14:paraId="263E321D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4"/>
              <w:gridCol w:w="1004"/>
            </w:tblGrid>
            <w:tr w:rsidR="00E34B5C" w:rsidRPr="00725484" w14:paraId="2BC07904" w14:textId="77777777">
              <w:tc>
                <w:tcPr>
                  <w:tcW w:w="36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B153AF5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Soy templo del Espíritu Santo.</w:t>
                  </w:r>
                </w:p>
              </w:tc>
              <w:tc>
                <w:tcPr>
                  <w:tcW w:w="1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8839A3A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1 Co 6:19</w:t>
                  </w:r>
                </w:p>
              </w:tc>
            </w:tr>
          </w:tbl>
          <w:p w14:paraId="11EF4F0B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77"/>
              <w:gridCol w:w="911"/>
            </w:tblGrid>
            <w:tr w:rsidR="00E34B5C" w:rsidRPr="00725484" w14:paraId="5BB048BB" w14:textId="77777777">
              <w:tc>
                <w:tcPr>
                  <w:tcW w:w="377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B82281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Nunca estoy solo.</w:t>
                  </w:r>
                </w:p>
              </w:tc>
              <w:tc>
                <w:tcPr>
                  <w:tcW w:w="91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710699B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Mt 28:20</w:t>
                  </w:r>
                </w:p>
              </w:tc>
            </w:tr>
          </w:tbl>
          <w:p w14:paraId="14E31D94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2"/>
              <w:gridCol w:w="786"/>
            </w:tblGrid>
            <w:tr w:rsidR="00E34B5C" w:rsidRPr="00725484" w14:paraId="0CA03D7A" w14:textId="77777777">
              <w:tc>
                <w:tcPr>
                  <w:tcW w:w="39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7F282F7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Tengo acceso directo a Dios.</w:t>
                  </w:r>
                </w:p>
              </w:tc>
              <w:tc>
                <w:tcPr>
                  <w:tcW w:w="7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D973384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Ef 2:18</w:t>
                  </w:r>
                </w:p>
              </w:tc>
            </w:tr>
          </w:tbl>
          <w:p w14:paraId="7A6321B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48119D15" w14:textId="77777777" w:rsidR="00E34B5C" w:rsidRPr="00725484" w:rsidRDefault="00AB1AF6">
            <w:pPr>
              <w:keepNext/>
              <w:spacing w:line="180" w:lineRule="exact"/>
              <w:rPr>
                <w:szCs w:val="18"/>
              </w:rPr>
            </w:pPr>
            <w:r w:rsidRPr="00725484">
              <w:rPr>
                <w:b/>
                <w:szCs w:val="18"/>
              </w:rPr>
              <w:t>CERTEZA</w:t>
            </w: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13"/>
              <w:gridCol w:w="875"/>
            </w:tblGrid>
            <w:tr w:rsidR="00E34B5C" w:rsidRPr="00725484" w14:paraId="6D175901" w14:textId="77777777">
              <w:tc>
                <w:tcPr>
                  <w:tcW w:w="38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C4179A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Soy una nueva creación en Cristo.</w:t>
                  </w:r>
                </w:p>
              </w:tc>
              <w:tc>
                <w:tcPr>
                  <w:tcW w:w="8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BCA5B25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2 Co 5:17</w:t>
                  </w:r>
                </w:p>
              </w:tc>
            </w:tr>
          </w:tbl>
          <w:p w14:paraId="33BE6EE7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77"/>
              <w:gridCol w:w="911"/>
            </w:tblGrid>
            <w:tr w:rsidR="00E34B5C" w:rsidRPr="00725484" w14:paraId="7D1DCEF1" w14:textId="77777777">
              <w:tc>
                <w:tcPr>
                  <w:tcW w:w="377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BB1715B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Mi vida tiene sentido y propósito.</w:t>
                  </w:r>
                </w:p>
              </w:tc>
              <w:tc>
                <w:tcPr>
                  <w:tcW w:w="91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15676F1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Ef 2:10</w:t>
                  </w:r>
                </w:p>
              </w:tc>
            </w:tr>
          </w:tbl>
          <w:p w14:paraId="7B98FA1E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64"/>
              <w:gridCol w:w="1124"/>
            </w:tblGrid>
            <w:tr w:rsidR="00E34B5C" w:rsidRPr="00725484" w14:paraId="4B05477A" w14:textId="77777777">
              <w:tc>
                <w:tcPr>
                  <w:tcW w:w="356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C059CB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Dios oye la oración según Su voluntad.</w:t>
                  </w:r>
                </w:p>
              </w:tc>
              <w:tc>
                <w:tcPr>
                  <w:tcW w:w="11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C419532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1 Jn 5:14–15</w:t>
                  </w:r>
                </w:p>
              </w:tc>
            </w:tr>
          </w:tbl>
          <w:p w14:paraId="2493E286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5865E1EE" w14:textId="77777777" w:rsidR="004903E0" w:rsidRDefault="00C90E98">
            <w:pPr>
              <w:spacing w:line="180" w:lineRule="exact"/>
              <w:jc w:val="both"/>
            </w:pPr>
            <w:r>
              <w:t>• Nada puede separarme del</w:t>
            </w: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20"/>
              <w:gridCol w:w="1168"/>
            </w:tblGrid>
            <w:tr w:rsidR="00E34B5C" w:rsidRPr="00725484" w14:paraId="65ECF5C5" w14:textId="77777777">
              <w:tc>
                <w:tcPr>
                  <w:tcW w:w="3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7994A97" w14:textId="77777777" w:rsidR="00E34B5C" w:rsidRPr="00725484" w:rsidRDefault="00AB1AF6">
                  <w:pPr>
                    <w:spacing w:line="180" w:lineRule="exact"/>
                    <w:rPr>
                      <w:szCs w:val="18"/>
                    </w:rPr>
                  </w:pPr>
                  <w:r>
                    <w:t>amor de Dios.</w:t>
                  </w:r>
                </w:p>
              </w:tc>
              <w:tc>
                <w:tcPr>
                  <w:tcW w:w="11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ECF689C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Ro 8:31‑39</w:t>
                  </w:r>
                </w:p>
              </w:tc>
            </w:tr>
          </w:tbl>
          <w:p w14:paraId="4E9D833F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0BC0EB52" w14:textId="77777777" w:rsidR="00E34B5C" w:rsidRPr="00725484" w:rsidRDefault="00AB1AF6">
            <w:pPr>
              <w:keepNext/>
              <w:spacing w:line="180" w:lineRule="exact"/>
              <w:rPr>
                <w:szCs w:val="18"/>
              </w:rPr>
            </w:pPr>
            <w:r w:rsidRPr="00725484">
              <w:rPr>
                <w:b/>
                <w:szCs w:val="18"/>
              </w:rPr>
              <w:t>PROMESAS</w:t>
            </w: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77"/>
              <w:gridCol w:w="911"/>
            </w:tblGrid>
            <w:tr w:rsidR="00E34B5C" w:rsidRPr="00725484" w14:paraId="2BC10E31" w14:textId="77777777">
              <w:tc>
                <w:tcPr>
                  <w:tcW w:w="377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105DB1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Tengo una esperanza viva.</w:t>
                  </w:r>
                </w:p>
              </w:tc>
              <w:tc>
                <w:tcPr>
                  <w:tcW w:w="91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5E70BEB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1 Pe 1:3–4</w:t>
                  </w:r>
                </w:p>
              </w:tc>
            </w:tr>
          </w:tbl>
          <w:p w14:paraId="284A33C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4"/>
              <w:gridCol w:w="1004"/>
            </w:tblGrid>
            <w:tr w:rsidR="00E34B5C" w:rsidRPr="00725484" w14:paraId="79C5BC11" w14:textId="77777777">
              <w:tc>
                <w:tcPr>
                  <w:tcW w:w="36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B17286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Lo viejo pasó; lo nuevo ha llegado.</w:t>
                  </w:r>
                </w:p>
              </w:tc>
              <w:tc>
                <w:tcPr>
                  <w:tcW w:w="1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F83439D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2 Co 5:17</w:t>
                  </w:r>
                </w:p>
              </w:tc>
            </w:tr>
          </w:tbl>
          <w:p w14:paraId="31CCD6CE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48"/>
              <w:gridCol w:w="840"/>
            </w:tblGrid>
            <w:tr w:rsidR="00E34B5C" w:rsidRPr="00725484" w14:paraId="53767D04" w14:textId="77777777">
              <w:tc>
                <w:tcPr>
                  <w:tcW w:w="38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A5975C7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Él me dará una dirección clara.</w:t>
                  </w:r>
                </w:p>
              </w:tc>
              <w:tc>
                <w:tcPr>
                  <w:tcW w:w="8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081E12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Pr 3:5‑6</w:t>
                  </w:r>
                </w:p>
              </w:tc>
            </w:tr>
          </w:tbl>
          <w:p w14:paraId="03A6F2A0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88"/>
            </w:tblGrid>
            <w:tr w:rsidR="00E34B5C" w:rsidRPr="00725484" w14:paraId="1567262E" w14:textId="77777777">
              <w:tc>
                <w:tcPr>
                  <w:tcW w:w="46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B69461" w14:textId="77777777" w:rsidR="00E34B5C" w:rsidRPr="00725484" w:rsidRDefault="00AB1AF6">
                  <w:pPr>
                    <w:tabs>
                      <w:tab w:val="right" w:pos="4720"/>
                    </w:tabs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En la tentación, Dios da una salida.</w:t>
                  </w:r>
                  <w:r>
                    <w:br/>
                  </w:r>
                  <w:r>
                    <w:tab/>
                  </w:r>
                  <w:r>
                    <w:rPr>
                      <w:sz w:val="16"/>
                    </w:rPr>
                    <w:t>1 Co 10:13</w:t>
                  </w:r>
                </w:p>
              </w:tc>
            </w:tr>
          </w:tbl>
          <w:p w14:paraId="31307D7E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2"/>
              <w:gridCol w:w="826"/>
            </w:tblGrid>
            <w:tr w:rsidR="00E34B5C" w:rsidRPr="00725484" w14:paraId="173A299A" w14:textId="77777777">
              <w:tc>
                <w:tcPr>
                  <w:tcW w:w="38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4B08E4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Soy perdonado.</w:t>
                  </w:r>
                </w:p>
              </w:tc>
              <w:tc>
                <w:tcPr>
                  <w:tcW w:w="82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5A0DC8E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1 Jn 1:9</w:t>
                  </w:r>
                </w:p>
              </w:tc>
            </w:tr>
          </w:tbl>
          <w:p w14:paraId="2D5AAFA5" w14:textId="77777777" w:rsidR="004903E0" w:rsidRDefault="00C90E98">
            <w:pPr>
              <w:spacing w:line="180" w:lineRule="exact"/>
              <w:jc w:val="both"/>
            </w:pPr>
            <w:r>
              <w:t>• Quien comenzó Su buena obra en mí</w:t>
            </w: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6"/>
              <w:gridCol w:w="822"/>
            </w:tblGrid>
            <w:tr w:rsidR="00E34B5C" w:rsidRPr="00725484" w14:paraId="4A7C726E" w14:textId="77777777">
              <w:tc>
                <w:tcPr>
                  <w:tcW w:w="386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B111759" w14:textId="77777777" w:rsidR="00E34B5C" w:rsidRPr="00725484" w:rsidRDefault="00AB1AF6">
                  <w:pPr>
                    <w:spacing w:line="180" w:lineRule="exact"/>
                    <w:rPr>
                      <w:szCs w:val="18"/>
                    </w:rPr>
                  </w:pPr>
                  <w:r>
                    <w:t>la completará.</w:t>
                  </w:r>
                </w:p>
              </w:tc>
              <w:tc>
                <w:tcPr>
                  <w:tcW w:w="82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9B972F9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Fil 1:6</w:t>
                  </w:r>
                </w:p>
              </w:tc>
            </w:tr>
          </w:tbl>
          <w:p w14:paraId="233EB3BD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378221F8" w14:textId="77777777" w:rsidR="00E34B5C" w:rsidRPr="00725484" w:rsidRDefault="00AB1AF6">
            <w:pPr>
              <w:keepNext/>
              <w:tabs>
                <w:tab w:val="center" w:pos="2414"/>
              </w:tabs>
              <w:spacing w:before="50" w:line="180" w:lineRule="exact"/>
            </w:pPr>
            <w:r>
              <w:t>8 LA GRACIA DE DIOS Y TUS OBRAS</w:t>
            </w:r>
            <w:r>
              <w:rPr>
                <w:b/>
              </w:rPr>
              <w:tab/>
            </w:r>
          </w:p>
          <w:tbl>
            <w:tblPr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12B2EDA8" w14:textId="77777777">
              <w:tc>
                <w:tcPr>
                  <w:tcW w:w="4728" w:type="dxa"/>
                  <w:tcBorders>
                    <w:top w:val="single" w:sz="6" w:space="0" w:color="378650"/>
                    <w:left w:val="single" w:sz="6" w:space="0" w:color="378650"/>
                    <w:bottom w:val="single" w:sz="6" w:space="0" w:color="378650"/>
                    <w:right w:val="single" w:sz="6" w:space="0" w:color="378650"/>
                  </w:tcBorders>
                  <w:tcMar>
                    <w:top w:w="45" w:type="dxa"/>
                    <w:left w:w="70" w:type="dxa"/>
                    <w:bottom w:w="15" w:type="dxa"/>
                    <w:right w:w="70" w:type="dxa"/>
                  </w:tcMar>
                </w:tcPr>
                <w:p w14:paraId="165DE570" w14:textId="77777777" w:rsidR="004903E0" w:rsidRDefault="00C90E98">
                  <w:pPr>
                    <w:tabs>
                      <w:tab w:val="right" w:pos="4588"/>
                    </w:tabs>
                    <w:spacing w:line="180" w:lineRule="exact"/>
                    <w:jc w:val="both"/>
                  </w:pPr>
                  <w:r>
                    <w:rPr>
                      <w:b/>
                      <w:color w:val="AA2832"/>
                    </w:rPr>
                    <w:t>Gracia:</w:t>
                  </w:r>
                  <w:r>
                    <w:t xml:space="preserve"> Por gracia han sido salvados mediante la fe. Esto no procede de ustedes; es don de Dios, no resultado de obras, para que nadie se jacte.</w:t>
                  </w:r>
                  <w:r>
                    <w:br/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Efesios 2:8–9</w:t>
                  </w:r>
                </w:p>
                <w:p w14:paraId="2B37B1F6" w14:textId="77777777" w:rsidR="004903E0" w:rsidRDefault="00C90E98">
                  <w:pPr>
                    <w:tabs>
                      <w:tab w:val="right" w:pos="4588"/>
                    </w:tabs>
                    <w:spacing w:line="180" w:lineRule="exact"/>
                    <w:jc w:val="both"/>
                  </w:pPr>
                  <w:r>
                    <w:rPr>
                      <w:b/>
                      <w:color w:val="AA2832"/>
                    </w:rPr>
                    <w:t>Obras:</w:t>
                  </w:r>
                  <w:r>
                    <w:t xml:space="preserve"> Somos hechura Suya, creados en Cristo Jesús para buenas obras, que Dios preparó de antemano para que anduviéramos en ellas.</w:t>
                  </w:r>
                  <w:r>
                    <w:br/>
                  </w:r>
                  <w:r>
                    <w:br/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Efesios 2:10</w:t>
                  </w:r>
                </w:p>
              </w:tc>
            </w:tr>
          </w:tbl>
          <w:p w14:paraId="7553FDDA" w14:textId="77777777" w:rsidR="004903E0" w:rsidRDefault="00C90E98">
            <w:pPr>
              <w:tabs>
                <w:tab w:val="center" w:pos="2414"/>
              </w:tabs>
              <w:spacing w:before="50" w:line="180" w:lineRule="exact"/>
            </w:pPr>
            <w:r>
              <w:t>9 CRECIMIENTO ESPIRITUAL</w:t>
            </w:r>
            <w:r>
              <w:rPr>
                <w:b/>
              </w:rPr>
              <w:tab/>
            </w:r>
          </w:p>
          <w:p w14:paraId="323E7A66" w14:textId="77777777" w:rsidR="004903E0" w:rsidRDefault="00C90E98">
            <w:pPr>
              <w:tabs>
                <w:tab w:val="right" w:pos="4728"/>
              </w:tabs>
              <w:spacing w:line="180" w:lineRule="exact"/>
              <w:ind w:right="100"/>
              <w:jc w:val="both"/>
              <w:rPr>
                <w:szCs w:val="18"/>
              </w:rPr>
            </w:pPr>
            <w:r>
              <w:t>La Biblia usa metáforas del crecimiento espiritual para enseñarnos que NACEMOS PARA CRECER.</w:t>
            </w:r>
          </w:p>
          <w:p w14:paraId="21EA6B9B" w14:textId="77777777" w:rsidR="004903E0" w:rsidRDefault="00C90E98">
            <w:pPr>
              <w:tabs>
                <w:tab w:val="right" w:pos="4728"/>
              </w:tabs>
              <w:spacing w:line="180" w:lineRule="exact"/>
              <w:ind w:right="100"/>
              <w:jc w:val="center"/>
              <w:rPr>
                <w:szCs w:val="18"/>
              </w:rPr>
            </w:pPr>
            <w:r>
              <w:t>Raíz → Fruto   Recién nacido → Maduro   Leche → Carne</w:t>
            </w:r>
          </w:p>
          <w:tbl>
            <w:tblPr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4903E0" w14:paraId="785FF09B" w14:textId="77777777">
              <w:tc>
                <w:tcPr>
                  <w:tcW w:w="4728" w:type="dxa"/>
                  <w:tcBorders>
                    <w:top w:val="single" w:sz="4" w:space="0" w:color="378650"/>
                    <w:left w:val="single" w:sz="4" w:space="0" w:color="378650"/>
                    <w:bottom w:val="single" w:sz="4" w:space="0" w:color="378650"/>
                    <w:right w:val="single" w:sz="4" w:space="0" w:color="378650"/>
                  </w:tcBorders>
                  <w:tcMar>
                    <w:top w:w="35" w:type="dxa"/>
                    <w:bottom w:w="15" w:type="dxa"/>
                  </w:tcMar>
                </w:tcPr>
                <w:p w14:paraId="392ED6E7" w14:textId="77777777" w:rsidR="004903E0" w:rsidRDefault="00C90E98">
                  <w:pPr>
                    <w:tabs>
                      <w:tab w:val="right" w:pos="4512"/>
                    </w:tabs>
                    <w:spacing w:line="180" w:lineRule="exact"/>
                    <w:jc w:val="both"/>
                  </w:pPr>
                  <w:r>
                    <w:t>• Semilla — Nueva vida en Cristo.</w:t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1 Pe. 1:23</w:t>
                  </w:r>
                </w:p>
                <w:p w14:paraId="54F71B3B" w14:textId="77777777" w:rsidR="004903E0" w:rsidRDefault="00C90E98">
                  <w:pPr>
                    <w:tabs>
                      <w:tab w:val="right" w:pos="4512"/>
                    </w:tabs>
                    <w:spacing w:line="180" w:lineRule="exact"/>
                  </w:pPr>
                  <w:r>
                    <w:t>• Raíz — Arraigados en Cristo.</w:t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Col. 2:6–7</w:t>
                  </w:r>
                </w:p>
                <w:p w14:paraId="26DC92EE" w14:textId="77777777" w:rsidR="004903E0" w:rsidRDefault="00C90E98">
                  <w:pPr>
                    <w:tabs>
                      <w:tab w:val="right" w:pos="4512"/>
                    </w:tabs>
                    <w:spacing w:line="180" w:lineRule="exact"/>
                  </w:pPr>
                  <w:r>
                    <w:t>• Planta — Crecer con Cristo.</w:t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1 Co. 3:6–7</w:t>
                  </w:r>
                </w:p>
                <w:p w14:paraId="76FD8EE5" w14:textId="77777777" w:rsidR="004903E0" w:rsidRDefault="00C90E98">
                  <w:pPr>
                    <w:tabs>
                      <w:tab w:val="right" w:pos="4512"/>
                    </w:tabs>
                    <w:spacing w:line="180" w:lineRule="exact"/>
                  </w:pPr>
                  <w:r>
                    <w:t>• Fruto — Servir para que otros crezcan.</w:t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Jn. 15:5, 8</w:t>
                  </w:r>
                </w:p>
              </w:tc>
            </w:tr>
          </w:tbl>
          <w:p w14:paraId="139E6F9C" w14:textId="77777777" w:rsidR="004903E0" w:rsidRDefault="00C90E98">
            <w:pPr>
              <w:tabs>
                <w:tab w:val="right" w:pos="4728"/>
              </w:tabs>
              <w:spacing w:line="180" w:lineRule="exact"/>
              <w:ind w:right="100"/>
              <w:jc w:val="both"/>
            </w:pPr>
            <w:r>
              <w:t>«Así como recibieron a Cristo Jesús el Señor, anden en Él».</w:t>
            </w:r>
            <w:r>
              <w:br/>
            </w:r>
            <w:r>
              <w:tab/>
            </w:r>
            <w:r>
              <w:rPr>
                <w:sz w:val="16"/>
              </w:rPr>
              <w:t>Colosenses 2:6</w:t>
            </w:r>
          </w:p>
          <w:p w14:paraId="402C6C8B" w14:textId="77777777" w:rsidR="004903E0" w:rsidRDefault="00C90E98">
            <w:pPr>
              <w:tabs>
                <w:tab w:val="right" w:pos="4728"/>
              </w:tabs>
              <w:spacing w:line="180" w:lineRule="exact"/>
              <w:ind w:right="100"/>
              <w:jc w:val="both"/>
            </w:pPr>
            <w:r>
              <w:t>«Dando fruto en toda buena obra y creciendo en el conocimiento de Dios».</w:t>
            </w:r>
            <w:r>
              <w:br/>
            </w:r>
            <w:r>
              <w:tab/>
            </w:r>
            <w:r>
              <w:rPr>
                <w:sz w:val="16"/>
                <w:szCs w:val="16"/>
              </w:rPr>
              <w:t>Colosenses 1:10</w:t>
            </w:r>
          </w:p>
          <w:p w14:paraId="034CE52B" w14:textId="77777777" w:rsidR="004903E0" w:rsidRDefault="004903E0">
            <w:pPr>
              <w:spacing w:line="15" w:lineRule="exact"/>
            </w:pPr>
          </w:p>
          <w:tbl>
            <w:tblPr>
              <w:tblW w:w="4728" w:type="dxa"/>
              <w:tblBorders>
                <w:top w:val="single" w:sz="3" w:space="0" w:color="D9D9D9"/>
                <w:left w:val="single" w:sz="3" w:space="0" w:color="D9D9D9"/>
                <w:bottom w:val="single" w:sz="3" w:space="0" w:color="D9D9D9"/>
                <w:right w:val="single" w:sz="3" w:space="0" w:color="D9D9D9"/>
                <w:insideH w:val="single" w:sz="3" w:space="0" w:color="D9D9D9"/>
                <w:insideV w:val="single" w:sz="3" w:space="0" w:color="D9D9D9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50"/>
              <w:gridCol w:w="1280"/>
              <w:gridCol w:w="2298"/>
            </w:tblGrid>
            <w:tr w:rsidR="004903E0" w14:paraId="0440A4C0" w14:textId="77777777">
              <w:tc>
                <w:tcPr>
                  <w:tcW w:w="1150" w:type="dxa"/>
                  <w:shd w:val="clear" w:color="auto" w:fill="E0EFE3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38005FD7" w14:textId="77777777" w:rsidR="004903E0" w:rsidRDefault="00C90E98">
                  <w:pPr>
                    <w:spacing w:line="180" w:lineRule="exact"/>
                    <w:jc w:val="center"/>
                  </w:pPr>
                  <w:r>
                    <w:rPr>
                      <w:b/>
                      <w:sz w:val="16"/>
                    </w:rPr>
                    <w:t>TEMA</w:t>
                  </w:r>
                </w:p>
              </w:tc>
              <w:tc>
                <w:tcPr>
                  <w:tcW w:w="1280" w:type="dxa"/>
                  <w:shd w:val="clear" w:color="auto" w:fill="E0EFE3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01697DF3" w14:textId="77777777" w:rsidR="004903E0" w:rsidRDefault="00C90E98">
                  <w:pPr>
                    <w:spacing w:line="180" w:lineRule="exact"/>
                    <w:jc w:val="center"/>
                  </w:pPr>
                  <w:r>
                    <w:rPr>
                      <w:b/>
                      <w:sz w:val="16"/>
                    </w:rPr>
                    <w:t>Raíces (Nuevo)</w:t>
                  </w:r>
                </w:p>
              </w:tc>
              <w:tc>
                <w:tcPr>
                  <w:tcW w:w="2298" w:type="dxa"/>
                  <w:shd w:val="clear" w:color="auto" w:fill="E0EFE3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4711784B" w14:textId="77777777" w:rsidR="004903E0" w:rsidRDefault="00C90E98">
                  <w:pPr>
                    <w:spacing w:line="180" w:lineRule="exact"/>
                    <w:jc w:val="center"/>
                  </w:pPr>
                  <w:r>
                    <w:rPr>
                      <w:b/>
                      <w:sz w:val="16"/>
                    </w:rPr>
                    <w:t>Fruto (Maduro)</w:t>
                  </w:r>
                </w:p>
              </w:tc>
            </w:tr>
            <w:tr w:rsidR="004903E0" w14:paraId="033CEFC4" w14:textId="77777777">
              <w:tc>
                <w:tcPr>
                  <w:tcW w:w="1150" w:type="dxa"/>
                  <w:shd w:val="clear" w:color="auto" w:fill="E0EFE3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3EFD0DFA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Palabra de Dios</w:t>
                  </w:r>
                </w:p>
              </w:tc>
              <w:tc>
                <w:tcPr>
                  <w:tcW w:w="1280" w:type="dxa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0D0DFA74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Leer y aprender</w:t>
                  </w:r>
                </w:p>
              </w:tc>
              <w:tc>
                <w:tcPr>
                  <w:tcW w:w="2298" w:type="dxa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6C4DE451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Estudiar, recordar, compartir, defender</w:t>
                  </w:r>
                </w:p>
              </w:tc>
            </w:tr>
            <w:tr w:rsidR="004903E0" w14:paraId="7B6F0318" w14:textId="77777777">
              <w:tc>
                <w:tcPr>
                  <w:tcW w:w="1150" w:type="dxa"/>
                  <w:shd w:val="clear" w:color="auto" w:fill="E0EFE3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53C6DAE3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Espíritu Santo</w:t>
                  </w:r>
                </w:p>
              </w:tc>
              <w:tc>
                <w:tcPr>
                  <w:tcW w:w="1280" w:type="dxa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0EC82883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Recibir y depender</w:t>
                  </w:r>
                </w:p>
              </w:tc>
              <w:tc>
                <w:tcPr>
                  <w:tcW w:w="2298" w:type="dxa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2FC6DF3D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Poder de Dios para actuar</w:t>
                  </w:r>
                </w:p>
              </w:tc>
            </w:tr>
            <w:tr w:rsidR="004903E0" w14:paraId="458261AF" w14:textId="77777777">
              <w:tc>
                <w:tcPr>
                  <w:tcW w:w="1150" w:type="dxa"/>
                  <w:shd w:val="clear" w:color="auto" w:fill="E0EFE3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6CD6AB0C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Comunión</w:t>
                  </w:r>
                </w:p>
              </w:tc>
              <w:tc>
                <w:tcPr>
                  <w:tcW w:w="1280" w:type="dxa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026CEAF7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Reunirse, compartir</w:t>
                  </w:r>
                </w:p>
              </w:tc>
              <w:tc>
                <w:tcPr>
                  <w:tcW w:w="2298" w:type="dxa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277EC618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Guiar, dirigir, enseñar, orientar</w:t>
                  </w:r>
                </w:p>
              </w:tc>
            </w:tr>
            <w:tr w:rsidR="004903E0" w14:paraId="6DEF7960" w14:textId="77777777">
              <w:tc>
                <w:tcPr>
                  <w:tcW w:w="1150" w:type="dxa"/>
                  <w:shd w:val="clear" w:color="auto" w:fill="E0EFE3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35EA54AF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Evangelismo</w:t>
                  </w:r>
                </w:p>
              </w:tc>
              <w:tc>
                <w:tcPr>
                  <w:tcW w:w="1280" w:type="dxa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79BF9CCE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Aprender, entrenarse</w:t>
                  </w:r>
                </w:p>
              </w:tc>
              <w:tc>
                <w:tcPr>
                  <w:tcW w:w="2298" w:type="dxa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46EF85DE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IR, compartir, multiplicarse</w:t>
                  </w:r>
                </w:p>
              </w:tc>
            </w:tr>
            <w:tr w:rsidR="004903E0" w14:paraId="64457F3C" w14:textId="77777777">
              <w:tc>
                <w:tcPr>
                  <w:tcW w:w="1150" w:type="dxa"/>
                  <w:shd w:val="clear" w:color="auto" w:fill="E0EFE3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17104F04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Discipulado</w:t>
                  </w:r>
                </w:p>
              </w:tc>
              <w:tc>
                <w:tcPr>
                  <w:tcW w:w="1280" w:type="dxa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67B3F8BC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Practicar y crecer</w:t>
                  </w:r>
                </w:p>
              </w:tc>
              <w:tc>
                <w:tcPr>
                  <w:tcW w:w="2298" w:type="dxa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7E5A2B8B" w14:textId="77777777" w:rsidR="004903E0" w:rsidRDefault="00C90E98">
                  <w:pPr>
                    <w:spacing w:line="180" w:lineRule="exact"/>
                  </w:pPr>
                  <w:r>
                    <w:rPr>
                      <w:sz w:val="16"/>
                    </w:rPr>
                    <w:t>Enseñar, dar ejemplo y guiar</w:t>
                  </w:r>
                </w:p>
              </w:tc>
            </w:tr>
          </w:tbl>
          <w:p w14:paraId="592F17DB" w14:textId="77777777" w:rsidR="004903E0" w:rsidRDefault="004903E0">
            <w:pPr>
              <w:spacing w:line="15" w:lineRule="exact"/>
              <w:rPr>
                <w:szCs w:val="18"/>
              </w:rPr>
            </w:pPr>
          </w:p>
        </w:tc>
        <w:tc>
          <w:tcPr>
            <w:tcW w:w="5088" w:type="dxa"/>
            <w:tcMar>
              <w:left w:w="140" w:type="dxa"/>
              <w:right w:w="140" w:type="dxa"/>
            </w:tcMar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291"/>
            </w:tblGrid>
            <w:tr w:rsidR="004903E0" w14:paraId="0682A7F1" w14:textId="77777777">
              <w:tc>
                <w:tcPr>
                  <w:tcW w:w="46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B31E72" w14:textId="77777777" w:rsidR="004903E0" w:rsidRDefault="00C90E98">
                  <w:pPr>
                    <w:spacing w:line="180" w:lineRule="exact"/>
                  </w:pPr>
                  <w:r>
                    <w:t>10</w:t>
                  </w:r>
                </w:p>
              </w:tc>
              <w:tc>
                <w:tcPr>
                  <w:tcW w:w="42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A3FF37" w14:textId="77777777" w:rsidR="004903E0" w:rsidRDefault="00C90E98">
                  <w:pPr>
                    <w:spacing w:line="180" w:lineRule="exact"/>
                    <w:jc w:val="center"/>
                  </w:pPr>
                  <w:r>
                    <w:rPr>
                      <w:b/>
                    </w:rPr>
                    <w:t>ELEGIR UNA FAMILIA DE FE</w:t>
                  </w:r>
                  <w:r>
                    <w:rPr>
                      <w:b/>
                    </w:rPr>
                    <w:br/>
                    <w:t>¿Qué es verdadero? ¿Qué es falso?</w:t>
                  </w:r>
                </w:p>
              </w:tc>
            </w:tr>
          </w:tbl>
          <w:p w14:paraId="5D717C8D" w14:textId="77777777" w:rsidR="00E34B5C" w:rsidRPr="00725484" w:rsidRDefault="00AB1AF6">
            <w:pPr>
              <w:keepNext/>
              <w:tabs>
                <w:tab w:val="center" w:pos="2189"/>
              </w:tabs>
              <w:spacing w:line="180" w:lineRule="exact"/>
              <w:rPr>
                <w:sz w:val="16"/>
              </w:rPr>
            </w:pPr>
            <w:r>
              <w:rPr>
                <w:b/>
                <w:spacing w:val="-4"/>
                <w:sz w:val="16"/>
              </w:rPr>
              <w:t>Jesús es Dios — La Biblia es Su Palabra</w:t>
            </w:r>
          </w:p>
          <w:p w14:paraId="65C4094F" w14:textId="77777777" w:rsidR="004903E0" w:rsidRDefault="00C90E98">
            <w:pPr>
              <w:tabs>
                <w:tab w:val="right" w:pos="4708"/>
              </w:tabs>
              <w:spacing w:line="180" w:lineRule="exact"/>
              <w:ind w:right="100"/>
              <w:jc w:val="both"/>
            </w:pPr>
            <w:r>
              <w:t>Jesús dijo: «Yo soy el camino, la verdad y la vida. Nadie viene al Padre sino por Mí».</w:t>
            </w:r>
            <w:r>
              <w:tab/>
            </w:r>
            <w:r>
              <w:br/>
            </w:r>
            <w:r>
              <w:tab/>
            </w:r>
            <w:r>
              <w:rPr>
                <w:sz w:val="16"/>
                <w:szCs w:val="16"/>
              </w:rPr>
              <w:t>Juan 14:6</w:t>
            </w:r>
          </w:p>
          <w:p w14:paraId="2CA5FE9B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77255127" w14:textId="77777777" w:rsidR="00E34B5C" w:rsidRPr="00725484" w:rsidRDefault="00AB1AF6">
            <w:pPr>
              <w:keepNext/>
              <w:spacing w:line="180" w:lineRule="exact"/>
              <w:rPr>
                <w:szCs w:val="18"/>
              </w:rPr>
            </w:pPr>
            <w:r w:rsidRPr="00725484">
              <w:rPr>
                <w:b/>
                <w:color w:val="AA2832"/>
                <w:szCs w:val="18"/>
              </w:rPr>
              <w:t>Verdadero:</w:t>
            </w:r>
          </w:p>
          <w:p w14:paraId="6DA744FE" w14:textId="77777777" w:rsidR="004903E0" w:rsidRDefault="00C90E98">
            <w:pPr>
              <w:tabs>
                <w:tab w:val="right" w:pos="4708"/>
              </w:tabs>
              <w:spacing w:line="180" w:lineRule="exact"/>
              <w:ind w:right="100"/>
              <w:jc w:val="both"/>
            </w:pPr>
            <w:r>
              <w:rPr>
                <w:spacing w:val="-5"/>
              </w:rPr>
              <w:t>• Un solo Dios en tres personas: Padre, Hijo y Espíritu.</w:t>
            </w:r>
            <w:r>
              <w:tab/>
            </w:r>
            <w:r>
              <w:br/>
            </w:r>
            <w:r>
              <w:tab/>
            </w:r>
            <w:r>
              <w:rPr>
                <w:sz w:val="16"/>
                <w:szCs w:val="16"/>
              </w:rPr>
              <w:t>Mateo 28:19; Deuteronomio 6:4</w:t>
            </w:r>
          </w:p>
          <w:p w14:paraId="450EBFFB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61E7D5D3" w14:textId="77777777" w:rsidR="004903E0" w:rsidRDefault="00C90E98">
            <w:pPr>
              <w:tabs>
                <w:tab w:val="right" w:pos="4708"/>
              </w:tabs>
              <w:spacing w:line="180" w:lineRule="exact"/>
              <w:ind w:right="100"/>
              <w:jc w:val="both"/>
            </w:pPr>
            <w:r>
              <w:t>• Jesús es el único camino a Dios.</w:t>
            </w:r>
            <w:r>
              <w:tab/>
            </w:r>
            <w:r>
              <w:tab/>
            </w:r>
            <w:r>
              <w:rPr>
                <w:sz w:val="16"/>
                <w:szCs w:val="16"/>
              </w:rPr>
              <w:t>Juan 14:6</w:t>
            </w:r>
          </w:p>
          <w:p w14:paraId="1602F11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09E7FFB6" w14:textId="77777777" w:rsidR="004903E0" w:rsidRDefault="00C90E98">
            <w:pPr>
              <w:tabs>
                <w:tab w:val="right" w:pos="4708"/>
              </w:tabs>
              <w:spacing w:line="180" w:lineRule="exact"/>
              <w:ind w:right="100"/>
              <w:jc w:val="both"/>
            </w:pPr>
            <w:r>
              <w:t>• Solo Jesús salva del pecado.</w:t>
            </w:r>
            <w:r>
              <w:tab/>
            </w:r>
            <w:r>
              <w:tab/>
            </w:r>
            <w:r>
              <w:rPr>
                <w:sz w:val="16"/>
                <w:szCs w:val="16"/>
              </w:rPr>
              <w:t>Hechos 4:12</w:t>
            </w:r>
          </w:p>
          <w:p w14:paraId="2449A25D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37E69AEF" w14:textId="77777777" w:rsidR="004903E0" w:rsidRDefault="00C90E98">
            <w:pPr>
              <w:tabs>
                <w:tab w:val="right" w:pos="4708"/>
              </w:tabs>
              <w:spacing w:line="180" w:lineRule="exact"/>
              <w:ind w:right="100"/>
              <w:jc w:val="both"/>
            </w:pPr>
            <w:r>
              <w:t>• La Biblia es la Palabra de Dios para todos.</w:t>
            </w:r>
            <w:r>
              <w:tab/>
            </w:r>
            <w:r>
              <w:tab/>
            </w:r>
            <w:r>
              <w:rPr>
                <w:sz w:val="16"/>
                <w:szCs w:val="16"/>
              </w:rPr>
              <w:t>2 Timoteo 3:16–17</w:t>
            </w:r>
          </w:p>
          <w:p w14:paraId="24D291CD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3D302A2F" w14:textId="77777777" w:rsidR="004903E0" w:rsidRDefault="00C90E98">
            <w:pPr>
              <w:tabs>
                <w:tab w:val="right" w:pos="4708"/>
              </w:tabs>
              <w:spacing w:line="180" w:lineRule="exact"/>
              <w:ind w:right="100"/>
              <w:jc w:val="both"/>
            </w:pPr>
            <w:r>
              <w:t>• Solo la Biblia, sin otros libros ni doctrinas.</w:t>
            </w:r>
            <w:r>
              <w:tab/>
            </w:r>
            <w:r>
              <w:rPr>
                <w:sz w:val="16"/>
              </w:rPr>
              <w:t>Gal. 1:8–9</w:t>
            </w:r>
          </w:p>
          <w:p w14:paraId="7BCF1633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5293AD85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43AF35BB" w14:textId="77777777">
              <w:tc>
                <w:tcPr>
                  <w:tcW w:w="4728" w:type="dxa"/>
                  <w:tcBorders>
                    <w:top w:val="single" w:sz="6" w:space="0" w:color="378650"/>
                    <w:left w:val="single" w:sz="6" w:space="0" w:color="378650"/>
                    <w:bottom w:val="single" w:sz="6" w:space="0" w:color="378650"/>
                    <w:right w:val="single" w:sz="6" w:space="0" w:color="378650"/>
                  </w:tcBorders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</w:tcPr>
                <w:p w14:paraId="06749F10" w14:textId="77777777" w:rsidR="00E34B5C" w:rsidRPr="00725484" w:rsidRDefault="00AB1AF6">
                  <w:pPr>
                    <w:keepNext/>
                    <w:spacing w:line="180" w:lineRule="exact"/>
                    <w:rPr>
                      <w:szCs w:val="18"/>
                    </w:rPr>
                  </w:pPr>
                  <w:r w:rsidRPr="00725484">
                    <w:rPr>
                      <w:b/>
                      <w:szCs w:val="18"/>
                    </w:rPr>
                    <w:t>Iglesias que enseñan que Jesús es Dios:</w:t>
                  </w:r>
                </w:p>
                <w:p w14:paraId="4306D0D3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• Bíblicas / sin denominación</w:t>
                  </w:r>
                </w:p>
                <w:p w14:paraId="77860857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• Bautistas (del Sur, Conservadoras)</w:t>
                  </w:r>
                </w:p>
                <w:p w14:paraId="6BFADBB4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• Pentecostales / Carismáticas</w:t>
                  </w:r>
                </w:p>
                <w:p w14:paraId="11CB6A06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• Cristianas / Alianza Cristiana y Misionera</w:t>
                  </w:r>
                </w:p>
              </w:tc>
            </w:tr>
          </w:tbl>
          <w:p w14:paraId="33AD20B3" w14:textId="77777777" w:rsidR="00E34B5C" w:rsidRPr="00725484" w:rsidRDefault="00AB1AF6">
            <w:pPr>
              <w:keepNext/>
              <w:spacing w:line="180" w:lineRule="exact"/>
              <w:rPr>
                <w:szCs w:val="18"/>
              </w:rPr>
            </w:pPr>
            <w:r w:rsidRPr="00725484">
              <w:rPr>
                <w:b/>
                <w:color w:val="AA2832"/>
                <w:szCs w:val="18"/>
              </w:rPr>
              <w:t>Falso:</w:t>
            </w:r>
          </w:p>
          <w:p w14:paraId="13CC3DBC" w14:textId="77777777" w:rsidR="004903E0" w:rsidRDefault="00C90E98">
            <w:pPr>
              <w:tabs>
                <w:tab w:val="right" w:pos="4708"/>
              </w:tabs>
              <w:spacing w:line="180" w:lineRule="exact"/>
              <w:ind w:right="100"/>
              <w:jc w:val="both"/>
            </w:pPr>
            <w:r>
              <w:t>• Jesús es un hijo de Dios, pero no es Dios.</w:t>
            </w:r>
            <w:r>
              <w:tab/>
            </w:r>
            <w:r>
              <w:br/>
            </w:r>
            <w:r>
              <w:tab/>
            </w:r>
            <w:r>
              <w:rPr>
                <w:sz w:val="16"/>
                <w:szCs w:val="16"/>
              </w:rPr>
              <w:t>Juan 1:1; Juan 20:28</w:t>
            </w:r>
          </w:p>
          <w:p w14:paraId="1D690C72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620F3F43" w14:textId="77777777" w:rsidR="004903E0" w:rsidRDefault="00C90E98">
            <w:pPr>
              <w:tabs>
                <w:tab w:val="right" w:pos="4708"/>
              </w:tabs>
              <w:spacing w:line="180" w:lineRule="exact"/>
              <w:ind w:right="100"/>
              <w:jc w:val="both"/>
            </w:pPr>
            <w:r>
              <w:rPr>
                <w:spacing w:val="-5"/>
              </w:rPr>
              <w:t>• Jesús es un dios y el Padre es otro dios.</w:t>
            </w:r>
            <w:r>
              <w:tab/>
            </w:r>
            <w:r>
              <w:br/>
            </w:r>
            <w:r>
              <w:tab/>
            </w:r>
            <w:r>
              <w:rPr>
                <w:sz w:val="16"/>
                <w:szCs w:val="16"/>
              </w:rPr>
              <w:t>Deuteronomio 6:4; Juan 10:30</w:t>
            </w:r>
          </w:p>
          <w:p w14:paraId="7DFAE2F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1CE27168" w14:textId="77777777" w:rsidR="004903E0" w:rsidRDefault="00C90E98">
            <w:pPr>
              <w:tabs>
                <w:tab w:val="right" w:pos="4708"/>
              </w:tabs>
              <w:spacing w:line="180" w:lineRule="exact"/>
              <w:ind w:right="100"/>
              <w:jc w:val="both"/>
            </w:pPr>
            <w:r>
              <w:t>• Se necesitan otros libros o doctrinas para conocer e interpretar bien la Biblia.</w:t>
            </w:r>
            <w:r>
              <w:br/>
            </w:r>
            <w:r>
              <w:tab/>
            </w:r>
            <w:r>
              <w:rPr>
                <w:sz w:val="16"/>
              </w:rPr>
              <w:t>2 Timoteo 3:15–17</w:t>
            </w:r>
          </w:p>
          <w:p w14:paraId="36255B81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52342A98" w14:textId="77777777" w:rsidR="004903E0" w:rsidRDefault="00C90E98">
            <w:pPr>
              <w:tabs>
                <w:tab w:val="right" w:pos="4708"/>
              </w:tabs>
              <w:spacing w:line="180" w:lineRule="exact"/>
              <w:ind w:right="100"/>
              <w:jc w:val="both"/>
            </w:pPr>
            <w:r>
              <w:t>• La Biblia y otros libros juntos son enseñanzas con autoridad divina.</w:t>
            </w:r>
            <w:r>
              <w:br/>
            </w:r>
            <w:r>
              <w:tab/>
            </w:r>
            <w:r>
              <w:rPr>
                <w:sz w:val="16"/>
              </w:rPr>
              <w:t>Marcos 7:8–13; Galatians 1:8–9</w:t>
            </w:r>
          </w:p>
          <w:p w14:paraId="3652F50B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278F6916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20A689C8" w14:textId="77777777">
              <w:tc>
                <w:tcPr>
                  <w:tcW w:w="4728" w:type="dxa"/>
                  <w:tcBorders>
                    <w:top w:val="single" w:sz="6" w:space="0" w:color="378650"/>
                    <w:left w:val="single" w:sz="6" w:space="0" w:color="378650"/>
                    <w:bottom w:val="single" w:sz="6" w:space="0" w:color="378650"/>
                    <w:right w:val="single" w:sz="6" w:space="0" w:color="378650"/>
                  </w:tcBorders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</w:tcPr>
                <w:p w14:paraId="43BF2C69" w14:textId="77777777" w:rsidR="00E34B5C" w:rsidRPr="00725484" w:rsidRDefault="00AB1AF6">
                  <w:pPr>
                    <w:keepNext/>
                    <w:spacing w:line="180" w:lineRule="exact"/>
                    <w:rPr>
                      <w:szCs w:val="18"/>
                    </w:rPr>
                  </w:pPr>
                  <w:r w:rsidRPr="00725484">
                    <w:rPr>
                      <w:b/>
                      <w:szCs w:val="18"/>
                    </w:rPr>
                    <w:t>Iglesias con enseñanzas falsas sobre Dios:</w:t>
                  </w:r>
                </w:p>
                <w:p w14:paraId="1817938F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• Santos de los Últimos Días (Mormones): Jesús y el Padre son dioses separados; rechazan la Trinidad.</w:t>
                  </w:r>
                </w:p>
                <w:p w14:paraId="5B849F80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• Testigos de Jehová: Jesús es Hijo de Dios, no Dios Todopoderoso; lo identifican con el arcángel Miguel.</w:t>
                  </w:r>
                </w:p>
                <w:p w14:paraId="09E7E771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• Iglesia ni Cristo: Jesús es humano.</w:t>
                  </w:r>
                </w:p>
              </w:tc>
            </w:tr>
          </w:tbl>
          <w:p w14:paraId="30008C2F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200EA857" w14:textId="77777777" w:rsidR="00E34B5C" w:rsidRPr="00725484" w:rsidRDefault="00AB1AF6">
            <w:pPr>
              <w:keepNext/>
              <w:spacing w:line="180" w:lineRule="exact"/>
              <w:rPr>
                <w:szCs w:val="18"/>
              </w:rPr>
            </w:pPr>
            <w:r>
              <w:rPr>
                <w:b/>
              </w:rPr>
              <w:t>Otras religiones con enseñanzas falsas sobre Jesús:</w:t>
            </w:r>
          </w:p>
          <w:p w14:paraId="6D5CCD19" w14:textId="77777777" w:rsidR="00E34B5C" w:rsidRPr="00725484" w:rsidRDefault="00AB1AF6">
            <w:pPr>
              <w:spacing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>• Islam: Jesús es profeta, no Dios.</w:t>
            </w:r>
          </w:p>
          <w:p w14:paraId="1C351A77" w14:textId="77777777" w:rsidR="00E34B5C" w:rsidRPr="00725484" w:rsidRDefault="00AB1AF6">
            <w:pPr>
              <w:spacing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>• Hinduismo: No afirma a Jesús como el único Dios verdadero.</w:t>
            </w:r>
          </w:p>
          <w:p w14:paraId="3C450DBD" w14:textId="77777777" w:rsidR="00E34B5C" w:rsidRPr="00725484" w:rsidRDefault="00AB1AF6">
            <w:pPr>
              <w:spacing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>• Budismo: No afirma que Jesús sea Dios.</w:t>
            </w:r>
          </w:p>
          <w:p w14:paraId="402CE294" w14:textId="77777777" w:rsidR="00E34B5C" w:rsidRPr="00725484" w:rsidRDefault="00AB1AF6" w:rsidP="00725484">
            <w:pPr>
              <w:spacing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>• Judaísmo: No acepta a Jesús como Mesías ni Dios.</w:t>
            </w:r>
          </w:p>
          <w:p w14:paraId="14FD1638" w14:textId="77777777" w:rsidR="00725484" w:rsidRPr="00725484" w:rsidRDefault="00725484" w:rsidP="00725484">
            <w:pPr>
              <w:spacing w:line="15" w:lineRule="exact"/>
              <w:rPr>
                <w:szCs w:val="18"/>
              </w:rPr>
            </w:pPr>
          </w:p>
          <w:tbl>
            <w:tblPr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34E23B28" w14:textId="77777777">
              <w:tc>
                <w:tcPr>
                  <w:tcW w:w="4728" w:type="dxa"/>
                  <w:shd w:val="clear" w:color="auto" w:fill="378650"/>
                  <w:tcMar>
                    <w:top w:w="50" w:type="dxa"/>
                    <w:left w:w="0" w:type="dxa"/>
                    <w:bottom w:w="50" w:type="dxa"/>
                    <w:right w:w="0" w:type="dxa"/>
                  </w:tcMar>
                </w:tcPr>
                <w:p w14:paraId="4C4A1CA3" w14:textId="77777777" w:rsidR="00E34B5C" w:rsidRPr="00725484" w:rsidRDefault="00AB1AF6">
                  <w:pPr>
                    <w:spacing w:line="180" w:lineRule="exact"/>
                    <w:jc w:val="center"/>
                    <w:rPr>
                      <w:szCs w:val="18"/>
                    </w:rPr>
                  </w:pPr>
                  <w:r>
                    <w:rPr>
                      <w:b/>
                      <w:color w:val="FFFFFF"/>
                    </w:rPr>
                    <w:t>F  O  L  L  O  W    M  E</w:t>
                  </w:r>
                </w:p>
                <w:p w14:paraId="52397F31" w14:textId="77777777" w:rsidR="00E34B5C" w:rsidRPr="00725484" w:rsidRDefault="00AB1AF6">
                  <w:pPr>
                    <w:spacing w:line="180" w:lineRule="exact"/>
                    <w:jc w:val="center"/>
                    <w:rPr>
                      <w:szCs w:val="18"/>
                    </w:rPr>
                  </w:pPr>
                  <w:r w:rsidRPr="00725484">
                    <w:rPr>
                      <w:b/>
                      <w:color w:val="FFFFFF"/>
                      <w:szCs w:val="18"/>
                    </w:rPr>
                    <w:t>MINISTERIOS LLC ©</w:t>
                  </w:r>
                </w:p>
                <w:p w14:paraId="02D15CD0" w14:textId="77777777" w:rsidR="00E34B5C" w:rsidRPr="00725484" w:rsidRDefault="00AB1AF6">
                  <w:pPr>
                    <w:spacing w:line="180" w:lineRule="exact"/>
                    <w:jc w:val="center"/>
                    <w:rPr>
                      <w:szCs w:val="18"/>
                    </w:rPr>
                  </w:pPr>
                  <w:r w:rsidRPr="00725484">
                    <w:rPr>
                      <w:b/>
                      <w:color w:val="FFFFFF"/>
                      <w:szCs w:val="18"/>
                    </w:rPr>
                    <w:t>Teléfono: 713-922-5030</w:t>
                  </w:r>
                </w:p>
              </w:tc>
            </w:tr>
          </w:tbl>
          <w:p w14:paraId="66042BB9" w14:textId="77777777" w:rsidR="00E34B5C" w:rsidRPr="00D07C0F" w:rsidRDefault="00E34B5C">
            <w:pPr>
              <w:spacing w:line="15" w:lineRule="exact"/>
              <w:rPr>
                <w:szCs w:val="18"/>
              </w:rPr>
            </w:pPr>
          </w:p>
          <w:p w14:paraId="490E3FE8" w14:textId="77777777" w:rsidR="00E34B5C" w:rsidRPr="00D07C0F" w:rsidRDefault="00E34B5C">
            <w:pPr>
              <w:spacing w:line="15" w:lineRule="exact"/>
              <w:rPr>
                <w:szCs w:val="18"/>
              </w:rPr>
            </w:pPr>
          </w:p>
          <w:p w14:paraId="42B6901B" w14:textId="77777777" w:rsidR="00E34B5C" w:rsidRPr="00D07C0F" w:rsidRDefault="00E34B5C">
            <w:pPr>
              <w:spacing w:line="15" w:lineRule="exact"/>
              <w:rPr>
                <w:szCs w:val="18"/>
              </w:rPr>
            </w:pPr>
          </w:p>
          <w:p w14:paraId="70C33A11" w14:textId="77777777" w:rsidR="004903E0" w:rsidRDefault="00C90E98">
            <w:pPr>
              <w:spacing w:line="180" w:lineRule="exact"/>
              <w:jc w:val="center"/>
            </w:pPr>
            <w:r>
              <w:rPr>
                <w:b/>
              </w:rPr>
              <w:t>TU CONTACTO Y REFERENCIA DE IGLESIA</w:t>
            </w:r>
          </w:p>
          <w:tbl>
            <w:tblPr>
              <w:tblW w:w="0" w:type="auto"/>
              <w:tblBorders>
                <w:top w:val="single" w:sz="6" w:space="0" w:color="378650"/>
                <w:left w:val="single" w:sz="6" w:space="0" w:color="378650"/>
                <w:bottom w:val="single" w:sz="6" w:space="0" w:color="378650"/>
                <w:right w:val="single" w:sz="6" w:space="0" w:color="37865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80"/>
            </w:tblGrid>
            <w:tr w:rsidR="004903E0" w14:paraId="2CC9A1D6" w14:textId="77777777">
              <w:trPr>
                <w:trHeight w:val="671"/>
              </w:trPr>
              <w:tc>
                <w:tcPr>
                  <w:tcW w:w="4680" w:type="dxa"/>
                </w:tcPr>
                <w:p w14:paraId="0C978B5A" w14:textId="77777777" w:rsidR="004903E0" w:rsidRDefault="004903E0">
                  <w:pPr>
                    <w:spacing w:line="15" w:lineRule="exact"/>
                    <w:rPr>
                      <w:szCs w:val="18"/>
                    </w:rPr>
                  </w:pPr>
                </w:p>
              </w:tc>
            </w:tr>
          </w:tbl>
          <w:p w14:paraId="4E5253AD" w14:textId="77777777" w:rsidR="004903E0" w:rsidRDefault="004903E0">
            <w:pPr>
              <w:spacing w:line="15" w:lineRule="exact"/>
              <w:rPr>
                <w:szCs w:val="18"/>
              </w:rPr>
            </w:pPr>
          </w:p>
          <w:p w14:paraId="4760F1E2" w14:textId="77777777" w:rsidR="004903E0" w:rsidRDefault="00C90E98">
            <w:pPr>
              <w:spacing w:line="180" w:lineRule="exact"/>
              <w:jc w:val="center"/>
              <w:rPr>
                <w:szCs w:val="18"/>
              </w:rPr>
            </w:pPr>
            <w:r>
              <w:rPr>
                <w:sz w:val="14"/>
              </w:rPr>
              <w:t>Citas bíblicas traducidas al español del texto inglés de esta edición (ESV).</w:t>
            </w:r>
          </w:p>
        </w:tc>
        <w:tc>
          <w:tcPr>
            <w:tcW w:w="5088" w:type="dxa"/>
            <w:tcMar>
              <w:left w:w="360" w:type="dxa"/>
              <w:right w:w="20" w:type="dxa"/>
            </w:tcMar>
          </w:tcPr>
          <w:tbl>
            <w:tblPr>
              <w:tblW w:w="4579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3931"/>
            </w:tblGrid>
            <w:tr w:rsidR="00E34B5C" w14:paraId="674A27EB" w14:textId="77777777">
              <w:tc>
                <w:tcPr>
                  <w:tcW w:w="648" w:type="dxa"/>
                  <w:shd w:val="clear" w:color="auto" w:fill="378650"/>
                </w:tcPr>
                <w:p w14:paraId="6D2C435D" w14:textId="77777777" w:rsidR="00E34B5C" w:rsidRPr="00725484" w:rsidRDefault="00E34B5C">
                  <w:pPr>
                    <w:spacing w:line="15" w:lineRule="exact"/>
                    <w:rPr>
                      <w:szCs w:val="18"/>
                    </w:rPr>
                  </w:pPr>
                </w:p>
              </w:tc>
              <w:tc>
                <w:tcPr>
                  <w:tcW w:w="3931" w:type="dxa"/>
                </w:tcPr>
                <w:p w14:paraId="562145F0" w14:textId="77777777" w:rsidR="00E34B5C" w:rsidRPr="00725484" w:rsidRDefault="00AB1AF6" w:rsidP="00725484">
                  <w:pPr>
                    <w:spacing w:line="180" w:lineRule="exact"/>
                    <w:jc w:val="center"/>
                    <w:rPr>
                      <w:b/>
                    </w:rPr>
                  </w:pPr>
                  <w:r w:rsidRPr="00725484">
                    <w:rPr>
                      <w:b/>
                    </w:rPr>
                    <w:t>Nueva vida en Jesús</w:t>
                  </w:r>
                </w:p>
                <w:p w14:paraId="5584EB77" w14:textId="77777777" w:rsidR="00D07C0F" w:rsidRPr="00725484" w:rsidRDefault="00D07C0F" w:rsidP="00D07C0F">
                  <w:pPr>
                    <w:spacing w:line="15" w:lineRule="exact"/>
                    <w:rPr>
                      <w:szCs w:val="18"/>
                    </w:rPr>
                  </w:pPr>
                </w:p>
              </w:tc>
            </w:tr>
            <w:tr w:rsidR="00E34B5C" w14:paraId="297547B3" w14:textId="77777777">
              <w:tc>
                <w:tcPr>
                  <w:tcW w:w="648" w:type="dxa"/>
                  <w:shd w:val="clear" w:color="auto" w:fill="378650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22EA4D98" w14:textId="77777777" w:rsidR="00E34B5C" w:rsidRPr="00725484" w:rsidRDefault="00AB1AF6">
                  <w:pPr>
                    <w:jc w:val="center"/>
                    <w:rPr>
                      <w:sz w:val="36"/>
                      <w:szCs w:val="18"/>
                    </w:rPr>
                  </w:pPr>
                  <w:r w:rsidRPr="00725484">
                    <w:rPr>
                      <w:b/>
                      <w:color w:val="FFFFFF"/>
                      <w:sz w:val="36"/>
                      <w:szCs w:val="18"/>
                    </w:rPr>
                    <w:t>F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p w14:paraId="11AF974A" w14:textId="77777777" w:rsidR="00E34B5C" w:rsidRPr="00725484" w:rsidRDefault="00AB1AF6">
                  <w:pPr>
                    <w:tabs>
                      <w:tab w:val="right" w:pos="3831"/>
                    </w:tabs>
                    <w:spacing w:line="180" w:lineRule="exact"/>
                    <w:jc w:val="right"/>
                    <w:rPr>
                      <w:szCs w:val="18"/>
                    </w:rPr>
                  </w:pPr>
                  <w:r w:rsidRPr="00725484">
                    <w:rPr>
                      <w:b/>
                      <w:szCs w:val="18"/>
                    </w:rPr>
                    <w:t>Sígueme</w:t>
                  </w:r>
                  <w:r>
                    <w:tab/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Mt. 4:19</w:t>
                  </w:r>
                </w:p>
                <w:p w14:paraId="184BA7E9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Follow Me es un ministerio cristiano que colabora con muchas iglesias para compartir el amor de Jesús.</w:t>
                  </w:r>
                </w:p>
              </w:tc>
            </w:tr>
            <w:tr w:rsidR="00E34B5C" w14:paraId="69C2389C" w14:textId="77777777">
              <w:tc>
                <w:tcPr>
                  <w:tcW w:w="648" w:type="dxa"/>
                  <w:shd w:val="clear" w:color="auto" w:fill="378650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134C5E65" w14:textId="77777777" w:rsidR="00E34B5C" w:rsidRPr="00725484" w:rsidRDefault="00AB1AF6">
                  <w:pPr>
                    <w:jc w:val="center"/>
                    <w:rPr>
                      <w:sz w:val="36"/>
                      <w:szCs w:val="18"/>
                    </w:rPr>
                  </w:pPr>
                  <w:r w:rsidRPr="00725484">
                    <w:rPr>
                      <w:b/>
                      <w:color w:val="FFFFFF"/>
                      <w:sz w:val="36"/>
                      <w:szCs w:val="18"/>
                    </w:rPr>
                    <w:t>O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00"/>
                    <w:gridCol w:w="2031"/>
                  </w:tblGrid>
                  <w:tr w:rsidR="00E34B5C" w:rsidRPr="00725484" w14:paraId="46F07E12" w14:textId="77777777">
                    <w:tc>
                      <w:tcPr>
                        <w:tcW w:w="1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73CDFD4A" w14:textId="77777777" w:rsidR="00E34B5C" w:rsidRPr="00725484" w:rsidRDefault="00AB1AF6">
                        <w:pPr>
                          <w:spacing w:line="180" w:lineRule="exact"/>
                          <w:rPr>
                            <w:szCs w:val="18"/>
                          </w:rPr>
                        </w:pPr>
                        <w:r>
                          <w:rPr>
                            <w:b/>
                          </w:rPr>
                          <w:t>Ofrece buenas noticias</w:t>
                        </w:r>
                      </w:p>
                    </w:tc>
                    <w:tc>
                      <w:tcPr>
                        <w:tcW w:w="2031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407AED5A" w14:textId="77777777" w:rsidR="00E34B5C" w:rsidRPr="00725484" w:rsidRDefault="00AB1AF6">
                        <w:pPr>
                          <w:spacing w:line="180" w:lineRule="exact"/>
                          <w:jc w:val="right"/>
                          <w:rPr>
                            <w:szCs w:val="18"/>
                          </w:rPr>
                        </w:pPr>
                        <w:r>
                          <w:rPr>
                            <w:sz w:val="16"/>
                          </w:rPr>
                          <w:t>Ef. 1:7; 1 Jn. 5:13</w:t>
                        </w:r>
                      </w:p>
                    </w:tc>
                  </w:tr>
                </w:tbl>
                <w:p w14:paraId="1321535B" w14:textId="77777777" w:rsidR="00E34B5C" w:rsidRPr="00725484" w:rsidRDefault="00E34B5C">
                  <w:pPr>
                    <w:spacing w:line="15" w:lineRule="exact"/>
                    <w:rPr>
                      <w:szCs w:val="18"/>
                    </w:rPr>
                  </w:pPr>
                </w:p>
                <w:p w14:paraId="0087833C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Podemos saber con certeza que nuestros pecados son perdonados y que tenemos vida eterna con Dios en el cielo.</w:t>
                  </w:r>
                </w:p>
              </w:tc>
            </w:tr>
            <w:tr w:rsidR="00E34B5C" w14:paraId="517F84E7" w14:textId="77777777">
              <w:tc>
                <w:tcPr>
                  <w:tcW w:w="648" w:type="dxa"/>
                  <w:shd w:val="clear" w:color="auto" w:fill="378650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5B02B221" w14:textId="77777777" w:rsidR="00E34B5C" w:rsidRPr="00725484" w:rsidRDefault="00AB1AF6">
                  <w:pPr>
                    <w:jc w:val="center"/>
                    <w:rPr>
                      <w:sz w:val="36"/>
                      <w:szCs w:val="18"/>
                    </w:rPr>
                  </w:pPr>
                  <w:r w:rsidRPr="00725484">
                    <w:rPr>
                      <w:b/>
                      <w:color w:val="FFFFFF"/>
                      <w:sz w:val="36"/>
                      <w:szCs w:val="18"/>
                    </w:rPr>
                    <w:t>L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7"/>
                    <w:gridCol w:w="1664"/>
                  </w:tblGrid>
                  <w:tr w:rsidR="00E34B5C" w:rsidRPr="00725484" w14:paraId="5D8AEEFF" w14:textId="77777777">
                    <w:tc>
                      <w:tcPr>
                        <w:tcW w:w="2167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11789227" w14:textId="77777777" w:rsidR="00E34B5C" w:rsidRPr="00725484" w:rsidRDefault="00AB1AF6">
                        <w:pPr>
                          <w:spacing w:line="180" w:lineRule="exact"/>
                          <w:rPr>
                            <w:szCs w:val="18"/>
                          </w:rPr>
                        </w:pPr>
                        <w:r>
                          <w:rPr>
                            <w:b/>
                          </w:rPr>
                          <w:t>Vivir separados de Dios</w:t>
                        </w:r>
                      </w:p>
                    </w:tc>
                    <w:tc>
                      <w:tcPr>
                        <w:tcW w:w="1664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598BA6CD" w14:textId="77777777" w:rsidR="00E34B5C" w:rsidRPr="00725484" w:rsidRDefault="00AB1AF6">
                        <w:pPr>
                          <w:spacing w:line="180" w:lineRule="exact"/>
                          <w:jc w:val="right"/>
                          <w:rPr>
                            <w:szCs w:val="18"/>
                          </w:rPr>
                        </w:pPr>
                        <w:r>
                          <w:rPr>
                            <w:sz w:val="16"/>
                          </w:rPr>
                          <w:t>Ro. 3:23; 6:23</w:t>
                        </w:r>
                      </w:p>
                    </w:tc>
                  </w:tr>
                </w:tbl>
                <w:p w14:paraId="35FF9563" w14:textId="77777777" w:rsidR="00E34B5C" w:rsidRPr="00725484" w:rsidRDefault="00E34B5C">
                  <w:pPr>
                    <w:spacing w:line="15" w:lineRule="exact"/>
                    <w:rPr>
                      <w:szCs w:val="18"/>
                    </w:rPr>
                  </w:pPr>
                </w:p>
                <w:p w14:paraId="2912CE42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Nuestro pecado nos separa de un Dios santo. No podemos escapar de Su juicio por nuestros propios esfuerzos.</w:t>
                  </w:r>
                </w:p>
              </w:tc>
            </w:tr>
            <w:tr w:rsidR="00E34B5C" w14:paraId="705560DA" w14:textId="77777777">
              <w:tc>
                <w:tcPr>
                  <w:tcW w:w="648" w:type="dxa"/>
                  <w:shd w:val="clear" w:color="auto" w:fill="378650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241A8456" w14:textId="77777777" w:rsidR="00E34B5C" w:rsidRPr="00725484" w:rsidRDefault="00AB1AF6">
                  <w:pPr>
                    <w:jc w:val="center"/>
                    <w:rPr>
                      <w:sz w:val="36"/>
                      <w:szCs w:val="18"/>
                    </w:rPr>
                  </w:pPr>
                  <w:r w:rsidRPr="00725484">
                    <w:rPr>
                      <w:b/>
                      <w:color w:val="FFFFFF"/>
                      <w:sz w:val="36"/>
                      <w:szCs w:val="18"/>
                    </w:rPr>
                    <w:t>L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47"/>
                    <w:gridCol w:w="1384"/>
                  </w:tblGrid>
                  <w:tr w:rsidR="00E34B5C" w:rsidRPr="00725484" w14:paraId="518DA8E5" w14:textId="77777777">
                    <w:tc>
                      <w:tcPr>
                        <w:tcW w:w="2447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285398BB" w14:textId="77777777" w:rsidR="00E34B5C" w:rsidRPr="00725484" w:rsidRDefault="00AB1AF6">
                        <w:pPr>
                          <w:spacing w:line="180" w:lineRule="exact"/>
                          <w:rPr>
                            <w:szCs w:val="18"/>
                          </w:rPr>
                        </w:pPr>
                        <w:r>
                          <w:rPr>
                            <w:b/>
                          </w:rPr>
                          <w:t>El amor de Dios</w:t>
                        </w:r>
                      </w:p>
                    </w:tc>
                    <w:tc>
                      <w:tcPr>
                        <w:tcW w:w="1384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2A170E55" w14:textId="77777777" w:rsidR="00E34B5C" w:rsidRPr="00725484" w:rsidRDefault="00AB1AF6">
                        <w:pPr>
                          <w:spacing w:line="180" w:lineRule="exact"/>
                          <w:jc w:val="right"/>
                          <w:rPr>
                            <w:szCs w:val="18"/>
                          </w:rPr>
                        </w:pPr>
                        <w:r>
                          <w:rPr>
                            <w:sz w:val="16"/>
                          </w:rPr>
                          <w:t>1 Co. 15:3‑4</w:t>
                        </w:r>
                      </w:p>
                    </w:tc>
                  </w:tr>
                </w:tbl>
                <w:p w14:paraId="4295471D" w14:textId="77777777" w:rsidR="00E34B5C" w:rsidRPr="00725484" w:rsidRDefault="00E34B5C">
                  <w:pPr>
                    <w:spacing w:line="15" w:lineRule="exact"/>
                    <w:rPr>
                      <w:szCs w:val="18"/>
                    </w:rPr>
                  </w:pPr>
                </w:p>
                <w:p w14:paraId="73D5E8EA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Jesús vino a salvarnos. Murió para cargar con el castigo de nuestros pecados y resucitó para darnos nueva vida en Él.</w:t>
                  </w:r>
                </w:p>
              </w:tc>
            </w:tr>
            <w:tr w:rsidR="00E34B5C" w14:paraId="5432120D" w14:textId="77777777">
              <w:tc>
                <w:tcPr>
                  <w:tcW w:w="648" w:type="dxa"/>
                  <w:shd w:val="clear" w:color="auto" w:fill="378650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1671712D" w14:textId="77777777" w:rsidR="00E34B5C" w:rsidRPr="00725484" w:rsidRDefault="00AB1AF6">
                  <w:pPr>
                    <w:jc w:val="center"/>
                    <w:rPr>
                      <w:sz w:val="36"/>
                      <w:szCs w:val="18"/>
                    </w:rPr>
                  </w:pPr>
                  <w:r w:rsidRPr="00725484">
                    <w:rPr>
                      <w:b/>
                      <w:color w:val="FFFFFF"/>
                      <w:sz w:val="36"/>
                      <w:szCs w:val="18"/>
                    </w:rPr>
                    <w:t>O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6"/>
                    <w:gridCol w:w="1335"/>
                  </w:tblGrid>
                  <w:tr w:rsidR="00E34B5C" w:rsidRPr="00725484" w14:paraId="144F6785" w14:textId="77777777">
                    <w:tc>
                      <w:tcPr>
                        <w:tcW w:w="249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190F8711" w14:textId="77777777" w:rsidR="00E34B5C" w:rsidRPr="00725484" w:rsidRDefault="00AB1AF6">
                        <w:pPr>
                          <w:spacing w:line="180" w:lineRule="exact"/>
                          <w:rPr>
                            <w:szCs w:val="18"/>
                          </w:rPr>
                        </w:pPr>
                        <w:r>
                          <w:rPr>
                            <w:b/>
                          </w:rPr>
                          <w:t>Nuestra respuesta</w:t>
                        </w:r>
                      </w:p>
                    </w:tc>
                    <w:tc>
                      <w:tcPr>
                        <w:tcW w:w="1335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03BD681A" w14:textId="77777777" w:rsidR="00E34B5C" w:rsidRPr="00725484" w:rsidRDefault="00AB1AF6">
                        <w:pPr>
                          <w:spacing w:line="180" w:lineRule="exact"/>
                          <w:jc w:val="right"/>
                          <w:rPr>
                            <w:szCs w:val="18"/>
                          </w:rPr>
                        </w:pPr>
                        <w:r>
                          <w:rPr>
                            <w:sz w:val="16"/>
                          </w:rPr>
                          <w:t>Ro. 10:9‑13</w:t>
                        </w:r>
                      </w:p>
                    </w:tc>
                  </w:tr>
                </w:tbl>
                <w:p w14:paraId="45430407" w14:textId="77777777" w:rsidR="00E34B5C" w:rsidRPr="00725484" w:rsidRDefault="00E34B5C">
                  <w:pPr>
                    <w:spacing w:line="15" w:lineRule="exact"/>
                    <w:rPr>
                      <w:szCs w:val="18"/>
                    </w:rPr>
                  </w:pPr>
                </w:p>
                <w:p w14:paraId="36FE488D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Confiesa que Jesús es Dios y confía en Él como Salvador. Pídele perdón y que entre en tu vida. Pide a Dios que te selle con Su Espíritu Santo y te guíe en Sus caminos.</w:t>
                  </w:r>
                </w:p>
              </w:tc>
            </w:tr>
            <w:tr w:rsidR="00E34B5C" w14:paraId="2A4E0652" w14:textId="77777777">
              <w:tc>
                <w:tcPr>
                  <w:tcW w:w="648" w:type="dxa"/>
                  <w:shd w:val="clear" w:color="auto" w:fill="378650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1FEB6BD8" w14:textId="77777777" w:rsidR="00E34B5C" w:rsidRPr="00725484" w:rsidRDefault="00AB1AF6">
                  <w:pPr>
                    <w:jc w:val="center"/>
                    <w:rPr>
                      <w:sz w:val="36"/>
                      <w:szCs w:val="18"/>
                    </w:rPr>
                  </w:pPr>
                  <w:r w:rsidRPr="00725484">
                    <w:rPr>
                      <w:b/>
                      <w:color w:val="FFFFFF"/>
                      <w:sz w:val="36"/>
                      <w:szCs w:val="18"/>
                    </w:rPr>
                    <w:t>W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49"/>
                    <w:gridCol w:w="1282"/>
                  </w:tblGrid>
                  <w:tr w:rsidR="00E34B5C" w:rsidRPr="00725484" w14:paraId="12BF6600" w14:textId="77777777">
                    <w:tc>
                      <w:tcPr>
                        <w:tcW w:w="254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2594FF42" w14:textId="77777777" w:rsidR="00E34B5C" w:rsidRPr="00725484" w:rsidRDefault="00AB1AF6">
                        <w:pPr>
                          <w:spacing w:line="180" w:lineRule="exact"/>
                          <w:rPr>
                            <w:szCs w:val="18"/>
                          </w:rPr>
                        </w:pPr>
                        <w:r>
                          <w:rPr>
                            <w:b/>
                          </w:rPr>
                          <w:t>Recibe a Jesús</w:t>
                        </w:r>
                      </w:p>
                    </w:tc>
                    <w:tc>
                      <w:tcPr>
                        <w:tcW w:w="1282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60114CE2" w14:textId="77777777" w:rsidR="00E34B5C" w:rsidRPr="00725484" w:rsidRDefault="00AB1AF6">
                        <w:pPr>
                          <w:spacing w:line="180" w:lineRule="exact"/>
                          <w:jc w:val="right"/>
                          <w:rPr>
                            <w:szCs w:val="18"/>
                          </w:rPr>
                        </w:pPr>
                        <w:r>
                          <w:rPr>
                            <w:sz w:val="16"/>
                          </w:rPr>
                          <w:t>Ef. 1:13‑14</w:t>
                        </w:r>
                      </w:p>
                    </w:tc>
                  </w:tr>
                </w:tbl>
                <w:p w14:paraId="53B8D70E" w14:textId="77777777" w:rsidR="00E34B5C" w:rsidRPr="00725484" w:rsidRDefault="00E34B5C">
                  <w:pPr>
                    <w:spacing w:line="15" w:lineRule="exact"/>
                    <w:rPr>
                      <w:szCs w:val="18"/>
                    </w:rPr>
                  </w:pPr>
                </w:p>
                <w:p w14:paraId="751F11BE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Nadie puede responder por ti. Recibe a Jesús personalmente por fe. Expresa esa fe con una oración como esta. Ora ahora:</w:t>
                  </w:r>
                </w:p>
                <w:tbl>
                  <w:tblPr>
                    <w:tblW w:w="3831" w:type="dxa"/>
                    <w:tblBorders>
                      <w:top w:val="single" w:sz="5" w:space="0" w:color="378650"/>
                      <w:left w:val="single" w:sz="5" w:space="0" w:color="378650"/>
                      <w:bottom w:val="single" w:sz="5" w:space="0" w:color="378650"/>
                      <w:right w:val="single" w:sz="5" w:space="0" w:color="378650"/>
                    </w:tblBorders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31"/>
                  </w:tblGrid>
                  <w:tr w:rsidR="00E34B5C" w:rsidRPr="00725484" w14:paraId="7B1013A2" w14:textId="77777777">
                    <w:tc>
                      <w:tcPr>
                        <w:tcW w:w="3831" w:type="dxa"/>
                        <w:shd w:val="clear" w:color="auto" w:fill="E0EFE3"/>
                      </w:tcPr>
                      <w:p w14:paraId="43F8A82D" w14:textId="77777777" w:rsidR="00E34B5C" w:rsidRPr="00725484" w:rsidRDefault="00AB1AF6">
                        <w:pPr>
                          <w:spacing w:line="180" w:lineRule="exact"/>
                          <w:jc w:val="both"/>
                          <w:rPr>
                            <w:szCs w:val="18"/>
                          </w:rPr>
                        </w:pPr>
                        <w:r w:rsidRPr="00725484">
                          <w:rPr>
                            <w:szCs w:val="18"/>
                          </w:rPr>
                          <w:t>• Jesús, creo que Tú eres Dios.</w:t>
                        </w:r>
                      </w:p>
                      <w:p w14:paraId="35588D75" w14:textId="77777777" w:rsidR="00E34B5C" w:rsidRPr="00725484" w:rsidRDefault="00AB1AF6">
                        <w:pPr>
                          <w:spacing w:line="180" w:lineRule="exact"/>
                          <w:jc w:val="both"/>
                          <w:rPr>
                            <w:szCs w:val="18"/>
                          </w:rPr>
                        </w:pPr>
                        <w:r w:rsidRPr="00725484">
                          <w:rPr>
                            <w:szCs w:val="18"/>
                          </w:rPr>
                          <w:t>• Moriste por mis pecados y resucitaste para darme vida eterna contigo.</w:t>
                        </w:r>
                      </w:p>
                      <w:p w14:paraId="21378371" w14:textId="77777777" w:rsidR="00E34B5C" w:rsidRPr="00725484" w:rsidRDefault="00AB1AF6">
                        <w:pPr>
                          <w:spacing w:line="180" w:lineRule="exact"/>
                          <w:jc w:val="both"/>
                          <w:rPr>
                            <w:szCs w:val="18"/>
                          </w:rPr>
                        </w:pPr>
                        <w:r w:rsidRPr="00725484">
                          <w:rPr>
                            <w:szCs w:val="18"/>
                          </w:rPr>
                          <w:t>• Perdona mis pecados. Ven a vivir en mí.</w:t>
                        </w:r>
                      </w:p>
                      <w:p w14:paraId="69BA59E5" w14:textId="77777777" w:rsidR="00E34B5C" w:rsidRPr="00725484" w:rsidRDefault="00AB1AF6">
                        <w:pPr>
                          <w:spacing w:line="180" w:lineRule="exact"/>
                          <w:jc w:val="both"/>
                          <w:rPr>
                            <w:szCs w:val="18"/>
                          </w:rPr>
                        </w:pPr>
                        <w:r w:rsidRPr="00725484">
                          <w:rPr>
                            <w:szCs w:val="18"/>
                          </w:rPr>
                          <w:t>• Séllame para siempre con Tu Espíritu Santo para dirigirme y guiarme.</w:t>
                        </w:r>
                      </w:p>
                      <w:p w14:paraId="2D1789D9" w14:textId="77777777" w:rsidR="00E34B5C" w:rsidRPr="00725484" w:rsidRDefault="00AB1AF6">
                        <w:pPr>
                          <w:spacing w:line="180" w:lineRule="exact"/>
                          <w:jc w:val="both"/>
                          <w:rPr>
                            <w:szCs w:val="18"/>
                          </w:rPr>
                        </w:pPr>
                        <w:r w:rsidRPr="00725484">
                          <w:rPr>
                            <w:szCs w:val="18"/>
                          </w:rPr>
                          <w:t>• Gracias por la vida eterna.    Amén.</w:t>
                        </w:r>
                      </w:p>
                    </w:tc>
                  </w:tr>
                </w:tbl>
                <w:p w14:paraId="32CE2AD5" w14:textId="77777777" w:rsidR="00E34B5C" w:rsidRPr="00725484" w:rsidRDefault="00E34B5C">
                  <w:pPr>
                    <w:spacing w:line="15" w:lineRule="exact"/>
                    <w:rPr>
                      <w:szCs w:val="18"/>
                    </w:rPr>
                  </w:pPr>
                </w:p>
              </w:tc>
            </w:tr>
            <w:tr w:rsidR="00E34B5C" w14:paraId="75D508EC" w14:textId="77777777">
              <w:tc>
                <w:tcPr>
                  <w:tcW w:w="648" w:type="dxa"/>
                  <w:shd w:val="clear" w:color="auto" w:fill="378650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0E554292" w14:textId="77777777" w:rsidR="00E34B5C" w:rsidRPr="00725484" w:rsidRDefault="00AB1AF6">
                  <w:pPr>
                    <w:jc w:val="center"/>
                    <w:rPr>
                      <w:sz w:val="36"/>
                      <w:szCs w:val="18"/>
                    </w:rPr>
                  </w:pPr>
                  <w:r w:rsidRPr="00725484">
                    <w:rPr>
                      <w:b/>
                      <w:color w:val="FFFFFF"/>
                      <w:sz w:val="36"/>
                      <w:szCs w:val="18"/>
                    </w:rPr>
                    <w:t>M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00"/>
                    <w:gridCol w:w="2031"/>
                  </w:tblGrid>
                  <w:tr w:rsidR="00E34B5C" w:rsidRPr="00725484" w14:paraId="0265A2FE" w14:textId="77777777">
                    <w:tc>
                      <w:tcPr>
                        <w:tcW w:w="1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77E79927" w14:textId="77777777" w:rsidR="00E34B5C" w:rsidRPr="00725484" w:rsidRDefault="00AB1AF6">
                        <w:pPr>
                          <w:spacing w:line="180" w:lineRule="exact"/>
                          <w:rPr>
                            <w:szCs w:val="18"/>
                          </w:rPr>
                        </w:pPr>
                        <w:r>
                          <w:rPr>
                            <w:b/>
                          </w:rPr>
                          <w:t>Hecho nuevo</w:t>
                        </w:r>
                      </w:p>
                    </w:tc>
                    <w:tc>
                      <w:tcPr>
                        <w:tcW w:w="2031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0AEB5D44" w14:textId="77777777" w:rsidR="00E34B5C" w:rsidRPr="00725484" w:rsidRDefault="00AB1AF6">
                        <w:pPr>
                          <w:spacing w:line="180" w:lineRule="exact"/>
                          <w:jc w:val="right"/>
                          <w:rPr>
                            <w:szCs w:val="18"/>
                          </w:rPr>
                        </w:pPr>
                        <w:r>
                          <w:rPr>
                            <w:sz w:val="16"/>
                          </w:rPr>
                          <w:t>2 Co. 5:17; Ro. 8:15</w:t>
                        </w:r>
                      </w:p>
                    </w:tc>
                  </w:tr>
                </w:tbl>
                <w:p w14:paraId="102AA0F9" w14:textId="77777777" w:rsidR="00E34B5C" w:rsidRPr="00725484" w:rsidRDefault="00E34B5C">
                  <w:pPr>
                    <w:spacing w:line="15" w:lineRule="exact"/>
                    <w:rPr>
                      <w:szCs w:val="18"/>
                    </w:rPr>
                  </w:pPr>
                </w:p>
                <w:p w14:paraId="4E6E3ADD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Por la fe en Jesús, naces de nuevo a una vida nueva. Tus pecados son perdonados y eres adoptado en la familia de Dios.</w:t>
                  </w:r>
                </w:p>
              </w:tc>
            </w:tr>
            <w:tr w:rsidR="00E34B5C" w14:paraId="58F4397A" w14:textId="77777777">
              <w:tc>
                <w:tcPr>
                  <w:tcW w:w="648" w:type="dxa"/>
                  <w:shd w:val="clear" w:color="auto" w:fill="378650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08C4415F" w14:textId="77777777" w:rsidR="00E34B5C" w:rsidRPr="00725484" w:rsidRDefault="00AB1AF6">
                  <w:pPr>
                    <w:jc w:val="center"/>
                    <w:rPr>
                      <w:sz w:val="36"/>
                      <w:szCs w:val="18"/>
                    </w:rPr>
                  </w:pPr>
                  <w:r w:rsidRPr="00725484">
                    <w:rPr>
                      <w:b/>
                      <w:color w:val="FFFFFF"/>
                      <w:sz w:val="36"/>
                      <w:szCs w:val="18"/>
                    </w:rPr>
                    <w:t>E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87"/>
                    <w:gridCol w:w="1344"/>
                  </w:tblGrid>
                  <w:tr w:rsidR="00E34B5C" w:rsidRPr="00725484" w14:paraId="50D3D0D9" w14:textId="77777777">
                    <w:tc>
                      <w:tcPr>
                        <w:tcW w:w="2487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6C0C81E5" w14:textId="77777777" w:rsidR="00E34B5C" w:rsidRPr="00725484" w:rsidRDefault="00AB1AF6">
                        <w:pPr>
                          <w:spacing w:line="180" w:lineRule="exact"/>
                          <w:rPr>
                            <w:szCs w:val="18"/>
                          </w:rPr>
                        </w:pPr>
                        <w:r>
                          <w:rPr>
                            <w:b/>
                          </w:rPr>
                          <w:t>Abraza Sus caminos</w:t>
                        </w:r>
                      </w:p>
                    </w:tc>
                    <w:tc>
                      <w:tcPr>
                        <w:tcW w:w="1344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36E02AB9" w14:textId="77777777" w:rsidR="00E34B5C" w:rsidRPr="00725484" w:rsidRDefault="00AB1AF6">
                        <w:pPr>
                          <w:spacing w:line="180" w:lineRule="exact"/>
                          <w:jc w:val="right"/>
                          <w:rPr>
                            <w:szCs w:val="18"/>
                          </w:rPr>
                        </w:pPr>
                        <w:r>
                          <w:rPr>
                            <w:sz w:val="16"/>
                          </w:rPr>
                          <w:t>2 Co. 3:18</w:t>
                        </w:r>
                      </w:p>
                    </w:tc>
                  </w:tr>
                </w:tbl>
                <w:p w14:paraId="69000645" w14:textId="77777777" w:rsidR="00E34B5C" w:rsidRPr="00725484" w:rsidRDefault="00E34B5C">
                  <w:pPr>
                    <w:spacing w:line="15" w:lineRule="exact"/>
                    <w:rPr>
                      <w:szCs w:val="18"/>
                    </w:rPr>
                  </w:pPr>
                </w:p>
                <w:p w14:paraId="40FD856B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 w:rsidRPr="00725484">
                    <w:rPr>
                      <w:szCs w:val="18"/>
                    </w:rPr>
                    <w:t>Como un recién nacido aprende y crece, tú comienzas a crecer en tu nueva vida espiritual. Estas páginas te ayudarán a seguir a Jesús.</w:t>
                  </w:r>
                </w:p>
              </w:tc>
            </w:tr>
          </w:tbl>
          <w:p w14:paraId="2C4DF4D5" w14:textId="77777777" w:rsidR="00E34B5C" w:rsidRDefault="00E34B5C">
            <w:pPr>
              <w:spacing w:line="15" w:lineRule="exact"/>
              <w:rPr>
                <w:szCs w:val="18"/>
              </w:rPr>
            </w:pPr>
          </w:p>
          <w:p w14:paraId="45B65E5A" w14:textId="77777777" w:rsidR="00E34B5C" w:rsidRDefault="00E34B5C">
            <w:pPr>
              <w:spacing w:line="15" w:lineRule="exact"/>
              <w:rPr>
                <w:szCs w:val="18"/>
              </w:rPr>
            </w:pPr>
          </w:p>
        </w:tc>
      </w:tr>
      <w:tr w:rsidR="00E34B5C" w14:paraId="0E06FC81" w14:textId="77777777">
        <w:trPr>
          <w:cantSplit/>
        </w:trPr>
        <w:tc>
          <w:tcPr>
            <w:tcW w:w="5088" w:type="dxa"/>
            <w:tcMar>
              <w:left w:w="60" w:type="dxa"/>
              <w:right w:w="200" w:type="dxa"/>
            </w:tcMar>
          </w:tcPr>
          <w:p w14:paraId="60A187B2" w14:textId="77777777" w:rsidR="00E34B5C" w:rsidRPr="00725484" w:rsidRDefault="00AB1AF6">
            <w:pPr>
              <w:keepNext/>
              <w:pageBreakBefore/>
              <w:tabs>
                <w:tab w:val="center" w:pos="2414"/>
              </w:tabs>
              <w:spacing w:before="50" w:line="180" w:lineRule="exact"/>
              <w:rPr>
                <w:szCs w:val="18"/>
              </w:rPr>
            </w:pPr>
            <w:r>
              <w:lastRenderedPageBreak/>
              <w:t>2 ¿QUÉ ACABA DE SUCEDER?</w:t>
            </w:r>
            <w:r>
              <w:rPr>
                <w:b/>
                <w:color w:val="000000"/>
                <w:szCs w:val="18"/>
              </w:rPr>
              <w:tab/>
            </w:r>
          </w:p>
          <w:p w14:paraId="2FDF9C4C" w14:textId="77777777" w:rsidR="00E34B5C" w:rsidRPr="00725484" w:rsidRDefault="00AB1AF6">
            <w:pPr>
              <w:spacing w:line="180" w:lineRule="exact"/>
              <w:rPr>
                <w:szCs w:val="18"/>
              </w:rPr>
            </w:pPr>
            <w:r>
              <w:rPr>
                <w:b/>
              </w:rPr>
              <w:t>Tienes una nueva vida en Cristo.</w:t>
            </w:r>
          </w:p>
          <w:tbl>
            <w:tblPr>
              <w:tblW w:w="4720" w:type="dxa"/>
              <w:tblBorders>
                <w:top w:val="single" w:sz="4" w:space="0" w:color="378650"/>
                <w:left w:val="single" w:sz="4" w:space="0" w:color="378650"/>
                <w:bottom w:val="single" w:sz="4" w:space="0" w:color="378650"/>
                <w:right w:val="single" w:sz="4" w:space="0" w:color="378650"/>
              </w:tblBorders>
              <w:tblCellMar>
                <w:top w:w="50" w:type="dxa"/>
                <w:left w:w="50" w:type="dxa"/>
                <w:bottom w:w="1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4720"/>
            </w:tblGrid>
            <w:tr w:rsidR="00E34B5C" w:rsidRPr="00725484" w14:paraId="18CC7F96" w14:textId="77777777">
              <w:tc>
                <w:tcPr>
                  <w:tcW w:w="4720" w:type="dxa"/>
                  <w:tcMar>
                    <w:bottom w:w="15" w:type="dxa"/>
                  </w:tcMar>
                </w:tcPr>
                <w:p w14:paraId="307BCF4D" w14:textId="77777777" w:rsidR="004903E0" w:rsidRDefault="00C90E98">
                  <w:pPr>
                    <w:tabs>
                      <w:tab w:val="right" w:pos="4620"/>
                    </w:tabs>
                    <w:spacing w:line="180" w:lineRule="exact"/>
                    <w:jc w:val="both"/>
                  </w:pPr>
                  <w:r>
                    <w:t>Este es el testimonio: Dios nos dio vida eterna, y esta vida está en Su Hijo. Quien tiene al Hijo tiene la vida; quien no tiene al Hijo de Dios no tiene la vida.</w:t>
                  </w:r>
                  <w:r>
                    <w:tab/>
                  </w:r>
                  <w:r>
                    <w:br/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1 Juan 5:11–12</w:t>
                  </w:r>
                </w:p>
              </w:tc>
            </w:tr>
          </w:tbl>
          <w:p w14:paraId="78476352" w14:textId="77777777" w:rsidR="00E34B5C" w:rsidRPr="00725484" w:rsidRDefault="00AB1AF6">
            <w:pPr>
              <w:keepNext/>
              <w:tabs>
                <w:tab w:val="center" w:pos="2414"/>
              </w:tabs>
              <w:spacing w:before="50" w:line="180" w:lineRule="exact"/>
              <w:rPr>
                <w:szCs w:val="18"/>
              </w:rPr>
            </w:pPr>
            <w:r>
              <w:t>3 ¿QUIÉN ES DIOS?</w:t>
            </w:r>
            <w:r>
              <w:rPr>
                <w:b/>
                <w:szCs w:val="18"/>
              </w:rPr>
              <w:tab/>
            </w:r>
          </w:p>
          <w:tbl>
            <w:tblPr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37058EE1" w14:textId="77777777">
              <w:tc>
                <w:tcPr>
                  <w:tcW w:w="4728" w:type="dxa"/>
                  <w:tcBorders>
                    <w:top w:val="single" w:sz="6" w:space="0" w:color="378650"/>
                    <w:left w:val="single" w:sz="6" w:space="0" w:color="378650"/>
                    <w:bottom w:val="single" w:sz="6" w:space="0" w:color="378650"/>
                    <w:right w:val="single" w:sz="6" w:space="0" w:color="378650"/>
                  </w:tcBorders>
                  <w:tcMar>
                    <w:top w:w="45" w:type="dxa"/>
                    <w:left w:w="70" w:type="dxa"/>
                    <w:bottom w:w="15" w:type="dxa"/>
                    <w:right w:w="70" w:type="dxa"/>
                  </w:tcMar>
                </w:tcPr>
                <w:p w14:paraId="65BA4C14" w14:textId="77777777" w:rsidR="004903E0" w:rsidRDefault="00C90E98">
                  <w:pPr>
                    <w:tabs>
                      <w:tab w:val="right" w:pos="4588"/>
                    </w:tabs>
                    <w:spacing w:line="180" w:lineRule="exact"/>
                    <w:jc w:val="both"/>
                  </w:pPr>
                  <w:r>
                    <w:t>Dios es espíritu; quienes lo adoran deben adorarlo en espíritu y en verdad.</w:t>
                  </w:r>
                  <w:r>
                    <w:tab/>
                  </w:r>
                  <w:r>
                    <w:br/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Juan 4:24</w:t>
                  </w:r>
                </w:p>
              </w:tc>
            </w:tr>
          </w:tbl>
          <w:p w14:paraId="6B4731FD" w14:textId="77777777" w:rsidR="00E34B5C" w:rsidRPr="00725484" w:rsidRDefault="00AB1AF6">
            <w:pPr>
              <w:keepNext/>
              <w:spacing w:before="40" w:line="180" w:lineRule="exact"/>
              <w:jc w:val="center"/>
              <w:rPr>
                <w:szCs w:val="18"/>
              </w:rPr>
            </w:pPr>
            <w:r w:rsidRPr="00725484">
              <w:rPr>
                <w:b/>
                <w:szCs w:val="18"/>
              </w:rPr>
              <w:t>ATRIBUTOS</w:t>
            </w:r>
          </w:p>
          <w:tbl>
            <w:tblPr>
              <w:tblW w:w="472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64"/>
              <w:gridCol w:w="112"/>
              <w:gridCol w:w="120"/>
              <w:gridCol w:w="69"/>
              <w:gridCol w:w="8"/>
              <w:gridCol w:w="345"/>
              <w:gridCol w:w="1110"/>
            </w:tblGrid>
            <w:tr w:rsidR="00E34B5C" w:rsidRPr="00725484" w14:paraId="5EEB0D8B" w14:textId="77777777">
              <w:tc>
                <w:tcPr>
                  <w:tcW w:w="29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555B877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Dios es amor.</w:t>
                  </w:r>
                </w:p>
              </w:tc>
              <w:tc>
                <w:tcPr>
                  <w:tcW w:w="1761" w:type="dxa"/>
                  <w:gridSpan w:val="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49262F4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1 Juan 4:8</w:t>
                  </w:r>
                </w:p>
              </w:tc>
            </w:tr>
            <w:tr w:rsidR="00E34B5C" w:rsidRPr="00725484" w14:paraId="50B752B0" w14:textId="77777777">
              <w:tc>
                <w:tcPr>
                  <w:tcW w:w="3268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A7384B4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Dios lo sabe todo.</w:t>
                  </w:r>
                </w:p>
              </w:tc>
              <w:tc>
                <w:tcPr>
                  <w:tcW w:w="146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B6ED38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Salmos 139:1‑6</w:t>
                  </w:r>
                </w:p>
              </w:tc>
            </w:tr>
            <w:tr w:rsidR="00E34B5C" w:rsidRPr="00725484" w14:paraId="6FB8DB59" w14:textId="77777777">
              <w:tc>
                <w:tcPr>
                  <w:tcW w:w="3276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EBFF82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Dios es todopoderoso.</w:t>
                  </w:r>
                </w:p>
              </w:tc>
              <w:tc>
                <w:tcPr>
                  <w:tcW w:w="1452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FB5E256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Jeremías 32:17</w:t>
                  </w:r>
                </w:p>
              </w:tc>
            </w:tr>
            <w:tr w:rsidR="00E34B5C" w:rsidRPr="00725484" w14:paraId="6B219270" w14:textId="77777777">
              <w:tc>
                <w:tcPr>
                  <w:tcW w:w="3621" w:type="dxa"/>
                  <w:gridSpan w:val="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1C3EAEE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Dios es verdad.</w:t>
                  </w:r>
                </w:p>
              </w:tc>
              <w:tc>
                <w:tcPr>
                  <w:tcW w:w="110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4188134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Juan 14:6</w:t>
                  </w:r>
                </w:p>
              </w:tc>
            </w:tr>
            <w:tr w:rsidR="00E34B5C" w:rsidRPr="00725484" w14:paraId="08596D21" w14:textId="77777777">
              <w:tc>
                <w:tcPr>
                  <w:tcW w:w="3079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1FBB7EB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Dios es justo.</w:t>
                  </w:r>
                </w:p>
              </w:tc>
              <w:tc>
                <w:tcPr>
                  <w:tcW w:w="1649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0CB7522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Salmo 145:17</w:t>
                  </w:r>
                </w:p>
              </w:tc>
            </w:tr>
            <w:tr w:rsidR="00E34B5C" w:rsidRPr="00725484" w14:paraId="52995F91" w14:textId="77777777">
              <w:tc>
                <w:tcPr>
                  <w:tcW w:w="3199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9BC31F3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Dios es misericordioso.</w:t>
                  </w:r>
                </w:p>
              </w:tc>
              <w:tc>
                <w:tcPr>
                  <w:tcW w:w="1529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D5227F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Romanos 9:15‑16</w:t>
                  </w:r>
                </w:p>
              </w:tc>
            </w:tr>
            <w:tr w:rsidR="00E34B5C" w:rsidRPr="00725484" w14:paraId="4C3A5B94" w14:textId="77777777">
              <w:tc>
                <w:tcPr>
                  <w:tcW w:w="3264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0F41A36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Dios es fiel.</w:t>
                  </w:r>
                </w:p>
              </w:tc>
              <w:tc>
                <w:tcPr>
                  <w:tcW w:w="1464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F9E6FF9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2 Timoteo 2:13</w:t>
                  </w:r>
                </w:p>
              </w:tc>
            </w:tr>
            <w:tr w:rsidR="00E34B5C" w:rsidRPr="00725484" w14:paraId="0EB412EB" w14:textId="77777777">
              <w:tc>
                <w:tcPr>
                  <w:tcW w:w="3264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D8187A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Dios es santo.</w:t>
                  </w:r>
                </w:p>
              </w:tc>
              <w:tc>
                <w:tcPr>
                  <w:tcW w:w="1464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E2FE6BE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1 Pedro 1:15–16</w:t>
                  </w:r>
                </w:p>
              </w:tc>
            </w:tr>
          </w:tbl>
          <w:p w14:paraId="2D4679A5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03B5723B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62EBF941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11C618D2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77B2DA78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237437EA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3C91CB7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4037B507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34289FBE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296321F9" w14:textId="77777777">
              <w:tc>
                <w:tcPr>
                  <w:tcW w:w="4728" w:type="dxa"/>
                  <w:tcBorders>
                    <w:top w:val="single" w:sz="3" w:space="0" w:color="378650"/>
                    <w:left w:val="single" w:sz="3" w:space="0" w:color="378650"/>
                    <w:bottom w:val="single" w:sz="3" w:space="0" w:color="378650"/>
                    <w:right w:val="single" w:sz="3" w:space="0" w:color="378650"/>
                  </w:tcBorders>
                  <w:shd w:val="clear" w:color="auto" w:fill="378650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</w:tcPr>
                <w:p w14:paraId="1584F978" w14:textId="77777777" w:rsidR="00E34B5C" w:rsidRPr="00725484" w:rsidRDefault="00AB1AF6">
                  <w:pPr>
                    <w:keepNext/>
                    <w:spacing w:line="180" w:lineRule="exact"/>
                    <w:jc w:val="center"/>
                    <w:rPr>
                      <w:szCs w:val="18"/>
                    </w:rPr>
                  </w:pPr>
                  <w:r>
                    <w:rPr>
                      <w:b/>
                      <w:color w:val="FFFFFF"/>
                    </w:rPr>
                    <w:t>Un Dios eternamente existente</w:t>
                  </w:r>
                  <w:r>
                    <w:rPr>
                      <w:b/>
                      <w:color w:val="FFFFFF"/>
                    </w:rPr>
                    <w:br/>
                    <w:t>En tres personas distintas:</w:t>
                  </w:r>
                  <w:r>
                    <w:rPr>
                      <w:b/>
                      <w:color w:val="FFFFFF"/>
                    </w:rPr>
                    <w:br/>
                    <w:t>Padre, Hijo, Espíritu</w:t>
                  </w:r>
                </w:p>
              </w:tc>
            </w:tr>
          </w:tbl>
          <w:p w14:paraId="5B1B1BD5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3A079412" w14:textId="77777777" w:rsidR="00E34B5C" w:rsidRPr="00725484" w:rsidRDefault="00AB1AF6">
            <w:pPr>
              <w:keepNext/>
              <w:spacing w:before="40" w:line="180" w:lineRule="exact"/>
              <w:rPr>
                <w:szCs w:val="18"/>
              </w:rPr>
            </w:pPr>
            <w:r w:rsidRPr="00725484">
              <w:rPr>
                <w:b/>
                <w:color w:val="AA2832"/>
                <w:szCs w:val="18"/>
              </w:rPr>
              <w:t>PADRE: Crea el plan</w:t>
            </w:r>
          </w:p>
          <w:p w14:paraId="4FC83A46" w14:textId="77777777" w:rsidR="00E34B5C" w:rsidRPr="00725484" w:rsidRDefault="00AB1AF6">
            <w:pPr>
              <w:spacing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>• Su voluntad es redimir a la humanidad para que venga a Él y extienda Su Reino.</w:t>
            </w:r>
          </w:p>
          <w:p w14:paraId="4F707110" w14:textId="77777777" w:rsidR="00E34B5C" w:rsidRPr="00725484" w:rsidRDefault="00AB1AF6">
            <w:pPr>
              <w:keepNext/>
              <w:spacing w:before="40" w:line="180" w:lineRule="exact"/>
              <w:rPr>
                <w:szCs w:val="18"/>
              </w:rPr>
            </w:pPr>
            <w:r w:rsidRPr="00725484">
              <w:rPr>
                <w:b/>
                <w:color w:val="AA2832"/>
                <w:szCs w:val="18"/>
              </w:rPr>
              <w:t>HIJO (JESÚS): Establece el plan</w:t>
            </w:r>
          </w:p>
          <w:p w14:paraId="27AE404A" w14:textId="77777777" w:rsidR="00E34B5C" w:rsidRPr="00725484" w:rsidRDefault="00AB1AF6">
            <w:pPr>
              <w:spacing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>• El sacrificio de Jesús en la cruz abrió el camino para salvarnos del pecado y vivir con propósito, cumpliendo la voluntad de Dios.</w:t>
            </w:r>
          </w:p>
          <w:p w14:paraId="62E529AD" w14:textId="77777777" w:rsidR="00E34B5C" w:rsidRPr="00725484" w:rsidRDefault="00AB1AF6">
            <w:pPr>
              <w:keepNext/>
              <w:spacing w:before="40" w:line="180" w:lineRule="exact"/>
              <w:rPr>
                <w:szCs w:val="18"/>
              </w:rPr>
            </w:pPr>
            <w:r w:rsidRPr="00725484">
              <w:rPr>
                <w:b/>
                <w:color w:val="AA2832"/>
                <w:szCs w:val="18"/>
              </w:rPr>
              <w:t>ESPÍRITU SANTO: Realiza el plan</w:t>
            </w:r>
          </w:p>
          <w:p w14:paraId="0C7CC70A" w14:textId="77777777" w:rsidR="00E34B5C" w:rsidRPr="00725484" w:rsidRDefault="00AB1AF6">
            <w:pPr>
              <w:spacing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>• El Espíritu nos atrajo a Jesús y nos da poder, dirección y propósito.</w:t>
            </w:r>
          </w:p>
          <w:p w14:paraId="29EC8168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712D4427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709C700B" w14:textId="77777777" w:rsidR="004903E0" w:rsidRDefault="004903E0">
            <w:pPr>
              <w:spacing w:line="15" w:lineRule="exact"/>
              <w:rPr>
                <w:szCs w:val="18"/>
              </w:rPr>
            </w:pPr>
          </w:p>
          <w:p w14:paraId="3C835B25" w14:textId="77777777" w:rsidR="004903E0" w:rsidRDefault="00C90E98">
            <w:pPr>
              <w:keepNext/>
              <w:tabs>
                <w:tab w:val="right" w:pos="4219"/>
              </w:tabs>
              <w:spacing w:before="40" w:line="180" w:lineRule="exact"/>
              <w:jc w:val="center"/>
            </w:pPr>
            <w:r>
              <w:rPr>
                <w:b/>
              </w:rPr>
              <w:t>EL ESPÍRITU SANTO NOS CAPACITA</w:t>
            </w:r>
          </w:p>
          <w:p w14:paraId="164C6BBE" w14:textId="77777777" w:rsidR="004903E0" w:rsidRDefault="00C90E98">
            <w:pPr>
              <w:keepNext/>
              <w:tabs>
                <w:tab w:val="right" w:pos="4728"/>
              </w:tabs>
              <w:spacing w:line="180" w:lineRule="exact"/>
              <w:ind w:right="100"/>
              <w:jc w:val="both"/>
            </w:pPr>
            <w:r>
              <w:t>«Porque separados de Mí nada pueden hacer».</w:t>
            </w:r>
            <w:r>
              <w:br/>
            </w:r>
            <w:r>
              <w:tab/>
            </w:r>
            <w:r>
              <w:rPr>
                <w:sz w:val="16"/>
                <w:szCs w:val="16"/>
              </w:rPr>
              <w:t>Juan 15:5</w:t>
            </w:r>
          </w:p>
          <w:p w14:paraId="0CCE0E93" w14:textId="77777777" w:rsidR="004903E0" w:rsidRDefault="00C90E98">
            <w:pPr>
              <w:keepNext/>
              <w:tabs>
                <w:tab w:val="right" w:pos="4728"/>
              </w:tabs>
              <w:spacing w:line="180" w:lineRule="exact"/>
              <w:ind w:right="100"/>
              <w:jc w:val="both"/>
            </w:pPr>
            <w:r>
              <w:t>«Recibirán poder cuando el Espíritu Santo venga sobre ustedes».</w:t>
            </w:r>
            <w:r>
              <w:br/>
            </w:r>
            <w:r>
              <w:tab/>
            </w:r>
            <w:r>
              <w:rPr>
                <w:sz w:val="16"/>
                <w:szCs w:val="16"/>
              </w:rPr>
              <w:t>Hechos 1:8</w:t>
            </w:r>
          </w:p>
          <w:tbl>
            <w:tblPr>
              <w:tblW w:w="4720" w:type="dxa"/>
              <w:tblBorders>
                <w:top w:val="single" w:sz="4" w:space="0" w:color="378650"/>
                <w:left w:val="single" w:sz="4" w:space="0" w:color="378650"/>
                <w:bottom w:val="single" w:sz="4" w:space="0" w:color="378650"/>
                <w:right w:val="single" w:sz="4" w:space="0" w:color="378650"/>
              </w:tblBorders>
              <w:tblCellMar>
                <w:top w:w="50" w:type="dxa"/>
                <w:left w:w="50" w:type="dxa"/>
                <w:bottom w:w="1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4720"/>
            </w:tblGrid>
            <w:tr w:rsidR="004903E0" w14:paraId="71EF51AA" w14:textId="77777777">
              <w:tc>
                <w:tcPr>
                  <w:tcW w:w="4720" w:type="dxa"/>
                  <w:shd w:val="clear" w:color="auto" w:fill="E0EFE3"/>
                  <w:tcMar>
                    <w:bottom w:w="15" w:type="dxa"/>
                  </w:tcMar>
                </w:tcPr>
                <w:p w14:paraId="5811D9DE" w14:textId="77777777" w:rsidR="004903E0" w:rsidRDefault="00C90E98">
                  <w:pPr>
                    <w:tabs>
                      <w:tab w:val="left" w:pos="140"/>
                      <w:tab w:val="right" w:pos="4620"/>
                    </w:tabs>
                    <w:spacing w:line="180" w:lineRule="exact"/>
                    <w:ind w:left="140" w:hanging="140"/>
                    <w:jc w:val="both"/>
                  </w:pPr>
                  <w:r>
                    <w:rPr>
                      <w:b/>
                    </w:rPr>
                    <w:t>• Poder para salvación:</w:t>
                  </w:r>
                  <w:r>
                    <w:rPr>
                      <w:b/>
                    </w:rPr>
                    <w:tab/>
                    <w:t xml:space="preserve"> El Espíritu Santo nos da nueva vida y habita en nosotros.</w:t>
                  </w:r>
                  <w:r>
                    <w:br/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Titus 3:5; Ro. 8:9</w:t>
                  </w:r>
                </w:p>
                <w:p w14:paraId="3FE009E4" w14:textId="77777777" w:rsidR="004903E0" w:rsidRDefault="00C90E98">
                  <w:pPr>
                    <w:tabs>
                      <w:tab w:val="left" w:pos="140"/>
                      <w:tab w:val="right" w:pos="4620"/>
                    </w:tabs>
                    <w:spacing w:line="180" w:lineRule="exact"/>
                    <w:ind w:left="140" w:hanging="140"/>
                    <w:jc w:val="both"/>
                  </w:pPr>
                  <w:r>
                    <w:rPr>
                      <w:b/>
                    </w:rPr>
                    <w:t>• Poder para vivir cada día:</w:t>
                  </w:r>
                  <w:r>
                    <w:rPr>
                      <w:b/>
                    </w:rPr>
                    <w:tab/>
                    <w:t xml:space="preserve"> Dependemos de Su dirección y de que nos llene continuamente.</w:t>
                  </w:r>
                  <w:r>
                    <w:br/>
                  </w:r>
                  <w:r>
                    <w:br/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Gal. 5:16; Ef. 5:18</w:t>
                  </w:r>
                </w:p>
                <w:p w14:paraId="10E84D6B" w14:textId="77777777" w:rsidR="004903E0" w:rsidRDefault="00C90E98">
                  <w:pPr>
                    <w:tabs>
                      <w:tab w:val="left" w:pos="140"/>
                      <w:tab w:val="right" w:pos="4620"/>
                    </w:tabs>
                    <w:spacing w:line="180" w:lineRule="exact"/>
                    <w:ind w:left="140" w:hanging="140"/>
                    <w:jc w:val="both"/>
                  </w:pPr>
                  <w:r>
                    <w:rPr>
                      <w:b/>
                    </w:rPr>
                    <w:t>• Poder para ministrar:</w:t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 xml:space="preserve"> Pedimos Su poder para servir y proclamar a Jesús con valentía.</w:t>
                  </w:r>
                  <w:r>
                    <w:br/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Hechos 1:8; 4:31</w:t>
                  </w:r>
                </w:p>
                <w:p w14:paraId="3AEEB054" w14:textId="77777777" w:rsidR="004903E0" w:rsidRDefault="00C90E98">
                  <w:pPr>
                    <w:tabs>
                      <w:tab w:val="left" w:pos="140"/>
                      <w:tab w:val="right" w:pos="4620"/>
                    </w:tabs>
                    <w:spacing w:line="180" w:lineRule="exact"/>
                    <w:ind w:left="140" w:hanging="140"/>
                    <w:jc w:val="both"/>
                  </w:pPr>
                  <w:r>
                    <w:rPr>
                      <w:b/>
                    </w:rPr>
                    <w:t>• Poder para otros:</w:t>
                  </w:r>
                  <w:r>
                    <w:rPr>
                      <w:b/>
                    </w:rPr>
                    <w:tab/>
                    <w:t xml:space="preserve"> El Espíritu Santo convence los corazones y atrae a las personas a Él. Obedecemos; Dios produce el resultado.</w:t>
                  </w:r>
                  <w:r>
                    <w:br/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Jn. 16:8, 14; 1 Co. 3:6–7</w:t>
                  </w:r>
                </w:p>
              </w:tc>
            </w:tr>
          </w:tbl>
          <w:p w14:paraId="051CEE15" w14:textId="77777777" w:rsidR="004903E0" w:rsidRDefault="004903E0">
            <w:pPr>
              <w:spacing w:line="15" w:lineRule="exact"/>
              <w:rPr>
                <w:szCs w:val="18"/>
              </w:rPr>
            </w:pPr>
          </w:p>
        </w:tc>
        <w:tc>
          <w:tcPr>
            <w:tcW w:w="5088" w:type="dxa"/>
            <w:tcMar>
              <w:left w:w="140" w:type="dxa"/>
              <w:right w:w="140" w:type="dxa"/>
            </w:tcMar>
          </w:tcPr>
          <w:p w14:paraId="41E650E7" w14:textId="77777777" w:rsidR="00E34B5C" w:rsidRPr="00725484" w:rsidRDefault="00AB1AF6">
            <w:pPr>
              <w:keepNext/>
              <w:tabs>
                <w:tab w:val="center" w:pos="2404"/>
              </w:tabs>
              <w:spacing w:before="50" w:line="180" w:lineRule="exact"/>
              <w:rPr>
                <w:szCs w:val="18"/>
              </w:rPr>
            </w:pPr>
            <w:r>
              <w:t>4 ¿QUIÉN SOY?</w:t>
            </w:r>
            <w:r>
              <w:rPr>
                <w:b/>
                <w:szCs w:val="18"/>
              </w:rPr>
              <w:tab/>
            </w:r>
          </w:p>
          <w:p w14:paraId="3BBA8D61" w14:textId="77777777" w:rsidR="004903E0" w:rsidRDefault="00C90E98">
            <w:pPr>
              <w:spacing w:line="180" w:lineRule="exact"/>
              <w:jc w:val="both"/>
            </w:pPr>
            <w:r>
              <w:t>Dios creó a la humanidad a Su semejanza para conocerlo y vivir en comunión con Él. Nos dio la capacidad de comunicarnos con Él, tomar decisiones morales y ejercer nuestra voluntad. Pero elegimos nuestro propio camino. Nuestro pecado nos separó de un Dios santo y nos puso bajo juicio eterno. En Su gran amor, Dios envió a Su Hijo Jesús a morir en nuestro lugar y pagar por nuestro pecado. Al confiar en Jesús, recibimos nueva vida y una relación eterna con Dios. Comenzamos nuestra vida en Cristo aún luchando co</w:t>
            </w:r>
            <w:r>
              <w:t>n el pecado que no podemos vencer solos. Debemos depender del Espíritu Santo para que nos guíe y capacite toda la vida, mientras superamos nuestros caminos naturales y crecemos hacia el nuevo ser, que se renueva a la imagen de Dios y se asemeja cada vez más a Cristo.</w:t>
            </w:r>
          </w:p>
          <w:tbl>
            <w:tblPr>
              <w:tblW w:w="4808" w:type="dxa"/>
              <w:tblBorders>
                <w:top w:val="single" w:sz="4" w:space="0" w:color="378650"/>
                <w:left w:val="single" w:sz="4" w:space="0" w:color="378650"/>
                <w:bottom w:val="single" w:sz="4" w:space="0" w:color="378650"/>
                <w:right w:val="single" w:sz="4" w:space="0" w:color="378650"/>
              </w:tblBorders>
              <w:tblLayout w:type="fixed"/>
              <w:tblCellMar>
                <w:top w:w="50" w:type="dxa"/>
                <w:left w:w="50" w:type="dxa"/>
                <w:bottom w:w="1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4808"/>
            </w:tblGrid>
            <w:tr w:rsidR="004903E0" w14:paraId="2F22F199" w14:textId="77777777">
              <w:tc>
                <w:tcPr>
                  <w:tcW w:w="4808" w:type="dxa"/>
                  <w:tcMar>
                    <w:left w:w="70" w:type="dxa"/>
                    <w:bottom w:w="15" w:type="dxa"/>
                    <w:right w:w="70" w:type="dxa"/>
                  </w:tcMar>
                </w:tcPr>
                <w:p w14:paraId="7ECE8572" w14:textId="77777777" w:rsidR="004903E0" w:rsidRDefault="00C90E98">
                  <w:pPr>
                    <w:tabs>
                      <w:tab w:val="right" w:pos="4560"/>
                    </w:tabs>
                    <w:spacing w:line="180" w:lineRule="exact"/>
                    <w:jc w:val="both"/>
                  </w:pPr>
                  <w:r>
                    <w:rPr>
                      <w:rFonts w:eastAsia="Comic Sans MS" w:cs="Comic Sans MS"/>
                    </w:rPr>
                    <w:t>«Y se han revestido del nuevo ser, que se renueva en conocimiento conforme a la imagen de su Creador».</w:t>
                  </w:r>
                </w:p>
                <w:p w14:paraId="53E263FE" w14:textId="77777777" w:rsidR="004903E0" w:rsidRDefault="00C90E98">
                  <w:pPr>
                    <w:spacing w:line="180" w:lineRule="exact"/>
                    <w:jc w:val="right"/>
                  </w:pPr>
                  <w:r>
                    <w:rPr>
                      <w:sz w:val="16"/>
                    </w:rPr>
                    <w:t>Colosenses 3:10</w:t>
                  </w:r>
                </w:p>
              </w:tc>
            </w:tr>
          </w:tbl>
          <w:p w14:paraId="6A9B4AC1" w14:textId="77777777" w:rsidR="00E34B5C" w:rsidRPr="00725484" w:rsidRDefault="00AB1AF6">
            <w:pPr>
              <w:keepNext/>
              <w:tabs>
                <w:tab w:val="center" w:pos="2404"/>
              </w:tabs>
              <w:spacing w:before="50" w:line="180" w:lineRule="exact"/>
              <w:rPr>
                <w:szCs w:val="18"/>
              </w:rPr>
            </w:pPr>
            <w:r>
              <w:t>5 ¿QUÉ ESPERA DIOS DE MÍ?</w:t>
            </w:r>
            <w:r>
              <w:rPr>
                <w:b/>
                <w:szCs w:val="18"/>
              </w:rPr>
              <w:tab/>
            </w:r>
          </w:p>
          <w:p w14:paraId="628FB596" w14:textId="77777777" w:rsidR="00E34B5C" w:rsidRPr="00725484" w:rsidRDefault="00AB1AF6">
            <w:pPr>
              <w:keepNext/>
              <w:spacing w:before="40" w:line="180" w:lineRule="exact"/>
              <w:rPr>
                <w:szCs w:val="18"/>
              </w:rPr>
            </w:pPr>
            <w:r w:rsidRPr="00725484">
              <w:rPr>
                <w:b/>
                <w:szCs w:val="18"/>
              </w:rPr>
              <w:t>Confiar / Depender / Priorizar / Obedecer</w:t>
            </w: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22"/>
              <w:gridCol w:w="1266"/>
            </w:tblGrid>
            <w:tr w:rsidR="00E34B5C" w:rsidRPr="00725484" w14:paraId="348F2845" w14:textId="77777777">
              <w:tc>
                <w:tcPr>
                  <w:tcW w:w="342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E3635C7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Confía en el Señor con todo tu corazón.</w:t>
                  </w:r>
                </w:p>
              </w:tc>
              <w:tc>
                <w:tcPr>
                  <w:tcW w:w="126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B9D78E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Proverbios 3:5‑6</w:t>
                  </w:r>
                </w:p>
              </w:tc>
            </w:tr>
          </w:tbl>
          <w:p w14:paraId="7308B60E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75"/>
              <w:gridCol w:w="1213"/>
            </w:tblGrid>
            <w:tr w:rsidR="00E34B5C" w:rsidRPr="00725484" w14:paraId="2FB2306D" w14:textId="77777777">
              <w:tc>
                <w:tcPr>
                  <w:tcW w:w="34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03D32DE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Pon a Jesús primero.</w:t>
                  </w:r>
                </w:p>
              </w:tc>
              <w:tc>
                <w:tcPr>
                  <w:tcW w:w="12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D54B30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Mateo 6:33</w:t>
                  </w:r>
                </w:p>
              </w:tc>
            </w:tr>
          </w:tbl>
          <w:p w14:paraId="61F8A415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24"/>
              <w:gridCol w:w="1364"/>
            </w:tblGrid>
            <w:tr w:rsidR="00E34B5C" w:rsidRPr="00725484" w14:paraId="7263455B" w14:textId="77777777">
              <w:tc>
                <w:tcPr>
                  <w:tcW w:w="33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ABB9558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Depende de la fuerza de Dios.</w:t>
                  </w:r>
                </w:p>
              </w:tc>
              <w:tc>
                <w:tcPr>
                  <w:tcW w:w="136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95D1109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Filipenses 4:13</w:t>
                  </w:r>
                </w:p>
              </w:tc>
            </w:tr>
          </w:tbl>
          <w:p w14:paraId="6568B203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62"/>
              <w:gridCol w:w="1026"/>
            </w:tblGrid>
            <w:tr w:rsidR="00E34B5C" w:rsidRPr="00725484" w14:paraId="609B1CB7" w14:textId="77777777">
              <w:tc>
                <w:tcPr>
                  <w:tcW w:w="36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8203F7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Renuncia a los deseos pecaminosos.</w:t>
                  </w:r>
                </w:p>
              </w:tc>
              <w:tc>
                <w:tcPr>
                  <w:tcW w:w="102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2DF03A2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Gal 5:24</w:t>
                  </w:r>
                </w:p>
              </w:tc>
            </w:tr>
          </w:tbl>
          <w:p w14:paraId="39A98188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36DB0B35" w14:textId="77777777" w:rsidR="00E34B5C" w:rsidRPr="00725484" w:rsidRDefault="00AB1AF6">
            <w:pPr>
              <w:keepNext/>
              <w:spacing w:before="40" w:line="180" w:lineRule="exact"/>
              <w:rPr>
                <w:szCs w:val="18"/>
              </w:rPr>
            </w:pPr>
            <w:r w:rsidRPr="00725484">
              <w:rPr>
                <w:b/>
                <w:szCs w:val="18"/>
              </w:rPr>
              <w:t>Amar a Dios / A los demás</w:t>
            </w: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5"/>
              <w:gridCol w:w="1293"/>
            </w:tblGrid>
            <w:tr w:rsidR="00E34B5C" w:rsidRPr="00725484" w14:paraId="4574698D" w14:textId="77777777">
              <w:tc>
                <w:tcPr>
                  <w:tcW w:w="3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C49D111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Ama a Dios con todo tu ser.</w:t>
                  </w:r>
                </w:p>
              </w:tc>
              <w:tc>
                <w:tcPr>
                  <w:tcW w:w="12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6E6205E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Mateo 22:37</w:t>
                  </w:r>
                </w:p>
              </w:tc>
            </w:tr>
          </w:tbl>
          <w:p w14:paraId="1E0210EE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8"/>
              <w:gridCol w:w="1240"/>
            </w:tblGrid>
            <w:tr w:rsidR="00E34B5C" w:rsidRPr="00725484" w14:paraId="283D12F5" w14:textId="77777777">
              <w:tc>
                <w:tcPr>
                  <w:tcW w:w="34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050319C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Ámense unos a otros.</w:t>
                  </w:r>
                </w:p>
              </w:tc>
              <w:tc>
                <w:tcPr>
                  <w:tcW w:w="12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F8BFB86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Juan 13:34‑35</w:t>
                  </w:r>
                </w:p>
              </w:tc>
            </w:tr>
          </w:tbl>
          <w:p w14:paraId="4A0CFB3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6F0E98B7" w14:textId="77777777" w:rsidR="00E34B5C" w:rsidRPr="00725484" w:rsidRDefault="00AB1AF6">
            <w:pPr>
              <w:keepNext/>
              <w:spacing w:before="40" w:line="180" w:lineRule="exact"/>
              <w:rPr>
                <w:szCs w:val="18"/>
              </w:rPr>
            </w:pPr>
            <w:r w:rsidRPr="00725484">
              <w:rPr>
                <w:b/>
                <w:szCs w:val="18"/>
              </w:rPr>
              <w:t>Leer / Orar / Aplicar / Andar / Crecer</w:t>
            </w: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31"/>
              <w:gridCol w:w="1257"/>
            </w:tblGrid>
            <w:tr w:rsidR="00E34B5C" w:rsidRPr="00725484" w14:paraId="74B3FB31" w14:textId="77777777">
              <w:tc>
                <w:tcPr>
                  <w:tcW w:w="34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E058A9C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Lee, aprende y memoriza la Biblia.</w:t>
                  </w:r>
                </w:p>
              </w:tc>
              <w:tc>
                <w:tcPr>
                  <w:tcW w:w="125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5A34C53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Salmos 119:11</w:t>
                  </w:r>
                </w:p>
              </w:tc>
            </w:tr>
          </w:tbl>
          <w:p w14:paraId="37B88E5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31"/>
              <w:gridCol w:w="1257"/>
            </w:tblGrid>
            <w:tr w:rsidR="00E34B5C" w:rsidRPr="00725484" w14:paraId="1990C462" w14:textId="77777777">
              <w:tc>
                <w:tcPr>
                  <w:tcW w:w="34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E39B670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Ora, habla con Dios.</w:t>
                  </w:r>
                </w:p>
              </w:tc>
              <w:tc>
                <w:tcPr>
                  <w:tcW w:w="125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718B2D1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Fil 4:6–7</w:t>
                  </w:r>
                </w:p>
              </w:tc>
            </w:tr>
          </w:tbl>
          <w:p w14:paraId="61CAAFE0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8"/>
              <w:gridCol w:w="1240"/>
            </w:tblGrid>
            <w:tr w:rsidR="00E34B5C" w:rsidRPr="00725484" w14:paraId="3E51821B" w14:textId="77777777">
              <w:tc>
                <w:tcPr>
                  <w:tcW w:w="34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7CA2122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Obedece la Palabra de Dios.</w:t>
                  </w:r>
                </w:p>
              </w:tc>
              <w:tc>
                <w:tcPr>
                  <w:tcW w:w="12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065D963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Juan 14:15‑24</w:t>
                  </w:r>
                </w:p>
              </w:tc>
            </w:tr>
          </w:tbl>
          <w:p w14:paraId="57F9292A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0"/>
              <w:gridCol w:w="1248"/>
            </w:tblGrid>
            <w:tr w:rsidR="00E34B5C" w:rsidRPr="00725484" w14:paraId="2F725398" w14:textId="77777777">
              <w:tc>
                <w:tcPr>
                  <w:tcW w:w="3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CAD048E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Anda por el Espíritu, no por la carne.</w:t>
                  </w:r>
                </w:p>
              </w:tc>
              <w:tc>
                <w:tcPr>
                  <w:tcW w:w="12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4947C52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Galatians 5:16</w:t>
                  </w:r>
                </w:p>
              </w:tc>
            </w:tr>
          </w:tbl>
          <w:p w14:paraId="4FFDC715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2"/>
              <w:gridCol w:w="1226"/>
            </w:tblGrid>
            <w:tr w:rsidR="00E34B5C" w:rsidRPr="00725484" w14:paraId="17EAC943" w14:textId="77777777">
              <w:tc>
                <w:tcPr>
                  <w:tcW w:w="34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5CB5ACD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Crece en Cristo.</w:t>
                  </w:r>
                </w:p>
              </w:tc>
              <w:tc>
                <w:tcPr>
                  <w:tcW w:w="122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675312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2 Pedro 1:3‑15</w:t>
                  </w:r>
                </w:p>
              </w:tc>
            </w:tr>
          </w:tbl>
          <w:p w14:paraId="2537BC3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663CA8FA" w14:textId="77777777" w:rsidR="00E34B5C" w:rsidRPr="00725484" w:rsidRDefault="00AB1AF6">
            <w:pPr>
              <w:keepNext/>
              <w:spacing w:before="40" w:line="180" w:lineRule="exact"/>
              <w:rPr>
                <w:szCs w:val="18"/>
              </w:rPr>
            </w:pPr>
            <w:r w:rsidRPr="00725484">
              <w:rPr>
                <w:b/>
                <w:szCs w:val="18"/>
              </w:rPr>
              <w:t>Comunión / Adorar / Enseñar / Compartir</w:t>
            </w: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33"/>
              <w:gridCol w:w="955"/>
            </w:tblGrid>
            <w:tr w:rsidR="00E34B5C" w:rsidRPr="00725484" w14:paraId="059269DC" w14:textId="77777777">
              <w:tc>
                <w:tcPr>
                  <w:tcW w:w="37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2B6998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Reúnanse con regularidad.</w:t>
                  </w:r>
                </w:p>
              </w:tc>
              <w:tc>
                <w:tcPr>
                  <w:tcW w:w="9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C7EBFD6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He 10:25</w:t>
                  </w:r>
                </w:p>
              </w:tc>
            </w:tr>
          </w:tbl>
          <w:p w14:paraId="5CF3CCBA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3"/>
              <w:gridCol w:w="1355"/>
            </w:tblGrid>
            <w:tr w:rsidR="00E34B5C" w:rsidRPr="00725484" w14:paraId="0C36A3A9" w14:textId="77777777">
              <w:tc>
                <w:tcPr>
                  <w:tcW w:w="33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001D111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Adora y honra a Dios.</w:t>
                  </w:r>
                </w:p>
              </w:tc>
              <w:tc>
                <w:tcPr>
                  <w:tcW w:w="13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0BE3652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Nehemías 8:5‑6</w:t>
                  </w:r>
                </w:p>
              </w:tc>
            </w:tr>
          </w:tbl>
          <w:p w14:paraId="273142E4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42"/>
              <w:gridCol w:w="946"/>
            </w:tblGrid>
            <w:tr w:rsidR="00E34B5C" w:rsidRPr="00725484" w14:paraId="623FA68A" w14:textId="77777777">
              <w:tc>
                <w:tcPr>
                  <w:tcW w:w="37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7DFFD05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Enseña las instrucciones de Dios.</w:t>
                  </w:r>
                </w:p>
              </w:tc>
              <w:tc>
                <w:tcPr>
                  <w:tcW w:w="9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6FA7AA3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Dt 6:6–7</w:t>
                  </w:r>
                </w:p>
              </w:tc>
            </w:tr>
          </w:tbl>
          <w:p w14:paraId="3EE4E87B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57"/>
              <w:gridCol w:w="1231"/>
            </w:tblGrid>
            <w:tr w:rsidR="00E34B5C" w:rsidRPr="00725484" w14:paraId="0EAC538D" w14:textId="77777777">
              <w:tc>
                <w:tcPr>
                  <w:tcW w:w="345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EB7832F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Ayuda a otros a entender la Escritura.</w:t>
                  </w:r>
                </w:p>
              </w:tc>
              <w:tc>
                <w:tcPr>
                  <w:tcW w:w="12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1308D60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Hechos 18:24‑28</w:t>
                  </w:r>
                </w:p>
              </w:tc>
            </w:tr>
          </w:tbl>
          <w:p w14:paraId="040DFA21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7"/>
              <w:gridCol w:w="991"/>
            </w:tblGrid>
            <w:tr w:rsidR="00E34B5C" w:rsidRPr="00725484" w14:paraId="6A5D69D6" w14:textId="77777777">
              <w:tc>
                <w:tcPr>
                  <w:tcW w:w="36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741766B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Comparte a Jesús con otros.</w:t>
                  </w:r>
                </w:p>
              </w:tc>
              <w:tc>
                <w:tcPr>
                  <w:tcW w:w="9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68A3B7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Marcos 5:19</w:t>
                  </w:r>
                </w:p>
              </w:tc>
            </w:tr>
          </w:tbl>
          <w:p w14:paraId="1CB22617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53"/>
              <w:gridCol w:w="1235"/>
            </w:tblGrid>
            <w:tr w:rsidR="00E34B5C" w:rsidRPr="00725484" w14:paraId="5BF8E0B4" w14:textId="77777777">
              <w:tc>
                <w:tcPr>
                  <w:tcW w:w="34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96BF0AE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Haz discípulos.</w:t>
                  </w:r>
                </w:p>
              </w:tc>
              <w:tc>
                <w:tcPr>
                  <w:tcW w:w="123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FD497C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2 Timoteo 2:2</w:t>
                  </w:r>
                </w:p>
              </w:tc>
            </w:tr>
          </w:tbl>
          <w:p w14:paraId="75D13E3E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774DBD17" w14:textId="77777777" w:rsidR="00E34B5C" w:rsidRPr="00725484" w:rsidRDefault="00AB1AF6">
            <w:pPr>
              <w:keepNext/>
              <w:spacing w:before="40" w:line="180" w:lineRule="exact"/>
              <w:rPr>
                <w:szCs w:val="18"/>
              </w:rPr>
            </w:pPr>
            <w:r w:rsidRPr="00725484">
              <w:rPr>
                <w:b/>
                <w:szCs w:val="18"/>
              </w:rPr>
              <w:t>Respetar / Misericordia / Trabajar / Dar</w:t>
            </w: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33"/>
              <w:gridCol w:w="955"/>
            </w:tblGrid>
            <w:tr w:rsidR="00E34B5C" w:rsidRPr="00725484" w14:paraId="4540D3F2" w14:textId="77777777">
              <w:tc>
                <w:tcPr>
                  <w:tcW w:w="37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5C2332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Respeta a todos.</w:t>
                  </w:r>
                </w:p>
              </w:tc>
              <w:tc>
                <w:tcPr>
                  <w:tcW w:w="9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BF4180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1 Pedro 2:17</w:t>
                  </w:r>
                </w:p>
              </w:tc>
            </w:tr>
          </w:tbl>
          <w:p w14:paraId="630FBBE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15"/>
              <w:gridCol w:w="973"/>
            </w:tblGrid>
            <w:tr w:rsidR="00E34B5C" w:rsidRPr="00725484" w14:paraId="4918E385" w14:textId="77777777">
              <w:tc>
                <w:tcPr>
                  <w:tcW w:w="371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A8C10B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Ama la misericordia y anda con humildad.</w:t>
                  </w:r>
                </w:p>
              </w:tc>
              <w:tc>
                <w:tcPr>
                  <w:tcW w:w="9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E02B64F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Miqueas 6:8</w:t>
                  </w:r>
                </w:p>
              </w:tc>
            </w:tr>
          </w:tbl>
          <w:p w14:paraId="5ADD31AB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37"/>
              <w:gridCol w:w="1551"/>
            </w:tblGrid>
            <w:tr w:rsidR="00E34B5C" w:rsidRPr="00725484" w14:paraId="122652F6" w14:textId="77777777">
              <w:tc>
                <w:tcPr>
                  <w:tcW w:w="31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2C74A7B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Trabaja como para el Señor.</w:t>
                  </w:r>
                </w:p>
              </w:tc>
              <w:tc>
                <w:tcPr>
                  <w:tcW w:w="155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28136F5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Colosenses 3:23‑24</w:t>
                  </w:r>
                </w:p>
              </w:tc>
            </w:tr>
          </w:tbl>
          <w:p w14:paraId="634967CE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7"/>
              <w:gridCol w:w="1431"/>
            </w:tblGrid>
            <w:tr w:rsidR="00E34B5C" w:rsidRPr="00725484" w14:paraId="502EF4E6" w14:textId="77777777">
              <w:tc>
                <w:tcPr>
                  <w:tcW w:w="325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2202BC5" w14:textId="77777777" w:rsidR="00E34B5C" w:rsidRPr="00725484" w:rsidRDefault="00AB1AF6">
                  <w:pPr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• Da para la obra de Dios.</w:t>
                  </w:r>
                </w:p>
              </w:tc>
              <w:tc>
                <w:tcPr>
                  <w:tcW w:w="14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73BE78D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2 Corintios 9:7</w:t>
                  </w:r>
                </w:p>
              </w:tc>
            </w:tr>
          </w:tbl>
          <w:p w14:paraId="3475EBF4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2AE9C5A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6550ABF3" w14:textId="77777777" w:rsidR="004903E0" w:rsidRDefault="004903E0">
            <w:pPr>
              <w:spacing w:line="15" w:lineRule="exact"/>
              <w:rPr>
                <w:szCs w:val="18"/>
              </w:rPr>
            </w:pPr>
          </w:p>
          <w:p w14:paraId="62E17506" w14:textId="77777777" w:rsidR="004903E0" w:rsidRDefault="004903E0">
            <w:pPr>
              <w:spacing w:line="15" w:lineRule="exact"/>
              <w:rPr>
                <w:szCs w:val="18"/>
              </w:rPr>
            </w:pPr>
          </w:p>
          <w:p w14:paraId="7E5348A8" w14:textId="77777777" w:rsidR="004903E0" w:rsidRDefault="004903E0">
            <w:pPr>
              <w:spacing w:line="15" w:lineRule="exact"/>
              <w:rPr>
                <w:szCs w:val="18"/>
              </w:rPr>
            </w:pPr>
          </w:p>
        </w:tc>
        <w:tc>
          <w:tcPr>
            <w:tcW w:w="5088" w:type="dxa"/>
            <w:tcMar>
              <w:left w:w="360" w:type="dxa"/>
              <w:right w:w="20" w:type="dxa"/>
            </w:tcMar>
          </w:tcPr>
          <w:p w14:paraId="5C17614C" w14:textId="77777777" w:rsidR="00E34B5C" w:rsidRPr="00725484" w:rsidRDefault="00AB1AF6">
            <w:pPr>
              <w:keepNext/>
              <w:tabs>
                <w:tab w:val="center" w:pos="2354"/>
              </w:tabs>
              <w:spacing w:before="50" w:line="180" w:lineRule="exact"/>
              <w:rPr>
                <w:szCs w:val="18"/>
              </w:rPr>
            </w:pPr>
            <w:r>
              <w:t>6 VIDA DIRIGIDA POR EL ESPÍRITU</w:t>
            </w:r>
            <w:r>
              <w:rPr>
                <w:b/>
                <w:szCs w:val="18"/>
              </w:rPr>
              <w:tab/>
            </w:r>
          </w:p>
          <w:tbl>
            <w:tblPr>
              <w:tblW w:w="4680" w:type="dxa"/>
              <w:tblBorders>
                <w:top w:val="single" w:sz="8" w:space="0" w:color="378650"/>
                <w:left w:val="single" w:sz="8" w:space="0" w:color="378650"/>
                <w:bottom w:val="single" w:sz="8" w:space="0" w:color="378650"/>
                <w:right w:val="single" w:sz="8" w:space="0" w:color="37865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80"/>
            </w:tblGrid>
            <w:tr w:rsidR="004903E0" w14:paraId="7C205D60" w14:textId="77777777">
              <w:tc>
                <w:tcPr>
                  <w:tcW w:w="4680" w:type="dxa"/>
                  <w:tcMar>
                    <w:top w:w="48" w:type="dxa"/>
                    <w:left w:w="108" w:type="dxa"/>
                    <w:bottom w:w="48" w:type="dxa"/>
                    <w:right w:w="108" w:type="dxa"/>
                  </w:tcMar>
                  <w:vAlign w:val="center"/>
                </w:tcPr>
                <w:p w14:paraId="07FC7BA7" w14:textId="77777777" w:rsidR="004903E0" w:rsidRDefault="00C90E98">
                  <w:pPr>
                    <w:tabs>
                      <w:tab w:val="right" w:pos="4464"/>
                    </w:tabs>
                    <w:spacing w:line="180" w:lineRule="exact"/>
                    <w:jc w:val="both"/>
                    <w:rPr>
                      <w:szCs w:val="18"/>
                    </w:rPr>
                  </w:pPr>
                  <w:r>
                    <w:t>Si vivimos por el Espíritu, sigamos también Su dirección.</w:t>
                  </w:r>
                  <w:r>
                    <w:br/>
                  </w:r>
                  <w:r>
                    <w:tab/>
                  </w:r>
                  <w:r>
                    <w:rPr>
                      <w:sz w:val="16"/>
                      <w:szCs w:val="16"/>
                    </w:rPr>
                    <w:t>Galatians 5:25</w:t>
                  </w:r>
                </w:p>
              </w:tc>
            </w:tr>
          </w:tbl>
          <w:p w14:paraId="00AB366C" w14:textId="77777777" w:rsidR="00E34B5C" w:rsidRPr="00725484" w:rsidRDefault="00AB1AF6">
            <w:pPr>
              <w:spacing w:before="40"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>1. Espíritu — El centro: Desde dentro, el Espíritu que habita en nosotros nos dirige y guía.</w:t>
            </w:r>
          </w:p>
          <w:p w14:paraId="43537B2A" w14:textId="77777777" w:rsidR="00E34B5C" w:rsidRPr="00725484" w:rsidRDefault="00AB1AF6">
            <w:pPr>
              <w:spacing w:before="40"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>2. Oración / Biblia — La cabeza: Nuestra comunicación y devoción a Dios.</w:t>
            </w:r>
          </w:p>
          <w:p w14:paraId="74A8E15B" w14:textId="77777777" w:rsidR="00E34B5C" w:rsidRPr="00725484" w:rsidRDefault="00AB1AF6">
            <w:pPr>
              <w:spacing w:before="40"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>3. Comunión / Adoración — Los brazos: Nuestro abrazo de amor a Dios y a los demás.</w:t>
            </w:r>
          </w:p>
          <w:p w14:paraId="0DDA6955" w14:textId="77777777" w:rsidR="00E34B5C" w:rsidRPr="00725484" w:rsidRDefault="00AB1AF6">
            <w:pPr>
              <w:spacing w:before="40" w:line="180" w:lineRule="exact"/>
              <w:jc w:val="both"/>
              <w:rPr>
                <w:szCs w:val="18"/>
              </w:rPr>
            </w:pPr>
            <w:r w:rsidRPr="00725484">
              <w:rPr>
                <w:szCs w:val="18"/>
              </w:rPr>
              <w:t xml:space="preserve">4. Servicio / Discipulado — Las piernas: Salir a dar de nosotros, mostrar misericordia, ganar a los perdidos y </w:t>
            </w:r>
            <w:proofErr w:type="gramStart"/>
            <w:r w:rsidRPr="00725484">
              <w:rPr>
                <w:szCs w:val="18"/>
              </w:rPr>
              <w:t>discipular creyentes</w:t>
            </w:r>
            <w:proofErr w:type="gramEnd"/>
            <w:r w:rsidRPr="00725484">
              <w:rPr>
                <w:szCs w:val="18"/>
              </w:rPr>
              <w:t>.</w:t>
            </w:r>
          </w:p>
          <w:p w14:paraId="0F078C5E" w14:textId="77777777" w:rsidR="00E34B5C" w:rsidRPr="00725484" w:rsidRDefault="00AB1AF6">
            <w:pPr>
              <w:jc w:val="center"/>
              <w:rPr>
                <w:szCs w:val="18"/>
              </w:rPr>
            </w:pPr>
            <w:r w:rsidRPr="00725484">
              <w:rPr>
                <w:noProof/>
                <w:szCs w:val="18"/>
              </w:rPr>
              <w:drawing>
                <wp:inline distT="0" distB="0" distL="0" distR="0" wp14:anchorId="1933B417" wp14:editId="6F9094D8">
                  <wp:extent cx="2606040" cy="252893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irit_figur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0" cy="2528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A0A540" w14:textId="77777777" w:rsidR="00E34B5C" w:rsidRPr="00725484" w:rsidRDefault="00AB1AF6">
            <w:pPr>
              <w:spacing w:line="180" w:lineRule="exact"/>
              <w:jc w:val="right"/>
              <w:rPr>
                <w:szCs w:val="18"/>
              </w:rPr>
            </w:pPr>
            <w:r w:rsidRPr="00725484">
              <w:rPr>
                <w:szCs w:val="18"/>
              </w:rPr>
              <w:t>©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00"/>
              <w:gridCol w:w="1788"/>
            </w:tblGrid>
            <w:tr w:rsidR="004903E0" w14:paraId="603DA60B" w14:textId="77777777">
              <w:tc>
                <w:tcPr>
                  <w:tcW w:w="4680" w:type="dxa"/>
                  <w:gridSpan w:val="2"/>
                  <w:tcBorders>
                    <w:top w:val="single" w:sz="6" w:space="0" w:color="378650"/>
                    <w:left w:val="single" w:sz="6" w:space="0" w:color="378650"/>
                    <w:bottom w:val="single" w:sz="6" w:space="0" w:color="378650"/>
                    <w:right w:val="single" w:sz="6" w:space="0" w:color="378650"/>
                  </w:tcBorders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</w:tcPr>
                <w:p w14:paraId="40F05D72" w14:textId="77777777" w:rsidR="004903E0" w:rsidRDefault="00C90E98">
                  <w:pPr>
                    <w:spacing w:before="40" w:line="180" w:lineRule="exact"/>
                    <w:jc w:val="both"/>
                  </w:pPr>
                  <w:r>
                    <w:t>Vivir sin un brazo o una pierna limita mucho; lo mismo ocurre en la vida cristiana. Cada área de nuestra vida dirigida por el Espíritu necesita equilibrio y práctica para ser útil, eficaz y plena.</w:t>
                  </w:r>
                </w:p>
              </w:tc>
            </w:tr>
            <w:tr w:rsidR="00E34B5C" w:rsidRPr="00725484" w14:paraId="37777B99" w14:textId="77777777">
              <w:tblPrEx>
                <w:tblBorders>
                  <w:top w:val="nil"/>
                  <w:left w:val="nil"/>
                  <w:bottom w:val="nil"/>
                  <w:right w:val="nil"/>
                  <w:insideH w:val="nil"/>
                  <w:insideV w:val="nil"/>
                </w:tblBorders>
                <w:tblCellMar>
                  <w:left w:w="0" w:type="dxa"/>
                  <w:right w:w="0" w:type="dxa"/>
                </w:tblCellMar>
              </w:tblPrEx>
              <w:tc>
                <w:tcPr>
                  <w:tcW w:w="2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817E6B6" w14:textId="77777777" w:rsidR="00E34B5C" w:rsidRPr="00725484" w:rsidRDefault="00AB1AF6">
                  <w:pPr>
                    <w:spacing w:line="180" w:lineRule="exact"/>
                    <w:rPr>
                      <w:szCs w:val="18"/>
                    </w:rPr>
                  </w:pPr>
                  <w:r>
                    <w:t>1. Guiados por el Espíritu</w:t>
                  </w:r>
                </w:p>
              </w:tc>
              <w:tc>
                <w:tcPr>
                  <w:tcW w:w="17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7FAB17B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Ez 36:27; Ro 8:14</w:t>
                  </w:r>
                </w:p>
              </w:tc>
            </w:tr>
          </w:tbl>
          <w:p w14:paraId="7DCD7418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7"/>
              <w:gridCol w:w="1031"/>
            </w:tblGrid>
            <w:tr w:rsidR="00E34B5C" w:rsidRPr="00725484" w14:paraId="147E154C" w14:textId="77777777">
              <w:tc>
                <w:tcPr>
                  <w:tcW w:w="365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DEBC2EA" w14:textId="77777777" w:rsidR="00E34B5C" w:rsidRPr="00725484" w:rsidRDefault="00AB1AF6">
                  <w:pPr>
                    <w:spacing w:line="180" w:lineRule="exact"/>
                    <w:rPr>
                      <w:szCs w:val="18"/>
                    </w:rPr>
                  </w:pPr>
                  <w:r>
                    <w:t>2. Biblia</w:t>
                  </w:r>
                </w:p>
              </w:tc>
              <w:tc>
                <w:tcPr>
                  <w:tcW w:w="10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8A17122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2 Ti 3:16</w:t>
                  </w:r>
                </w:p>
              </w:tc>
            </w:tr>
          </w:tbl>
          <w:p w14:paraId="4403C652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33"/>
              <w:gridCol w:w="955"/>
            </w:tblGrid>
            <w:tr w:rsidR="00E34B5C" w:rsidRPr="00725484" w14:paraId="46D68A8E" w14:textId="77777777">
              <w:tc>
                <w:tcPr>
                  <w:tcW w:w="37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DC1D17" w14:textId="77777777" w:rsidR="00E34B5C" w:rsidRPr="00725484" w:rsidRDefault="00AB1AF6">
                  <w:pPr>
                    <w:spacing w:line="180" w:lineRule="exact"/>
                    <w:rPr>
                      <w:szCs w:val="18"/>
                    </w:rPr>
                  </w:pPr>
                  <w:r>
                    <w:t>3. Oración</w:t>
                  </w:r>
                </w:p>
              </w:tc>
              <w:tc>
                <w:tcPr>
                  <w:tcW w:w="9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A54EB60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Fil 4:6‑7</w:t>
                  </w:r>
                </w:p>
              </w:tc>
            </w:tr>
          </w:tbl>
          <w:p w14:paraId="2F8E4AC5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8"/>
              <w:gridCol w:w="1560"/>
            </w:tblGrid>
            <w:tr w:rsidR="00E34B5C" w:rsidRPr="00725484" w14:paraId="5AAF689A" w14:textId="77777777">
              <w:tc>
                <w:tcPr>
                  <w:tcW w:w="312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0D7319A" w14:textId="77777777" w:rsidR="00E34B5C" w:rsidRPr="00725484" w:rsidRDefault="00AB1AF6">
                  <w:pPr>
                    <w:spacing w:line="180" w:lineRule="exact"/>
                    <w:rPr>
                      <w:szCs w:val="18"/>
                    </w:rPr>
                  </w:pPr>
                  <w:r>
                    <w:t>4. Adoración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A967FBD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Sal 95:6; Jn 4:23‑24</w:t>
                  </w:r>
                </w:p>
              </w:tc>
            </w:tr>
          </w:tbl>
          <w:p w14:paraId="164CB351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2057"/>
            </w:tblGrid>
            <w:tr w:rsidR="00E34B5C" w:rsidRPr="00725484" w14:paraId="078679D7" w14:textId="77777777">
              <w:tc>
                <w:tcPr>
                  <w:tcW w:w="26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787D5F6" w14:textId="77777777" w:rsidR="00E34B5C" w:rsidRPr="00725484" w:rsidRDefault="00AB1AF6">
                  <w:pPr>
                    <w:spacing w:line="180" w:lineRule="exact"/>
                    <w:rPr>
                      <w:szCs w:val="18"/>
                    </w:rPr>
                  </w:pPr>
                  <w:r>
                    <w:t>5. Comunión</w:t>
                  </w:r>
                </w:p>
              </w:tc>
              <w:tc>
                <w:tcPr>
                  <w:tcW w:w="205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128064C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He 10:24–25; Ro 12:4–5</w:t>
                  </w:r>
                </w:p>
              </w:tc>
            </w:tr>
          </w:tbl>
          <w:p w14:paraId="4CFCD39E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00"/>
              <w:gridCol w:w="1088"/>
            </w:tblGrid>
            <w:tr w:rsidR="00E34B5C" w:rsidRPr="00725484" w14:paraId="42CED36F" w14:textId="77777777"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A4F3C2D" w14:textId="77777777" w:rsidR="00E34B5C" w:rsidRPr="00725484" w:rsidRDefault="00AB1AF6">
                  <w:pPr>
                    <w:spacing w:line="180" w:lineRule="exact"/>
                    <w:rPr>
                      <w:szCs w:val="18"/>
                    </w:rPr>
                  </w:pPr>
                  <w:r>
                    <w:t>6. Misericordia / Dar / Servir</w:t>
                  </w:r>
                </w:p>
              </w:tc>
              <w:tc>
                <w:tcPr>
                  <w:tcW w:w="10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C453C6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Gal 5:13‑14</w:t>
                  </w:r>
                </w:p>
              </w:tc>
            </w:tr>
          </w:tbl>
          <w:p w14:paraId="13921096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33"/>
              <w:gridCol w:w="955"/>
            </w:tblGrid>
            <w:tr w:rsidR="00E34B5C" w:rsidRPr="00725484" w14:paraId="25310923" w14:textId="77777777">
              <w:tc>
                <w:tcPr>
                  <w:tcW w:w="37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92F400" w14:textId="77777777" w:rsidR="00E34B5C" w:rsidRPr="00725484" w:rsidRDefault="00AB1AF6">
                  <w:pPr>
                    <w:spacing w:line="180" w:lineRule="exact"/>
                    <w:rPr>
                      <w:szCs w:val="18"/>
                    </w:rPr>
                  </w:pPr>
                  <w:r>
                    <w:t>7. (IR) Evangelismo</w:t>
                  </w:r>
                </w:p>
              </w:tc>
              <w:tc>
                <w:tcPr>
                  <w:tcW w:w="9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1A795F7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Ro 1:16</w:t>
                  </w:r>
                </w:p>
              </w:tc>
            </w:tr>
          </w:tbl>
          <w:p w14:paraId="6538467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tbl>
            <w:tblPr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8"/>
              <w:gridCol w:w="1240"/>
            </w:tblGrid>
            <w:tr w:rsidR="00E34B5C" w:rsidRPr="00725484" w14:paraId="259780EC" w14:textId="77777777">
              <w:tc>
                <w:tcPr>
                  <w:tcW w:w="34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AF48A17" w14:textId="77777777" w:rsidR="00E34B5C" w:rsidRPr="00725484" w:rsidRDefault="00AB1AF6">
                  <w:pPr>
                    <w:spacing w:line="180" w:lineRule="exact"/>
                    <w:rPr>
                      <w:szCs w:val="18"/>
                    </w:rPr>
                  </w:pPr>
                  <w:r>
                    <w:t>8. Hacer discípulos</w:t>
                  </w:r>
                </w:p>
              </w:tc>
              <w:tc>
                <w:tcPr>
                  <w:tcW w:w="12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262710A" w14:textId="77777777" w:rsidR="00E34B5C" w:rsidRPr="00725484" w:rsidRDefault="00AB1AF6">
                  <w:pPr>
                    <w:spacing w:line="180" w:lineRule="exact"/>
                    <w:jc w:val="right"/>
                    <w:rPr>
                      <w:szCs w:val="18"/>
                    </w:rPr>
                  </w:pPr>
                  <w:r>
                    <w:rPr>
                      <w:sz w:val="16"/>
                    </w:rPr>
                    <w:t>Mt 28:18‑20</w:t>
                  </w:r>
                </w:p>
              </w:tc>
            </w:tr>
          </w:tbl>
          <w:p w14:paraId="4039B3FA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00BA5A49" w14:textId="77777777" w:rsidR="00E34B5C" w:rsidRPr="00725484" w:rsidRDefault="00E34B5C">
            <w:pPr>
              <w:spacing w:line="15" w:lineRule="exact"/>
              <w:rPr>
                <w:szCs w:val="18"/>
              </w:rPr>
            </w:pPr>
          </w:p>
          <w:p w14:paraId="08265B8B" w14:textId="77777777" w:rsidR="004903E0" w:rsidRDefault="004903E0">
            <w:pPr>
              <w:spacing w:line="15" w:lineRule="exact"/>
              <w:rPr>
                <w:szCs w:val="18"/>
              </w:rPr>
            </w:pPr>
          </w:p>
          <w:p w14:paraId="42929FBD" w14:textId="77777777" w:rsidR="004903E0" w:rsidRDefault="004903E0">
            <w:pPr>
              <w:spacing w:line="15" w:lineRule="exact"/>
              <w:rPr>
                <w:szCs w:val="18"/>
              </w:rPr>
            </w:pPr>
          </w:p>
        </w:tc>
      </w:tr>
    </w:tbl>
    <w:p w14:paraId="3D118CC6" w14:textId="77777777" w:rsidR="004903E0" w:rsidRDefault="004903E0">
      <w:pPr>
        <w:widowControl w:val="0"/>
        <w:spacing w:line="15" w:lineRule="exact"/>
        <w:rPr>
          <w:szCs w:val="18"/>
        </w:rPr>
      </w:pPr>
    </w:p>
    <w:sectPr w:rsidR="004903E0" w:rsidSect="00034616">
      <w:headerReference w:type="default" r:id="rId9"/>
      <w:pgSz w:w="15840" w:h="12240" w:orient="landscape"/>
      <w:pgMar w:top="288" w:right="288" w:bottom="144" w:left="288" w:header="72" w:footer="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C3AF5" w14:textId="77777777" w:rsidR="00C90E98" w:rsidRDefault="00C90E98">
      <w:r>
        <w:separator/>
      </w:r>
    </w:p>
  </w:endnote>
  <w:endnote w:type="continuationSeparator" w:id="0">
    <w:p w14:paraId="5B1DA89B" w14:textId="77777777" w:rsidR="00C90E98" w:rsidRDefault="00C90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42C61" w14:textId="77777777" w:rsidR="00C90E98" w:rsidRDefault="00C90E98">
      <w:r>
        <w:separator/>
      </w:r>
    </w:p>
  </w:footnote>
  <w:footnote w:type="continuationSeparator" w:id="0">
    <w:p w14:paraId="47F1646F" w14:textId="77777777" w:rsidR="00C90E98" w:rsidRDefault="00C90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99E6" w14:textId="77777777" w:rsidR="00E34B5C" w:rsidRDefault="00AB1AF6">
    <w:pPr>
      <w:pStyle w:val="Header"/>
      <w:spacing w:line="20" w:lineRule="exact"/>
    </w:pPr>
    <w:r>
      <w:rPr>
        <w:noProof/>
      </w:rPr>
      <w:drawing>
        <wp:anchor distT="0" distB="0" distL="0" distR="0" simplePos="0" relativeHeight="251658240" behindDoc="1" locked="0" layoutInCell="0" allowOverlap="1" wp14:anchorId="39609800" wp14:editId="49B3FFC8">
          <wp:simplePos x="0" y="0"/>
          <wp:positionH relativeFrom="page">
            <wp:posOffset>0</wp:posOffset>
          </wp:positionH>
          <wp:positionV relativeFrom="page">
            <wp:posOffset>91440</wp:posOffset>
          </wp:positionV>
          <wp:extent cx="10058400" cy="7132320"/>
          <wp:effectExtent l="0" t="0" r="0" b="0"/>
          <wp:wrapNone/>
          <wp:docPr id="776569263" name="Picture 776569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d_guid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58400" cy="7132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7990670">
    <w:abstractNumId w:val="8"/>
  </w:num>
  <w:num w:numId="2" w16cid:durableId="880554880">
    <w:abstractNumId w:val="6"/>
  </w:num>
  <w:num w:numId="3" w16cid:durableId="48261011">
    <w:abstractNumId w:val="5"/>
  </w:num>
  <w:num w:numId="4" w16cid:durableId="420293909">
    <w:abstractNumId w:val="4"/>
  </w:num>
  <w:num w:numId="5" w16cid:durableId="708146568">
    <w:abstractNumId w:val="7"/>
  </w:num>
  <w:num w:numId="6" w16cid:durableId="672074753">
    <w:abstractNumId w:val="3"/>
  </w:num>
  <w:num w:numId="7" w16cid:durableId="885533636">
    <w:abstractNumId w:val="2"/>
  </w:num>
  <w:num w:numId="8" w16cid:durableId="1215309816">
    <w:abstractNumId w:val="1"/>
  </w:num>
  <w:num w:numId="9" w16cid:durableId="1085148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03E0"/>
    <w:rsid w:val="005C03DA"/>
    <w:rsid w:val="006F058C"/>
    <w:rsid w:val="00725484"/>
    <w:rsid w:val="00872F3D"/>
    <w:rsid w:val="00AA1D8D"/>
    <w:rsid w:val="00AB1AF6"/>
    <w:rsid w:val="00B47730"/>
    <w:rsid w:val="00C90E98"/>
    <w:rsid w:val="00CB0664"/>
    <w:rsid w:val="00D07C0F"/>
    <w:rsid w:val="00E34B5C"/>
    <w:rsid w:val="00E65BBB"/>
    <w:rsid w:val="00FC59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2177AB"/>
  <w14:defaultImageDpi w14:val="300"/>
  <w15:docId w15:val="{3CEA70EA-B65E-48C2-ABF2-9A4EA2F7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mic Sans MS" w:hAnsi="Comic Sans M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Follow Me New Believer Fold Trial</vt:lpstr>
    </vt:vector>
  </TitlesOfParts>
  <Manager/>
  <Company/>
  <LinksUpToDate>false</LinksUpToDate>
  <CharactersWithSpaces>10063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 Me New Believer Fold Trial</dc:title>
  <dc:subject/>
  <dc:creator>python-docx</dc:creator>
  <cp:keywords/>
  <dc:description>generated by python-docx</dc:description>
  <cp:lastModifiedBy>Mark Ecklund</cp:lastModifiedBy>
  <cp:revision>2</cp:revision>
  <dcterms:created xsi:type="dcterms:W3CDTF">2026-10-09T22:57:00Z</dcterms:created>
  <dcterms:modified xsi:type="dcterms:W3CDTF">2026-10-09T22:57:00Z</dcterms:modified>
  <cp:category/>
</cp:coreProperties>
</file>