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64" w:type="dxa"/>
        <w:tblLayout w:type="fixed"/>
        <w:tblLook w:val="04A0" w:firstRow="1" w:lastRow="0" w:firstColumn="1" w:lastColumn="0" w:noHBand="0" w:noVBand="1"/>
      </w:tblPr>
      <w:tblGrid>
        <w:gridCol w:w="5088"/>
        <w:gridCol w:w="5088"/>
        <w:gridCol w:w="5088"/>
      </w:tblGrid>
      <w:tr w:rsidR="00E34B5C" w14:paraId="143CD824" w14:textId="77777777">
        <w:trPr>
          <w:cantSplit/>
        </w:trPr>
        <w:tc>
          <w:tcPr>
            <w:tcW w:w="5088" w:type="dxa"/>
            <w:tcMar>
              <w:left w:w="60" w:type="dxa"/>
              <w:right w:w="200" w:type="dxa"/>
            </w:tcMar>
          </w:tcPr>
          <w:p w14:paraId="58ABFCE4" w14:textId="77777777" w:rsidR="00E34B5C" w:rsidRPr="00725484" w:rsidRDefault="00AB1AF6">
            <w:pPr>
              <w:keepNext/>
              <w:tabs>
                <w:tab w:val="center" w:pos="2414"/>
              </w:tabs>
              <w:spacing w:before="100" w:after="60"/>
            </w:pPr>
            <w:r>
              <w:t>7</w:t>
            </w:r>
            <w:r>
              <w:rPr>
                <w:b/>
              </w:rPr>
              <w:tab/>
              <w:t>GOD GIVES YOU ASSURANCE</w:t>
            </w:r>
          </w:p>
          <w:p w14:paraId="59118B0C" w14:textId="77777777" w:rsidR="00E34B5C" w:rsidRPr="00725484" w:rsidRDefault="00AB1AF6">
            <w:pPr>
              <w:keepNext/>
              <w:spacing w:after="40"/>
              <w:rPr>
                <w:szCs w:val="18"/>
              </w:rPr>
            </w:pPr>
            <w:r>
              <w:rPr>
                <w:b/>
              </w:rPr>
              <w:t>IDENTITY</w:t>
            </w: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813"/>
              <w:gridCol w:w="875"/>
            </w:tblGrid>
            <w:tr w:rsidR="00E34B5C" w:rsidRPr="00725484" w14:paraId="162027BC" w14:textId="77777777">
              <w:tc>
                <w:tcPr>
                  <w:tcW w:w="3813" w:type="dxa"/>
                  <w:tcMar>
                    <w:top w:w="0" w:type="dxa"/>
                    <w:left w:w="0" w:type="dxa"/>
                    <w:bottom w:w="0" w:type="dxa"/>
                    <w:right w:w="0" w:type="dxa"/>
                  </w:tcMar>
                  <w:vAlign w:val="bottom"/>
                </w:tcPr>
                <w:p w14:paraId="11102B7F" w14:textId="77777777" w:rsidR="00E34B5C" w:rsidRPr="00725484" w:rsidRDefault="00AB1AF6">
                  <w:pPr>
                    <w:spacing w:line="220" w:lineRule="auto"/>
                    <w:jc w:val="both"/>
                    <w:rPr>
                      <w:szCs w:val="18"/>
                    </w:rPr>
                  </w:pPr>
                  <w:r>
                    <w:t>• I am loved by God.</w:t>
                  </w:r>
                </w:p>
              </w:tc>
              <w:tc>
                <w:tcPr>
                  <w:tcW w:w="875" w:type="dxa"/>
                  <w:tcMar>
                    <w:top w:w="0" w:type="dxa"/>
                    <w:left w:w="0" w:type="dxa"/>
                    <w:bottom w:w="0" w:type="dxa"/>
                    <w:right w:w="0" w:type="dxa"/>
                  </w:tcMar>
                  <w:vAlign w:val="bottom"/>
                </w:tcPr>
                <w:p w14:paraId="34615C56" w14:textId="77777777" w:rsidR="00E34B5C" w:rsidRPr="00725484" w:rsidRDefault="00AB1AF6">
                  <w:pPr>
                    <w:spacing w:line="220" w:lineRule="auto"/>
                    <w:jc w:val="right"/>
                    <w:rPr>
                      <w:szCs w:val="18"/>
                    </w:rPr>
                  </w:pPr>
                  <w:r>
                    <w:rPr>
                      <w:sz w:val="16"/>
                    </w:rPr>
                    <w:t>Col 3:12</w:t>
                  </w:r>
                </w:p>
              </w:tc>
            </w:tr>
          </w:tbl>
          <w:p w14:paraId="6AA11EA0"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733"/>
              <w:gridCol w:w="955"/>
            </w:tblGrid>
            <w:tr w:rsidR="00E34B5C" w:rsidRPr="00725484" w14:paraId="4EEE2733" w14:textId="77777777">
              <w:tc>
                <w:tcPr>
                  <w:tcW w:w="3733" w:type="dxa"/>
                  <w:tcMar>
                    <w:top w:w="0" w:type="dxa"/>
                    <w:left w:w="0" w:type="dxa"/>
                    <w:bottom w:w="0" w:type="dxa"/>
                    <w:right w:w="0" w:type="dxa"/>
                  </w:tcMar>
                  <w:vAlign w:val="bottom"/>
                </w:tcPr>
                <w:p w14:paraId="4220DD55" w14:textId="77777777" w:rsidR="00E34B5C" w:rsidRPr="00725484" w:rsidRDefault="00AB1AF6">
                  <w:pPr>
                    <w:spacing w:line="220" w:lineRule="auto"/>
                    <w:jc w:val="both"/>
                    <w:rPr>
                      <w:szCs w:val="18"/>
                    </w:rPr>
                  </w:pPr>
                  <w:r>
                    <w:t>• I am adopted into God’s family.</w:t>
                  </w:r>
                </w:p>
              </w:tc>
              <w:tc>
                <w:tcPr>
                  <w:tcW w:w="955" w:type="dxa"/>
                  <w:tcMar>
                    <w:top w:w="0" w:type="dxa"/>
                    <w:left w:w="0" w:type="dxa"/>
                    <w:bottom w:w="0" w:type="dxa"/>
                    <w:right w:w="0" w:type="dxa"/>
                  </w:tcMar>
                  <w:vAlign w:val="bottom"/>
                </w:tcPr>
                <w:p w14:paraId="01D7CD5D" w14:textId="77777777" w:rsidR="00E34B5C" w:rsidRPr="00725484" w:rsidRDefault="00AB1AF6">
                  <w:pPr>
                    <w:spacing w:line="220" w:lineRule="auto"/>
                    <w:jc w:val="right"/>
                    <w:rPr>
                      <w:szCs w:val="18"/>
                    </w:rPr>
                  </w:pPr>
                  <w:r>
                    <w:rPr>
                      <w:sz w:val="16"/>
                    </w:rPr>
                    <w:t>Rom 8:15</w:t>
                  </w:r>
                </w:p>
              </w:tc>
            </w:tr>
          </w:tbl>
          <w:p w14:paraId="2162B522"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684"/>
              <w:gridCol w:w="1004"/>
            </w:tblGrid>
            <w:tr w:rsidR="00E34B5C" w:rsidRPr="00725484" w14:paraId="562426B4" w14:textId="77777777">
              <w:tc>
                <w:tcPr>
                  <w:tcW w:w="3684" w:type="dxa"/>
                  <w:tcMar>
                    <w:top w:w="0" w:type="dxa"/>
                    <w:left w:w="0" w:type="dxa"/>
                    <w:bottom w:w="0" w:type="dxa"/>
                    <w:right w:w="0" w:type="dxa"/>
                  </w:tcMar>
                  <w:vAlign w:val="bottom"/>
                </w:tcPr>
                <w:p w14:paraId="62CBAF84" w14:textId="77777777" w:rsidR="00E34B5C" w:rsidRPr="00725484" w:rsidRDefault="00AB1AF6">
                  <w:pPr>
                    <w:spacing w:line="220" w:lineRule="auto"/>
                    <w:jc w:val="both"/>
                    <w:rPr>
                      <w:szCs w:val="18"/>
                    </w:rPr>
                  </w:pPr>
                  <w:r>
                    <w:t>• I am a temple of the Holy Spirit.</w:t>
                  </w:r>
                </w:p>
              </w:tc>
              <w:tc>
                <w:tcPr>
                  <w:tcW w:w="1004" w:type="dxa"/>
                  <w:tcMar>
                    <w:top w:w="0" w:type="dxa"/>
                    <w:left w:w="0" w:type="dxa"/>
                    <w:bottom w:w="0" w:type="dxa"/>
                    <w:right w:w="0" w:type="dxa"/>
                  </w:tcMar>
                  <w:vAlign w:val="bottom"/>
                </w:tcPr>
                <w:p w14:paraId="3B1956CF" w14:textId="77777777" w:rsidR="00E34B5C" w:rsidRPr="00725484" w:rsidRDefault="00AB1AF6">
                  <w:pPr>
                    <w:spacing w:line="220" w:lineRule="auto"/>
                    <w:jc w:val="right"/>
                    <w:rPr>
                      <w:szCs w:val="18"/>
                    </w:rPr>
                  </w:pPr>
                  <w:r>
                    <w:rPr>
                      <w:sz w:val="16"/>
                    </w:rPr>
                    <w:t>1 Cor 6:19</w:t>
                  </w:r>
                </w:p>
              </w:tc>
            </w:tr>
          </w:tbl>
          <w:p w14:paraId="43EDA99F"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777"/>
              <w:gridCol w:w="911"/>
            </w:tblGrid>
            <w:tr w:rsidR="00E34B5C" w:rsidRPr="00725484" w14:paraId="68CB9076" w14:textId="77777777">
              <w:tc>
                <w:tcPr>
                  <w:tcW w:w="3777" w:type="dxa"/>
                  <w:tcMar>
                    <w:top w:w="0" w:type="dxa"/>
                    <w:left w:w="0" w:type="dxa"/>
                    <w:bottom w:w="0" w:type="dxa"/>
                    <w:right w:w="0" w:type="dxa"/>
                  </w:tcMar>
                  <w:vAlign w:val="bottom"/>
                </w:tcPr>
                <w:p w14:paraId="0F9117A0" w14:textId="77777777" w:rsidR="00E34B5C" w:rsidRPr="00725484" w:rsidRDefault="00AB1AF6">
                  <w:pPr>
                    <w:spacing w:line="220" w:lineRule="auto"/>
                    <w:jc w:val="both"/>
                    <w:rPr>
                      <w:szCs w:val="18"/>
                    </w:rPr>
                  </w:pPr>
                  <w:r>
                    <w:t>• I am never alone.</w:t>
                  </w:r>
                </w:p>
              </w:tc>
              <w:tc>
                <w:tcPr>
                  <w:tcW w:w="911" w:type="dxa"/>
                  <w:tcMar>
                    <w:top w:w="0" w:type="dxa"/>
                    <w:left w:w="0" w:type="dxa"/>
                    <w:bottom w:w="0" w:type="dxa"/>
                    <w:right w:w="0" w:type="dxa"/>
                  </w:tcMar>
                  <w:vAlign w:val="bottom"/>
                </w:tcPr>
                <w:p w14:paraId="4C4406F4" w14:textId="77777777" w:rsidR="00E34B5C" w:rsidRPr="00725484" w:rsidRDefault="00AB1AF6">
                  <w:pPr>
                    <w:spacing w:line="220" w:lineRule="auto"/>
                    <w:jc w:val="right"/>
                    <w:rPr>
                      <w:szCs w:val="18"/>
                    </w:rPr>
                  </w:pPr>
                  <w:r>
                    <w:rPr>
                      <w:sz w:val="16"/>
                    </w:rPr>
                    <w:t>Mt 28:20</w:t>
                  </w:r>
                </w:p>
              </w:tc>
            </w:tr>
          </w:tbl>
          <w:p w14:paraId="6471E631"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902"/>
              <w:gridCol w:w="786"/>
            </w:tblGrid>
            <w:tr w:rsidR="00E34B5C" w:rsidRPr="00725484" w14:paraId="288B43A3" w14:textId="77777777">
              <w:tc>
                <w:tcPr>
                  <w:tcW w:w="3902" w:type="dxa"/>
                  <w:tcMar>
                    <w:top w:w="0" w:type="dxa"/>
                    <w:left w:w="0" w:type="dxa"/>
                    <w:bottom w:w="0" w:type="dxa"/>
                    <w:right w:w="0" w:type="dxa"/>
                  </w:tcMar>
                  <w:vAlign w:val="bottom"/>
                </w:tcPr>
                <w:p w14:paraId="0098D227" w14:textId="77777777" w:rsidR="00E34B5C" w:rsidRPr="00725484" w:rsidRDefault="00AB1AF6">
                  <w:pPr>
                    <w:spacing w:line="220" w:lineRule="auto"/>
                    <w:jc w:val="both"/>
                    <w:rPr>
                      <w:szCs w:val="18"/>
                    </w:rPr>
                  </w:pPr>
                  <w:r>
                    <w:t>• I have direct access to God.</w:t>
                  </w:r>
                </w:p>
              </w:tc>
              <w:tc>
                <w:tcPr>
                  <w:tcW w:w="786" w:type="dxa"/>
                  <w:tcMar>
                    <w:top w:w="0" w:type="dxa"/>
                    <w:left w:w="0" w:type="dxa"/>
                    <w:bottom w:w="0" w:type="dxa"/>
                    <w:right w:w="0" w:type="dxa"/>
                  </w:tcMar>
                  <w:vAlign w:val="bottom"/>
                </w:tcPr>
                <w:p w14:paraId="01C2C850" w14:textId="77777777" w:rsidR="00E34B5C" w:rsidRPr="00725484" w:rsidRDefault="00AB1AF6">
                  <w:pPr>
                    <w:spacing w:line="220" w:lineRule="auto"/>
                    <w:jc w:val="right"/>
                    <w:rPr>
                      <w:szCs w:val="18"/>
                    </w:rPr>
                  </w:pPr>
                  <w:r>
                    <w:rPr>
                      <w:sz w:val="16"/>
                    </w:rPr>
                    <w:t>Eph 2:18</w:t>
                  </w:r>
                </w:p>
              </w:tc>
            </w:tr>
          </w:tbl>
          <w:p w14:paraId="01AE8764" w14:textId="77777777" w:rsidR="00E34B5C" w:rsidRPr="00725484" w:rsidRDefault="00E34B5C">
            <w:pPr>
              <w:spacing w:line="10" w:lineRule="exact"/>
              <w:rPr>
                <w:szCs w:val="18"/>
              </w:rPr>
            </w:pPr>
          </w:p>
          <w:p w14:paraId="1F8CB0E1" w14:textId="77777777" w:rsidR="00E34B5C" w:rsidRPr="00725484" w:rsidRDefault="00AB1AF6">
            <w:pPr>
              <w:keepNext/>
              <w:spacing w:after="60"/>
              <w:rPr>
                <w:szCs w:val="18"/>
              </w:rPr>
            </w:pPr>
            <w:r w:rsidRPr="00725484">
              <w:rPr>
                <w:b/>
                <w:szCs w:val="18"/>
              </w:rPr>
              <w:t>CERTAINTY</w:t>
            </w: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813"/>
              <w:gridCol w:w="875"/>
            </w:tblGrid>
            <w:tr w:rsidR="00E34B5C" w:rsidRPr="00725484" w14:paraId="141AC718" w14:textId="77777777">
              <w:tc>
                <w:tcPr>
                  <w:tcW w:w="3813" w:type="dxa"/>
                  <w:tcMar>
                    <w:top w:w="0" w:type="dxa"/>
                    <w:left w:w="0" w:type="dxa"/>
                    <w:bottom w:w="0" w:type="dxa"/>
                    <w:right w:w="0" w:type="dxa"/>
                  </w:tcMar>
                  <w:vAlign w:val="bottom"/>
                </w:tcPr>
                <w:p w14:paraId="736A63A5" w14:textId="77777777" w:rsidR="00E34B5C" w:rsidRPr="00725484" w:rsidRDefault="00AB1AF6">
                  <w:pPr>
                    <w:spacing w:line="220" w:lineRule="auto"/>
                    <w:jc w:val="both"/>
                    <w:rPr>
                      <w:szCs w:val="18"/>
                    </w:rPr>
                  </w:pPr>
                  <w:r>
                    <w:t>• I am a new creation in Christ.</w:t>
                  </w:r>
                </w:p>
              </w:tc>
              <w:tc>
                <w:tcPr>
                  <w:tcW w:w="875" w:type="dxa"/>
                  <w:tcMar>
                    <w:top w:w="0" w:type="dxa"/>
                    <w:left w:w="0" w:type="dxa"/>
                    <w:bottom w:w="0" w:type="dxa"/>
                    <w:right w:w="0" w:type="dxa"/>
                  </w:tcMar>
                  <w:vAlign w:val="bottom"/>
                </w:tcPr>
                <w:p w14:paraId="537D971B" w14:textId="77777777" w:rsidR="00E34B5C" w:rsidRPr="00725484" w:rsidRDefault="00AB1AF6">
                  <w:pPr>
                    <w:spacing w:line="220" w:lineRule="auto"/>
                    <w:jc w:val="right"/>
                    <w:rPr>
                      <w:szCs w:val="18"/>
                    </w:rPr>
                  </w:pPr>
                  <w:r>
                    <w:rPr>
                      <w:sz w:val="16"/>
                    </w:rPr>
                    <w:t>2 Cor 5:17</w:t>
                  </w:r>
                </w:p>
              </w:tc>
            </w:tr>
          </w:tbl>
          <w:p w14:paraId="6254A6DA"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777"/>
              <w:gridCol w:w="911"/>
            </w:tblGrid>
            <w:tr w:rsidR="00E34B5C" w:rsidRPr="00725484" w14:paraId="7F76B9F4" w14:textId="77777777">
              <w:tc>
                <w:tcPr>
                  <w:tcW w:w="3777" w:type="dxa"/>
                  <w:tcMar>
                    <w:top w:w="0" w:type="dxa"/>
                    <w:left w:w="0" w:type="dxa"/>
                    <w:bottom w:w="0" w:type="dxa"/>
                    <w:right w:w="0" w:type="dxa"/>
                  </w:tcMar>
                  <w:vAlign w:val="bottom"/>
                </w:tcPr>
                <w:p w14:paraId="6491EFCE" w14:textId="77777777" w:rsidR="00E34B5C" w:rsidRPr="00725484" w:rsidRDefault="00AB1AF6">
                  <w:pPr>
                    <w:spacing w:line="220" w:lineRule="auto"/>
                    <w:jc w:val="both"/>
                    <w:rPr>
                      <w:szCs w:val="18"/>
                    </w:rPr>
                  </w:pPr>
                  <w:r>
                    <w:t>• I have meaning and purpose.</w:t>
                  </w:r>
                </w:p>
              </w:tc>
              <w:tc>
                <w:tcPr>
                  <w:tcW w:w="911" w:type="dxa"/>
                  <w:tcMar>
                    <w:top w:w="0" w:type="dxa"/>
                    <w:left w:w="0" w:type="dxa"/>
                    <w:bottom w:w="0" w:type="dxa"/>
                    <w:right w:w="0" w:type="dxa"/>
                  </w:tcMar>
                  <w:vAlign w:val="bottom"/>
                </w:tcPr>
                <w:p w14:paraId="4DA9A048" w14:textId="77777777" w:rsidR="00E34B5C" w:rsidRPr="00725484" w:rsidRDefault="00AB1AF6">
                  <w:pPr>
                    <w:spacing w:line="220" w:lineRule="auto"/>
                    <w:jc w:val="right"/>
                    <w:rPr>
                      <w:szCs w:val="18"/>
                    </w:rPr>
                  </w:pPr>
                  <w:r>
                    <w:rPr>
                      <w:sz w:val="16"/>
                    </w:rPr>
                    <w:t>Eph 2:10</w:t>
                  </w:r>
                </w:p>
              </w:tc>
            </w:tr>
          </w:tbl>
          <w:p w14:paraId="08C8B0A4"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564"/>
              <w:gridCol w:w="1124"/>
            </w:tblGrid>
            <w:tr w:rsidR="00E34B5C" w:rsidRPr="00725484" w14:paraId="68552F6F" w14:textId="77777777">
              <w:tc>
                <w:tcPr>
                  <w:tcW w:w="3564" w:type="dxa"/>
                  <w:tcMar>
                    <w:top w:w="0" w:type="dxa"/>
                    <w:left w:w="0" w:type="dxa"/>
                    <w:bottom w:w="0" w:type="dxa"/>
                    <w:right w:w="0" w:type="dxa"/>
                  </w:tcMar>
                  <w:vAlign w:val="bottom"/>
                </w:tcPr>
                <w:p w14:paraId="162D45BE" w14:textId="77777777" w:rsidR="00E34B5C" w:rsidRPr="00725484" w:rsidRDefault="00AB1AF6">
                  <w:pPr>
                    <w:spacing w:line="220" w:lineRule="auto"/>
                    <w:jc w:val="both"/>
                    <w:rPr>
                      <w:szCs w:val="18"/>
                    </w:rPr>
                  </w:pPr>
                  <w:r>
                    <w:t>• God hears prayer according to His will.</w:t>
                  </w:r>
                </w:p>
              </w:tc>
              <w:tc>
                <w:tcPr>
                  <w:tcW w:w="1124" w:type="dxa"/>
                  <w:tcMar>
                    <w:top w:w="0" w:type="dxa"/>
                    <w:left w:w="0" w:type="dxa"/>
                    <w:bottom w:w="0" w:type="dxa"/>
                    <w:right w:w="0" w:type="dxa"/>
                  </w:tcMar>
                  <w:vAlign w:val="bottom"/>
                </w:tcPr>
                <w:p w14:paraId="61D94C68" w14:textId="77777777" w:rsidR="00E34B5C" w:rsidRPr="00725484" w:rsidRDefault="00AB1AF6">
                  <w:pPr>
                    <w:spacing w:line="220" w:lineRule="auto"/>
                    <w:jc w:val="right"/>
                    <w:rPr>
                      <w:szCs w:val="18"/>
                    </w:rPr>
                  </w:pPr>
                  <w:r>
                    <w:rPr>
                      <w:sz w:val="16"/>
                    </w:rPr>
                    <w:t>1 Jn 5:14–15</w:t>
                  </w:r>
                </w:p>
              </w:tc>
            </w:tr>
          </w:tbl>
          <w:p w14:paraId="2709A69E" w14:textId="77777777" w:rsidR="00E34B5C" w:rsidRPr="00725484" w:rsidRDefault="00E34B5C">
            <w:pPr>
              <w:spacing w:line="10" w:lineRule="exact"/>
              <w:rPr>
                <w:szCs w:val="18"/>
              </w:rPr>
            </w:pPr>
          </w:p>
          <w:p w14:paraId="3849C774" w14:textId="77777777" w:rsidR="000331A5" w:rsidRDefault="0094245A">
            <w:pPr>
              <w:spacing w:line="220" w:lineRule="auto"/>
              <w:jc w:val="both"/>
            </w:pPr>
            <w:r>
              <w:t>• Nothing can separate me from the</w:t>
            </w: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520"/>
              <w:gridCol w:w="1168"/>
            </w:tblGrid>
            <w:tr w:rsidR="00E34B5C" w:rsidRPr="00725484" w14:paraId="5CA3687B" w14:textId="77777777">
              <w:tc>
                <w:tcPr>
                  <w:tcW w:w="3520" w:type="dxa"/>
                  <w:tcMar>
                    <w:top w:w="0" w:type="dxa"/>
                    <w:left w:w="0" w:type="dxa"/>
                    <w:bottom w:w="0" w:type="dxa"/>
                    <w:right w:w="0" w:type="dxa"/>
                  </w:tcMar>
                  <w:vAlign w:val="bottom"/>
                </w:tcPr>
                <w:p w14:paraId="01756EA2" w14:textId="77777777" w:rsidR="00E34B5C" w:rsidRPr="00725484" w:rsidRDefault="00AB1AF6">
                  <w:pPr>
                    <w:rPr>
                      <w:szCs w:val="18"/>
                    </w:rPr>
                  </w:pPr>
                  <w:r>
                    <w:t>love of God.</w:t>
                  </w:r>
                </w:p>
              </w:tc>
              <w:tc>
                <w:tcPr>
                  <w:tcW w:w="1168" w:type="dxa"/>
                  <w:tcMar>
                    <w:top w:w="0" w:type="dxa"/>
                    <w:left w:w="0" w:type="dxa"/>
                    <w:bottom w:w="0" w:type="dxa"/>
                    <w:right w:w="0" w:type="dxa"/>
                  </w:tcMar>
                  <w:vAlign w:val="bottom"/>
                </w:tcPr>
                <w:p w14:paraId="1121E6E4" w14:textId="77777777" w:rsidR="00E34B5C" w:rsidRPr="00725484" w:rsidRDefault="00AB1AF6">
                  <w:pPr>
                    <w:jc w:val="right"/>
                    <w:rPr>
                      <w:szCs w:val="18"/>
                    </w:rPr>
                  </w:pPr>
                  <w:r>
                    <w:rPr>
                      <w:sz w:val="16"/>
                    </w:rPr>
                    <w:t>Rom 8:31‑39</w:t>
                  </w:r>
                </w:p>
              </w:tc>
            </w:tr>
          </w:tbl>
          <w:p w14:paraId="03EC301C" w14:textId="77777777" w:rsidR="00E34B5C" w:rsidRPr="00725484" w:rsidRDefault="00E34B5C">
            <w:pPr>
              <w:spacing w:line="10" w:lineRule="exact"/>
              <w:rPr>
                <w:szCs w:val="18"/>
              </w:rPr>
            </w:pPr>
          </w:p>
          <w:p w14:paraId="16FE4FE2" w14:textId="77777777" w:rsidR="00E34B5C" w:rsidRPr="00725484" w:rsidRDefault="00AB1AF6">
            <w:pPr>
              <w:keepNext/>
              <w:spacing w:after="60"/>
              <w:rPr>
                <w:szCs w:val="18"/>
              </w:rPr>
            </w:pPr>
            <w:r w:rsidRPr="00725484">
              <w:rPr>
                <w:b/>
                <w:szCs w:val="18"/>
              </w:rPr>
              <w:t>PROMISES</w:t>
            </w: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777"/>
              <w:gridCol w:w="911"/>
            </w:tblGrid>
            <w:tr w:rsidR="00E34B5C" w:rsidRPr="00725484" w14:paraId="5DEC783A" w14:textId="77777777">
              <w:tc>
                <w:tcPr>
                  <w:tcW w:w="3777" w:type="dxa"/>
                  <w:tcMar>
                    <w:top w:w="0" w:type="dxa"/>
                    <w:left w:w="0" w:type="dxa"/>
                    <w:bottom w:w="0" w:type="dxa"/>
                    <w:right w:w="0" w:type="dxa"/>
                  </w:tcMar>
                  <w:vAlign w:val="bottom"/>
                </w:tcPr>
                <w:p w14:paraId="354B3CF0" w14:textId="77777777" w:rsidR="00E34B5C" w:rsidRPr="00725484" w:rsidRDefault="00AB1AF6">
                  <w:pPr>
                    <w:spacing w:line="220" w:lineRule="auto"/>
                    <w:jc w:val="both"/>
                    <w:rPr>
                      <w:szCs w:val="18"/>
                    </w:rPr>
                  </w:pPr>
                  <w:r>
                    <w:t>• I have a living hope.</w:t>
                  </w:r>
                </w:p>
              </w:tc>
              <w:tc>
                <w:tcPr>
                  <w:tcW w:w="911" w:type="dxa"/>
                  <w:tcMar>
                    <w:top w:w="0" w:type="dxa"/>
                    <w:left w:w="0" w:type="dxa"/>
                    <w:bottom w:w="0" w:type="dxa"/>
                    <w:right w:w="0" w:type="dxa"/>
                  </w:tcMar>
                  <w:vAlign w:val="bottom"/>
                </w:tcPr>
                <w:p w14:paraId="226D80A1" w14:textId="77777777" w:rsidR="00E34B5C" w:rsidRPr="00725484" w:rsidRDefault="00AB1AF6">
                  <w:pPr>
                    <w:spacing w:line="220" w:lineRule="auto"/>
                    <w:jc w:val="right"/>
                    <w:rPr>
                      <w:szCs w:val="18"/>
                    </w:rPr>
                  </w:pPr>
                  <w:r>
                    <w:rPr>
                      <w:sz w:val="16"/>
                    </w:rPr>
                    <w:t>1 Pet 1:3–4</w:t>
                  </w:r>
                </w:p>
              </w:tc>
            </w:tr>
          </w:tbl>
          <w:p w14:paraId="53CD3DCF"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684"/>
              <w:gridCol w:w="1004"/>
            </w:tblGrid>
            <w:tr w:rsidR="00E34B5C" w:rsidRPr="00725484" w14:paraId="0E846AF3" w14:textId="77777777">
              <w:tc>
                <w:tcPr>
                  <w:tcW w:w="3684" w:type="dxa"/>
                  <w:tcMar>
                    <w:top w:w="0" w:type="dxa"/>
                    <w:left w:w="0" w:type="dxa"/>
                    <w:bottom w:w="0" w:type="dxa"/>
                    <w:right w:w="0" w:type="dxa"/>
                  </w:tcMar>
                  <w:vAlign w:val="bottom"/>
                </w:tcPr>
                <w:p w14:paraId="03C907E4" w14:textId="77777777" w:rsidR="00E34B5C" w:rsidRPr="00725484" w:rsidRDefault="00AB1AF6">
                  <w:pPr>
                    <w:spacing w:line="220" w:lineRule="auto"/>
                    <w:jc w:val="both"/>
                    <w:rPr>
                      <w:szCs w:val="18"/>
                    </w:rPr>
                  </w:pPr>
                  <w:r>
                    <w:t>• The old is gone; the new has come.</w:t>
                  </w:r>
                </w:p>
              </w:tc>
              <w:tc>
                <w:tcPr>
                  <w:tcW w:w="1004" w:type="dxa"/>
                  <w:tcMar>
                    <w:top w:w="0" w:type="dxa"/>
                    <w:left w:w="0" w:type="dxa"/>
                    <w:bottom w:w="0" w:type="dxa"/>
                    <w:right w:w="0" w:type="dxa"/>
                  </w:tcMar>
                  <w:vAlign w:val="bottom"/>
                </w:tcPr>
                <w:p w14:paraId="52407990" w14:textId="77777777" w:rsidR="00E34B5C" w:rsidRPr="00725484" w:rsidRDefault="00AB1AF6">
                  <w:pPr>
                    <w:spacing w:line="220" w:lineRule="auto"/>
                    <w:jc w:val="right"/>
                    <w:rPr>
                      <w:szCs w:val="18"/>
                    </w:rPr>
                  </w:pPr>
                  <w:r>
                    <w:rPr>
                      <w:sz w:val="16"/>
                    </w:rPr>
                    <w:t>2 Cor 5:17</w:t>
                  </w:r>
                </w:p>
              </w:tc>
            </w:tr>
          </w:tbl>
          <w:p w14:paraId="09079365"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848"/>
              <w:gridCol w:w="840"/>
            </w:tblGrid>
            <w:tr w:rsidR="00E34B5C" w:rsidRPr="00725484" w14:paraId="100570EB" w14:textId="77777777">
              <w:tc>
                <w:tcPr>
                  <w:tcW w:w="3848" w:type="dxa"/>
                  <w:tcMar>
                    <w:top w:w="0" w:type="dxa"/>
                    <w:left w:w="0" w:type="dxa"/>
                    <w:bottom w:w="0" w:type="dxa"/>
                    <w:right w:w="0" w:type="dxa"/>
                  </w:tcMar>
                  <w:vAlign w:val="bottom"/>
                </w:tcPr>
                <w:p w14:paraId="02AE3621" w14:textId="77777777" w:rsidR="00E34B5C" w:rsidRPr="00725484" w:rsidRDefault="00AB1AF6">
                  <w:pPr>
                    <w:spacing w:line="220" w:lineRule="auto"/>
                    <w:jc w:val="both"/>
                    <w:rPr>
                      <w:szCs w:val="18"/>
                    </w:rPr>
                  </w:pPr>
                  <w:r>
                    <w:t>• He will give me clear direction.</w:t>
                  </w:r>
                </w:p>
              </w:tc>
              <w:tc>
                <w:tcPr>
                  <w:tcW w:w="840" w:type="dxa"/>
                  <w:tcMar>
                    <w:top w:w="0" w:type="dxa"/>
                    <w:left w:w="0" w:type="dxa"/>
                    <w:bottom w:w="0" w:type="dxa"/>
                    <w:right w:w="0" w:type="dxa"/>
                  </w:tcMar>
                  <w:vAlign w:val="bottom"/>
                </w:tcPr>
                <w:p w14:paraId="705F3872" w14:textId="77777777" w:rsidR="00E34B5C" w:rsidRPr="00725484" w:rsidRDefault="00AB1AF6">
                  <w:pPr>
                    <w:spacing w:line="220" w:lineRule="auto"/>
                    <w:jc w:val="right"/>
                    <w:rPr>
                      <w:szCs w:val="18"/>
                    </w:rPr>
                  </w:pPr>
                  <w:r>
                    <w:rPr>
                      <w:sz w:val="16"/>
                    </w:rPr>
                    <w:t>Pr 3:5‑6</w:t>
                  </w:r>
                </w:p>
              </w:tc>
            </w:tr>
          </w:tbl>
          <w:p w14:paraId="3BC9A962"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4688"/>
            </w:tblGrid>
            <w:tr w:rsidR="00E34B5C" w:rsidRPr="00725484" w14:paraId="74B4950A" w14:textId="77777777">
              <w:tc>
                <w:tcPr>
                  <w:tcW w:w="4688" w:type="dxa"/>
                  <w:tcMar>
                    <w:top w:w="0" w:type="dxa"/>
                    <w:left w:w="0" w:type="dxa"/>
                    <w:bottom w:w="0" w:type="dxa"/>
                    <w:right w:w="0" w:type="dxa"/>
                  </w:tcMar>
                  <w:vAlign w:val="bottom"/>
                </w:tcPr>
                <w:p w14:paraId="4273EF6A" w14:textId="77777777" w:rsidR="00E34B5C" w:rsidRPr="00725484" w:rsidRDefault="00AB1AF6">
                  <w:pPr>
                    <w:tabs>
                      <w:tab w:val="right" w:pos="4720"/>
                    </w:tabs>
                    <w:spacing w:line="220" w:lineRule="auto"/>
                    <w:jc w:val="both"/>
                    <w:rPr>
                      <w:szCs w:val="18"/>
                    </w:rPr>
                  </w:pPr>
                  <w:r>
                    <w:t>• In Temptation God provides way of escape.</w:t>
                  </w:r>
                  <w:r>
                    <w:rPr>
                      <w:sz w:val="16"/>
                    </w:rPr>
                    <w:tab/>
                    <w:t>1 Cor 10:13</w:t>
                  </w:r>
                </w:p>
              </w:tc>
            </w:tr>
          </w:tbl>
          <w:p w14:paraId="4EC6912D"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862"/>
              <w:gridCol w:w="826"/>
            </w:tblGrid>
            <w:tr w:rsidR="00E34B5C" w:rsidRPr="00725484" w14:paraId="5156E92F" w14:textId="77777777">
              <w:tc>
                <w:tcPr>
                  <w:tcW w:w="3862" w:type="dxa"/>
                  <w:tcMar>
                    <w:top w:w="0" w:type="dxa"/>
                    <w:left w:w="0" w:type="dxa"/>
                    <w:bottom w:w="0" w:type="dxa"/>
                    <w:right w:w="0" w:type="dxa"/>
                  </w:tcMar>
                  <w:vAlign w:val="bottom"/>
                </w:tcPr>
                <w:p w14:paraId="32BC3E98" w14:textId="77777777" w:rsidR="00E34B5C" w:rsidRPr="00725484" w:rsidRDefault="00AB1AF6">
                  <w:pPr>
                    <w:spacing w:line="220" w:lineRule="auto"/>
                    <w:jc w:val="both"/>
                    <w:rPr>
                      <w:szCs w:val="18"/>
                    </w:rPr>
                  </w:pPr>
                  <w:r>
                    <w:t>• I am forgiven.</w:t>
                  </w:r>
                </w:p>
              </w:tc>
              <w:tc>
                <w:tcPr>
                  <w:tcW w:w="826" w:type="dxa"/>
                  <w:tcMar>
                    <w:top w:w="0" w:type="dxa"/>
                    <w:left w:w="0" w:type="dxa"/>
                    <w:bottom w:w="0" w:type="dxa"/>
                    <w:right w:w="0" w:type="dxa"/>
                  </w:tcMar>
                  <w:vAlign w:val="bottom"/>
                </w:tcPr>
                <w:p w14:paraId="7ABA1F7D" w14:textId="77777777" w:rsidR="00E34B5C" w:rsidRPr="00725484" w:rsidRDefault="00AB1AF6">
                  <w:pPr>
                    <w:spacing w:line="220" w:lineRule="auto"/>
                    <w:jc w:val="right"/>
                    <w:rPr>
                      <w:szCs w:val="18"/>
                    </w:rPr>
                  </w:pPr>
                  <w:r>
                    <w:rPr>
                      <w:sz w:val="16"/>
                    </w:rPr>
                    <w:t>1 Jn 1:9</w:t>
                  </w:r>
                </w:p>
              </w:tc>
            </w:tr>
          </w:tbl>
          <w:p w14:paraId="0E3C83C6" w14:textId="77777777" w:rsidR="000331A5" w:rsidRDefault="0094245A">
            <w:pPr>
              <w:spacing w:line="220" w:lineRule="auto"/>
              <w:jc w:val="both"/>
            </w:pPr>
            <w:r>
              <w:t>• He who began a good work in me</w:t>
            </w: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866"/>
              <w:gridCol w:w="822"/>
            </w:tblGrid>
            <w:tr w:rsidR="00E34B5C" w:rsidRPr="00725484" w14:paraId="7E870C8A" w14:textId="77777777">
              <w:tc>
                <w:tcPr>
                  <w:tcW w:w="3866" w:type="dxa"/>
                  <w:tcMar>
                    <w:top w:w="0" w:type="dxa"/>
                    <w:left w:w="0" w:type="dxa"/>
                    <w:bottom w:w="0" w:type="dxa"/>
                    <w:right w:w="0" w:type="dxa"/>
                  </w:tcMar>
                  <w:vAlign w:val="bottom"/>
                </w:tcPr>
                <w:p w14:paraId="4297F249" w14:textId="77777777" w:rsidR="00E34B5C" w:rsidRPr="00725484" w:rsidRDefault="00AB1AF6">
                  <w:pPr>
                    <w:rPr>
                      <w:szCs w:val="18"/>
                    </w:rPr>
                  </w:pPr>
                  <w:r>
                    <w:t>will complete it.</w:t>
                  </w:r>
                </w:p>
              </w:tc>
              <w:tc>
                <w:tcPr>
                  <w:tcW w:w="822" w:type="dxa"/>
                  <w:tcMar>
                    <w:top w:w="0" w:type="dxa"/>
                    <w:left w:w="0" w:type="dxa"/>
                    <w:bottom w:w="0" w:type="dxa"/>
                    <w:right w:w="0" w:type="dxa"/>
                  </w:tcMar>
                  <w:vAlign w:val="bottom"/>
                </w:tcPr>
                <w:p w14:paraId="5A36AC91" w14:textId="77777777" w:rsidR="00E34B5C" w:rsidRPr="00725484" w:rsidRDefault="00AB1AF6">
                  <w:pPr>
                    <w:jc w:val="right"/>
                    <w:rPr>
                      <w:szCs w:val="18"/>
                    </w:rPr>
                  </w:pPr>
                  <w:r>
                    <w:rPr>
                      <w:sz w:val="16"/>
                    </w:rPr>
                    <w:t>Phil 1:6</w:t>
                  </w:r>
                </w:p>
              </w:tc>
            </w:tr>
          </w:tbl>
          <w:p w14:paraId="1DF9107B" w14:textId="77777777" w:rsidR="00E34B5C" w:rsidRPr="00725484" w:rsidRDefault="00E34B5C">
            <w:pPr>
              <w:spacing w:line="10" w:lineRule="exact"/>
              <w:rPr>
                <w:szCs w:val="18"/>
              </w:rPr>
            </w:pPr>
          </w:p>
          <w:p w14:paraId="76FA0C62" w14:textId="77777777" w:rsidR="00E34B5C" w:rsidRPr="00725484" w:rsidRDefault="00AB1AF6">
            <w:pPr>
              <w:keepNext/>
              <w:tabs>
                <w:tab w:val="center" w:pos="2414"/>
              </w:tabs>
              <w:spacing w:before="160" w:after="60" w:line="190" w:lineRule="exact"/>
            </w:pPr>
            <w:r>
              <w:t>8</w:t>
            </w:r>
            <w:r>
              <w:rPr>
                <w:b/>
              </w:rPr>
              <w:tab/>
              <w:t>GOD'S GRACE &amp; YOUR WORKS</w:t>
            </w:r>
          </w:p>
          <w:tbl>
            <w:tblPr>
              <w:tblW w:w="4728" w:type="dxa"/>
              <w:tblLayout w:type="fixed"/>
              <w:tblLook w:val="04A0" w:firstRow="1" w:lastRow="0" w:firstColumn="1" w:lastColumn="0" w:noHBand="0" w:noVBand="1"/>
            </w:tblPr>
            <w:tblGrid>
              <w:gridCol w:w="4728"/>
            </w:tblGrid>
            <w:tr w:rsidR="00E34B5C" w:rsidRPr="00725484" w14:paraId="745FA571" w14:textId="77777777">
              <w:tc>
                <w:tcPr>
                  <w:tcW w:w="4728" w:type="dxa"/>
                  <w:tcBorders>
                    <w:top w:val="single" w:sz="6" w:space="0" w:color="62A3C5"/>
                    <w:left w:val="single" w:sz="6" w:space="0" w:color="62A3C5"/>
                    <w:bottom w:val="single" w:sz="6" w:space="0" w:color="62A3C5"/>
                    <w:right w:val="single" w:sz="6" w:space="0" w:color="62A3C5"/>
                  </w:tcBorders>
                  <w:tcMar>
                    <w:top w:w="45" w:type="dxa"/>
                    <w:left w:w="70" w:type="dxa"/>
                    <w:bottom w:w="15" w:type="dxa"/>
                    <w:right w:w="70" w:type="dxa"/>
                  </w:tcMar>
                </w:tcPr>
                <w:p w14:paraId="71B9F34D" w14:textId="77777777" w:rsidR="000331A5" w:rsidRDefault="0094245A">
                  <w:pPr>
                    <w:tabs>
                      <w:tab w:val="right" w:pos="4588"/>
                    </w:tabs>
                    <w:spacing w:line="190" w:lineRule="exact"/>
                    <w:jc w:val="both"/>
                  </w:pPr>
                  <w:r>
                    <w:rPr>
                      <w:b/>
                      <w:color w:val="AA2832"/>
                    </w:rPr>
                    <w:t>Grace:</w:t>
                  </w:r>
                  <w:r>
                    <w:t xml:space="preserve"> For by grace you have been saved through faith. And this is not your own doing; it is the gift of God, not a result of works, so that no one may boast.</w:t>
                  </w:r>
                  <w:r>
                    <w:rPr>
                      <w:sz w:val="16"/>
                      <w:szCs w:val="16"/>
                    </w:rPr>
                    <w:tab/>
                    <w:t>Ephesians 2:8–9</w:t>
                  </w:r>
                </w:p>
                <w:p w14:paraId="05B7B9CD" w14:textId="77777777" w:rsidR="000331A5" w:rsidRDefault="0094245A">
                  <w:pPr>
                    <w:tabs>
                      <w:tab w:val="right" w:pos="4588"/>
                    </w:tabs>
                    <w:spacing w:line="190" w:lineRule="exact"/>
                    <w:jc w:val="both"/>
                  </w:pPr>
                  <w:r>
                    <w:rPr>
                      <w:b/>
                      <w:color w:val="AA2832"/>
                    </w:rPr>
                    <w:t>Works:</w:t>
                  </w:r>
                  <w:r>
                    <w:t xml:space="preserve"> For we are his workmanship, created in Christ Jesus for good works, which God prepared beforehand,</w:t>
                  </w:r>
                  <w:r>
                    <w:br/>
                    <w:t>that we should walk in them.</w:t>
                  </w:r>
                  <w:r>
                    <w:rPr>
                      <w:sz w:val="16"/>
                      <w:szCs w:val="16"/>
                    </w:rPr>
                    <w:tab/>
                    <w:t>Ephesians 2:10</w:t>
                  </w:r>
                </w:p>
              </w:tc>
            </w:tr>
          </w:tbl>
          <w:p w14:paraId="145AD431" w14:textId="77777777" w:rsidR="000331A5" w:rsidRDefault="0094245A">
            <w:pPr>
              <w:tabs>
                <w:tab w:val="center" w:pos="2414"/>
              </w:tabs>
              <w:spacing w:before="220" w:after="60" w:line="190" w:lineRule="exact"/>
            </w:pPr>
            <w:r>
              <w:t>9</w:t>
            </w:r>
            <w:r>
              <w:rPr>
                <w:b/>
              </w:rPr>
              <w:tab/>
              <w:t>SPIRITUAL GROWTH</w:t>
            </w:r>
          </w:p>
          <w:p w14:paraId="7B8B2441" w14:textId="77777777" w:rsidR="000331A5" w:rsidRDefault="0094245A">
            <w:pPr>
              <w:tabs>
                <w:tab w:val="right" w:pos="4728"/>
              </w:tabs>
              <w:spacing w:line="190" w:lineRule="exact"/>
              <w:ind w:right="100"/>
              <w:jc w:val="both"/>
              <w:rPr>
                <w:szCs w:val="18"/>
              </w:rPr>
            </w:pPr>
            <w:r>
              <w:t xml:space="preserve">The Bible uses several Spiritual Growth metaphors to help us understand that; </w:t>
            </w:r>
            <w:r>
              <w:rPr>
                <w:color w:val="AA2832"/>
              </w:rPr>
              <w:t>WE ARE BORN TO GROW.</w:t>
            </w:r>
          </w:p>
          <w:p w14:paraId="23FAC441" w14:textId="77777777" w:rsidR="000331A5" w:rsidRDefault="0094245A">
            <w:pPr>
              <w:tabs>
                <w:tab w:val="right" w:pos="4728"/>
              </w:tabs>
              <w:spacing w:after="50" w:line="190" w:lineRule="exact"/>
              <w:ind w:right="100"/>
              <w:jc w:val="center"/>
              <w:rPr>
                <w:szCs w:val="18"/>
              </w:rPr>
            </w:pPr>
            <w:r>
              <w:t>Root → Fruit    Newborn → Mature    Milk → Meat</w:t>
            </w:r>
          </w:p>
          <w:tbl>
            <w:tblPr>
              <w:tblW w:w="4728" w:type="dxa"/>
              <w:tblLayout w:type="fixed"/>
              <w:tblLook w:val="04A0" w:firstRow="1" w:lastRow="0" w:firstColumn="1" w:lastColumn="0" w:noHBand="0" w:noVBand="1"/>
            </w:tblPr>
            <w:tblGrid>
              <w:gridCol w:w="4728"/>
            </w:tblGrid>
            <w:tr w:rsidR="000331A5" w14:paraId="68AAF009" w14:textId="77777777">
              <w:tc>
                <w:tcPr>
                  <w:tcW w:w="4728" w:type="dxa"/>
                  <w:tcBorders>
                    <w:top w:val="single" w:sz="4" w:space="0" w:color="62A3C5"/>
                    <w:left w:val="single" w:sz="4" w:space="0" w:color="62A3C5"/>
                    <w:bottom w:val="single" w:sz="4" w:space="0" w:color="62A3C5"/>
                    <w:right w:val="single" w:sz="4" w:space="0" w:color="62A3C5"/>
                  </w:tcBorders>
                  <w:tcMar>
                    <w:top w:w="35" w:type="dxa"/>
                    <w:bottom w:w="15" w:type="dxa"/>
                  </w:tcMar>
                </w:tcPr>
                <w:p w14:paraId="6647C827" w14:textId="77777777" w:rsidR="000331A5" w:rsidRDefault="0094245A">
                  <w:pPr>
                    <w:tabs>
                      <w:tab w:val="right" w:pos="4512"/>
                    </w:tabs>
                    <w:spacing w:line="190" w:lineRule="exact"/>
                    <w:jc w:val="both"/>
                  </w:pPr>
                  <w:r>
                    <w:t xml:space="preserve">• </w:t>
                  </w:r>
                  <w:r>
                    <w:rPr>
                      <w:b/>
                    </w:rPr>
                    <w:t>Seed</w:t>
                  </w:r>
                  <w:r>
                    <w:t xml:space="preserve"> — New life in Christ. </w:t>
                  </w:r>
                  <w:r>
                    <w:rPr>
                      <w:sz w:val="16"/>
                      <w:szCs w:val="16"/>
                    </w:rPr>
                    <w:tab/>
                    <w:t>1 Pet. 1:23</w:t>
                  </w:r>
                </w:p>
                <w:p w14:paraId="6AD67880" w14:textId="77777777" w:rsidR="000331A5" w:rsidRDefault="0094245A">
                  <w:pPr>
                    <w:tabs>
                      <w:tab w:val="right" w:pos="4512"/>
                    </w:tabs>
                    <w:spacing w:line="190" w:lineRule="exact"/>
                  </w:pPr>
                  <w:r>
                    <w:t xml:space="preserve">• </w:t>
                  </w:r>
                  <w:r>
                    <w:rPr>
                      <w:b/>
                    </w:rPr>
                    <w:t>Root</w:t>
                  </w:r>
                  <w:r>
                    <w:t xml:space="preserve"> — Established in Christ. </w:t>
                  </w:r>
                  <w:r>
                    <w:rPr>
                      <w:sz w:val="16"/>
                      <w:szCs w:val="16"/>
                    </w:rPr>
                    <w:tab/>
                    <w:t>Col. 2:6–7</w:t>
                  </w:r>
                </w:p>
                <w:p w14:paraId="40D9BBC3" w14:textId="77777777" w:rsidR="000331A5" w:rsidRDefault="0094245A">
                  <w:pPr>
                    <w:tabs>
                      <w:tab w:val="right" w:pos="4512"/>
                    </w:tabs>
                    <w:spacing w:line="190" w:lineRule="exact"/>
                  </w:pPr>
                  <w:r>
                    <w:t xml:space="preserve">• </w:t>
                  </w:r>
                  <w:r>
                    <w:rPr>
                      <w:b/>
                    </w:rPr>
                    <w:t>Plant</w:t>
                  </w:r>
                  <w:r>
                    <w:t xml:space="preserve"> — Growing in a life with Christ. </w:t>
                  </w:r>
                  <w:r>
                    <w:rPr>
                      <w:sz w:val="16"/>
                      <w:szCs w:val="16"/>
                    </w:rPr>
                    <w:tab/>
                    <w:t>1 Cor. 3:6–7</w:t>
                  </w:r>
                </w:p>
                <w:p w14:paraId="7C050C04" w14:textId="77777777" w:rsidR="000331A5" w:rsidRDefault="0094245A">
                  <w:pPr>
                    <w:tabs>
                      <w:tab w:val="right" w:pos="4512"/>
                    </w:tabs>
                    <w:spacing w:line="190" w:lineRule="exact"/>
                  </w:pPr>
                  <w:r>
                    <w:t xml:space="preserve">• </w:t>
                  </w:r>
                  <w:r>
                    <w:rPr>
                      <w:b/>
                    </w:rPr>
                    <w:t>Fruit</w:t>
                  </w:r>
                  <w:r>
                    <w:t xml:space="preserve"> — Our service for others’ growth. </w:t>
                  </w:r>
                  <w:r>
                    <w:rPr>
                      <w:sz w:val="16"/>
                      <w:szCs w:val="16"/>
                    </w:rPr>
                    <w:tab/>
                    <w:t>Jn. 15:5, 8</w:t>
                  </w:r>
                </w:p>
              </w:tc>
            </w:tr>
          </w:tbl>
          <w:p w14:paraId="00C76968" w14:textId="77777777" w:rsidR="000331A5" w:rsidRDefault="0094245A">
            <w:pPr>
              <w:tabs>
                <w:tab w:val="right" w:pos="4728"/>
              </w:tabs>
              <w:spacing w:before="140" w:after="95" w:line="190" w:lineRule="exact"/>
              <w:ind w:right="100"/>
              <w:jc w:val="both"/>
            </w:pPr>
            <w:r>
              <w:t>“Therefore, as you received Christ Jesus the Lord,</w:t>
            </w:r>
            <w:r>
              <w:br/>
              <w:t xml:space="preserve">so walk in him,” </w:t>
            </w:r>
            <w:r>
              <w:rPr>
                <w:sz w:val="16"/>
              </w:rPr>
              <w:tab/>
              <w:t>Colossians 2:6</w:t>
            </w:r>
          </w:p>
          <w:p w14:paraId="7D236FFA" w14:textId="77777777" w:rsidR="000331A5" w:rsidRDefault="0094245A">
            <w:pPr>
              <w:tabs>
                <w:tab w:val="right" w:pos="4728"/>
              </w:tabs>
              <w:spacing w:line="190" w:lineRule="exact"/>
              <w:ind w:right="100"/>
              <w:jc w:val="both"/>
            </w:pPr>
            <w:r>
              <w:t>“bearing fruit in every good work and increasing in</w:t>
            </w:r>
            <w:r>
              <w:br/>
              <w:t xml:space="preserve">the knowledge of God.” </w:t>
            </w:r>
            <w:r>
              <w:rPr>
                <w:sz w:val="16"/>
                <w:szCs w:val="16"/>
              </w:rPr>
              <w:tab/>
              <w:t>Colossians 1:10</w:t>
            </w:r>
          </w:p>
          <w:p w14:paraId="538BC8AD" w14:textId="77777777" w:rsidR="000331A5" w:rsidRDefault="000331A5">
            <w:pPr>
              <w:spacing w:line="50" w:lineRule="exact"/>
            </w:pPr>
          </w:p>
          <w:tbl>
            <w:tblPr>
              <w:tblW w:w="4728" w:type="dxa"/>
              <w:tblBorders>
                <w:top w:val="single" w:sz="3" w:space="0" w:color="D9D9D9"/>
                <w:left w:val="single" w:sz="3" w:space="0" w:color="D9D9D9"/>
                <w:bottom w:val="single" w:sz="3" w:space="0" w:color="D9D9D9"/>
                <w:right w:val="single" w:sz="3" w:space="0" w:color="D9D9D9"/>
                <w:insideH w:val="single" w:sz="3" w:space="0" w:color="D9D9D9"/>
                <w:insideV w:val="single" w:sz="3" w:space="0" w:color="D9D9D9"/>
              </w:tblBorders>
              <w:tblLayout w:type="fixed"/>
              <w:tblLook w:val="04A0" w:firstRow="1" w:lastRow="0" w:firstColumn="1" w:lastColumn="0" w:noHBand="0" w:noVBand="1"/>
            </w:tblPr>
            <w:tblGrid>
              <w:gridCol w:w="1150"/>
              <w:gridCol w:w="1280"/>
              <w:gridCol w:w="2298"/>
            </w:tblGrid>
            <w:tr w:rsidR="000331A5" w14:paraId="6F621261" w14:textId="77777777">
              <w:tc>
                <w:tcPr>
                  <w:tcW w:w="1150" w:type="dxa"/>
                  <w:shd w:val="clear" w:color="auto" w:fill="DAEDF7"/>
                  <w:tcMar>
                    <w:top w:w="10" w:type="dxa"/>
                    <w:left w:w="40" w:type="dxa"/>
                    <w:bottom w:w="10" w:type="dxa"/>
                    <w:right w:w="40" w:type="dxa"/>
                  </w:tcMar>
                  <w:vAlign w:val="center"/>
                </w:tcPr>
                <w:p w14:paraId="349E67CB" w14:textId="77777777" w:rsidR="000331A5" w:rsidRDefault="0094245A">
                  <w:pPr>
                    <w:spacing w:line="190" w:lineRule="exact"/>
                    <w:jc w:val="center"/>
                  </w:pPr>
                  <w:r>
                    <w:rPr>
                      <w:b/>
                      <w:sz w:val="16"/>
                    </w:rPr>
                    <w:t>TOPIC</w:t>
                  </w:r>
                </w:p>
              </w:tc>
              <w:tc>
                <w:tcPr>
                  <w:tcW w:w="1280" w:type="dxa"/>
                  <w:shd w:val="clear" w:color="auto" w:fill="DAEDF7"/>
                  <w:tcMar>
                    <w:top w:w="10" w:type="dxa"/>
                    <w:left w:w="20" w:type="dxa"/>
                    <w:bottom w:w="10" w:type="dxa"/>
                    <w:right w:w="20" w:type="dxa"/>
                  </w:tcMar>
                  <w:vAlign w:val="center"/>
                </w:tcPr>
                <w:p w14:paraId="3C00B382" w14:textId="77777777" w:rsidR="000331A5" w:rsidRDefault="0094245A">
                  <w:pPr>
                    <w:spacing w:line="190" w:lineRule="exact"/>
                    <w:jc w:val="center"/>
                  </w:pPr>
                  <w:r>
                    <w:rPr>
                      <w:b/>
                      <w:sz w:val="16"/>
                    </w:rPr>
                    <w:t xml:space="preserve">Roots </w:t>
                  </w:r>
                  <w:r>
                    <w:rPr>
                      <w:sz w:val="14"/>
                    </w:rPr>
                    <w:t>(New)</w:t>
                  </w:r>
                </w:p>
              </w:tc>
              <w:tc>
                <w:tcPr>
                  <w:tcW w:w="2298" w:type="dxa"/>
                  <w:shd w:val="clear" w:color="auto" w:fill="DAEDF7"/>
                  <w:tcMar>
                    <w:top w:w="10" w:type="dxa"/>
                    <w:left w:w="40" w:type="dxa"/>
                    <w:bottom w:w="10" w:type="dxa"/>
                    <w:right w:w="40" w:type="dxa"/>
                  </w:tcMar>
                  <w:vAlign w:val="center"/>
                </w:tcPr>
                <w:p w14:paraId="01F35720" w14:textId="77777777" w:rsidR="000331A5" w:rsidRDefault="0094245A">
                  <w:pPr>
                    <w:spacing w:line="190" w:lineRule="exact"/>
                    <w:jc w:val="center"/>
                  </w:pPr>
                  <w:r>
                    <w:rPr>
                      <w:b/>
                      <w:sz w:val="16"/>
                    </w:rPr>
                    <w:t xml:space="preserve">Fruit </w:t>
                  </w:r>
                  <w:r>
                    <w:rPr>
                      <w:sz w:val="14"/>
                    </w:rPr>
                    <w:t>(Mature)</w:t>
                  </w:r>
                </w:p>
              </w:tc>
            </w:tr>
            <w:tr w:rsidR="000331A5" w14:paraId="5BE6695A" w14:textId="77777777">
              <w:tc>
                <w:tcPr>
                  <w:tcW w:w="1150" w:type="dxa"/>
                  <w:shd w:val="clear" w:color="auto" w:fill="DAEDF7"/>
                  <w:tcMar>
                    <w:top w:w="10" w:type="dxa"/>
                    <w:left w:w="40" w:type="dxa"/>
                    <w:bottom w:w="10" w:type="dxa"/>
                    <w:right w:w="40" w:type="dxa"/>
                  </w:tcMar>
                  <w:vAlign w:val="center"/>
                </w:tcPr>
                <w:p w14:paraId="20681671" w14:textId="77777777" w:rsidR="000331A5" w:rsidRDefault="0094245A">
                  <w:pPr>
                    <w:spacing w:line="190" w:lineRule="exact"/>
                  </w:pPr>
                  <w:r>
                    <w:rPr>
                      <w:sz w:val="16"/>
                    </w:rPr>
                    <w:t>God’s Word</w:t>
                  </w:r>
                </w:p>
              </w:tc>
              <w:tc>
                <w:tcPr>
                  <w:tcW w:w="1280" w:type="dxa"/>
                  <w:tcMar>
                    <w:top w:w="10" w:type="dxa"/>
                    <w:left w:w="20" w:type="dxa"/>
                    <w:bottom w:w="10" w:type="dxa"/>
                    <w:right w:w="20" w:type="dxa"/>
                  </w:tcMar>
                  <w:vAlign w:val="center"/>
                </w:tcPr>
                <w:p w14:paraId="5431B98D" w14:textId="77777777" w:rsidR="000331A5" w:rsidRDefault="0094245A">
                  <w:pPr>
                    <w:spacing w:line="190" w:lineRule="exact"/>
                  </w:pPr>
                  <w:r>
                    <w:rPr>
                      <w:sz w:val="16"/>
                    </w:rPr>
                    <w:t>Read &amp; learn</w:t>
                  </w:r>
                </w:p>
              </w:tc>
              <w:tc>
                <w:tcPr>
                  <w:tcW w:w="2298" w:type="dxa"/>
                  <w:tcMar>
                    <w:top w:w="10" w:type="dxa"/>
                    <w:left w:w="40" w:type="dxa"/>
                    <w:bottom w:w="10" w:type="dxa"/>
                    <w:right w:w="40" w:type="dxa"/>
                  </w:tcMar>
                  <w:vAlign w:val="center"/>
                </w:tcPr>
                <w:p w14:paraId="12A84186" w14:textId="77777777" w:rsidR="000331A5" w:rsidRDefault="0094245A">
                  <w:pPr>
                    <w:spacing w:line="190" w:lineRule="exact"/>
                  </w:pPr>
                  <w:r>
                    <w:rPr>
                      <w:sz w:val="16"/>
                    </w:rPr>
                    <w:t>Study, recall, share, defend</w:t>
                  </w:r>
                </w:p>
              </w:tc>
            </w:tr>
            <w:tr w:rsidR="000331A5" w14:paraId="464F1905" w14:textId="77777777">
              <w:tc>
                <w:tcPr>
                  <w:tcW w:w="1150" w:type="dxa"/>
                  <w:shd w:val="clear" w:color="auto" w:fill="DAEDF7"/>
                  <w:tcMar>
                    <w:top w:w="10" w:type="dxa"/>
                    <w:left w:w="40" w:type="dxa"/>
                    <w:bottom w:w="10" w:type="dxa"/>
                    <w:right w:w="40" w:type="dxa"/>
                  </w:tcMar>
                  <w:vAlign w:val="center"/>
                </w:tcPr>
                <w:p w14:paraId="316479F6" w14:textId="77777777" w:rsidR="000331A5" w:rsidRDefault="0094245A">
                  <w:pPr>
                    <w:spacing w:line="190" w:lineRule="exact"/>
                  </w:pPr>
                  <w:r>
                    <w:rPr>
                      <w:sz w:val="16"/>
                    </w:rPr>
                    <w:t>Holy Spirit</w:t>
                  </w:r>
                </w:p>
              </w:tc>
              <w:tc>
                <w:tcPr>
                  <w:tcW w:w="1280" w:type="dxa"/>
                  <w:tcMar>
                    <w:top w:w="10" w:type="dxa"/>
                    <w:left w:w="20" w:type="dxa"/>
                    <w:bottom w:w="10" w:type="dxa"/>
                    <w:right w:w="20" w:type="dxa"/>
                  </w:tcMar>
                  <w:vAlign w:val="center"/>
                </w:tcPr>
                <w:p w14:paraId="76A7AB27" w14:textId="77777777" w:rsidR="000331A5" w:rsidRDefault="0094245A">
                  <w:pPr>
                    <w:spacing w:line="190" w:lineRule="exact"/>
                  </w:pPr>
                  <w:r>
                    <w:rPr>
                      <w:sz w:val="16"/>
                    </w:rPr>
                    <w:t>Receive &amp; Rely</w:t>
                  </w:r>
                </w:p>
              </w:tc>
              <w:tc>
                <w:tcPr>
                  <w:tcW w:w="2298" w:type="dxa"/>
                  <w:tcMar>
                    <w:top w:w="10" w:type="dxa"/>
                    <w:left w:w="40" w:type="dxa"/>
                    <w:bottom w:w="10" w:type="dxa"/>
                    <w:right w:w="40" w:type="dxa"/>
                  </w:tcMar>
                  <w:vAlign w:val="center"/>
                </w:tcPr>
                <w:p w14:paraId="195E00BD" w14:textId="77777777" w:rsidR="000331A5" w:rsidRDefault="0094245A">
                  <w:pPr>
                    <w:spacing w:line="190" w:lineRule="exact"/>
                  </w:pPr>
                  <w:r>
                    <w:rPr>
                      <w:sz w:val="16"/>
                    </w:rPr>
                    <w:t>God’s enabling power to act</w:t>
                  </w:r>
                </w:p>
              </w:tc>
            </w:tr>
            <w:tr w:rsidR="000331A5" w14:paraId="76846742" w14:textId="77777777">
              <w:tc>
                <w:tcPr>
                  <w:tcW w:w="1150" w:type="dxa"/>
                  <w:shd w:val="clear" w:color="auto" w:fill="DAEDF7"/>
                  <w:tcMar>
                    <w:top w:w="10" w:type="dxa"/>
                    <w:left w:w="40" w:type="dxa"/>
                    <w:bottom w:w="10" w:type="dxa"/>
                    <w:right w:w="40" w:type="dxa"/>
                  </w:tcMar>
                  <w:vAlign w:val="center"/>
                </w:tcPr>
                <w:p w14:paraId="637F9DCB" w14:textId="77777777" w:rsidR="000331A5" w:rsidRDefault="0094245A">
                  <w:pPr>
                    <w:spacing w:line="190" w:lineRule="exact"/>
                  </w:pPr>
                  <w:r>
                    <w:rPr>
                      <w:sz w:val="16"/>
                    </w:rPr>
                    <w:t>Fellowship</w:t>
                  </w:r>
                </w:p>
              </w:tc>
              <w:tc>
                <w:tcPr>
                  <w:tcW w:w="1280" w:type="dxa"/>
                  <w:tcMar>
                    <w:top w:w="10" w:type="dxa"/>
                    <w:left w:w="20" w:type="dxa"/>
                    <w:bottom w:w="10" w:type="dxa"/>
                    <w:right w:w="20" w:type="dxa"/>
                  </w:tcMar>
                  <w:vAlign w:val="center"/>
                </w:tcPr>
                <w:p w14:paraId="31D571CD" w14:textId="77777777" w:rsidR="000331A5" w:rsidRDefault="0094245A">
                  <w:pPr>
                    <w:spacing w:line="190" w:lineRule="exact"/>
                  </w:pPr>
                  <w:r>
                    <w:rPr>
                      <w:sz w:val="16"/>
                    </w:rPr>
                    <w:t>Meet &amp; share</w:t>
                  </w:r>
                </w:p>
              </w:tc>
              <w:tc>
                <w:tcPr>
                  <w:tcW w:w="2298" w:type="dxa"/>
                  <w:tcMar>
                    <w:top w:w="10" w:type="dxa"/>
                    <w:left w:w="40" w:type="dxa"/>
                    <w:bottom w:w="10" w:type="dxa"/>
                    <w:right w:w="40" w:type="dxa"/>
                  </w:tcMar>
                  <w:vAlign w:val="center"/>
                </w:tcPr>
                <w:p w14:paraId="647BA561" w14:textId="77777777" w:rsidR="000331A5" w:rsidRDefault="0094245A">
                  <w:pPr>
                    <w:spacing w:line="190" w:lineRule="exact"/>
                  </w:pPr>
                  <w:r>
                    <w:rPr>
                      <w:sz w:val="16"/>
                    </w:rPr>
                    <w:t>Mentor, lead, teach, guide</w:t>
                  </w:r>
                </w:p>
              </w:tc>
            </w:tr>
            <w:tr w:rsidR="000331A5" w14:paraId="0A15316C" w14:textId="77777777">
              <w:tc>
                <w:tcPr>
                  <w:tcW w:w="1150" w:type="dxa"/>
                  <w:shd w:val="clear" w:color="auto" w:fill="DAEDF7"/>
                  <w:tcMar>
                    <w:top w:w="10" w:type="dxa"/>
                    <w:left w:w="40" w:type="dxa"/>
                    <w:bottom w:w="10" w:type="dxa"/>
                    <w:right w:w="40" w:type="dxa"/>
                  </w:tcMar>
                  <w:vAlign w:val="center"/>
                </w:tcPr>
                <w:p w14:paraId="507A33D4" w14:textId="77777777" w:rsidR="000331A5" w:rsidRDefault="0094245A">
                  <w:pPr>
                    <w:spacing w:line="190" w:lineRule="exact"/>
                  </w:pPr>
                  <w:r>
                    <w:rPr>
                      <w:sz w:val="16"/>
                    </w:rPr>
                    <w:t>Evangelism</w:t>
                  </w:r>
                </w:p>
              </w:tc>
              <w:tc>
                <w:tcPr>
                  <w:tcW w:w="1280" w:type="dxa"/>
                  <w:tcMar>
                    <w:top w:w="10" w:type="dxa"/>
                    <w:left w:w="20" w:type="dxa"/>
                    <w:bottom w:w="10" w:type="dxa"/>
                    <w:right w:w="20" w:type="dxa"/>
                  </w:tcMar>
                  <w:vAlign w:val="center"/>
                </w:tcPr>
                <w:p w14:paraId="7B2338BC" w14:textId="77777777" w:rsidR="000331A5" w:rsidRDefault="0094245A">
                  <w:pPr>
                    <w:spacing w:line="190" w:lineRule="exact"/>
                  </w:pPr>
                  <w:r>
                    <w:rPr>
                      <w:sz w:val="16"/>
                    </w:rPr>
                    <w:t>Learn, train</w:t>
                  </w:r>
                </w:p>
              </w:tc>
              <w:tc>
                <w:tcPr>
                  <w:tcW w:w="2298" w:type="dxa"/>
                  <w:tcMar>
                    <w:top w:w="10" w:type="dxa"/>
                    <w:left w:w="40" w:type="dxa"/>
                    <w:bottom w:w="10" w:type="dxa"/>
                    <w:right w:w="40" w:type="dxa"/>
                  </w:tcMar>
                  <w:vAlign w:val="center"/>
                </w:tcPr>
                <w:p w14:paraId="114473A5" w14:textId="77777777" w:rsidR="000331A5" w:rsidRDefault="0094245A">
                  <w:pPr>
                    <w:spacing w:line="190" w:lineRule="exact"/>
                  </w:pPr>
                  <w:r>
                    <w:rPr>
                      <w:sz w:val="16"/>
                    </w:rPr>
                    <w:t>GO, share, reproduce</w:t>
                  </w:r>
                </w:p>
              </w:tc>
            </w:tr>
            <w:tr w:rsidR="000331A5" w14:paraId="2579804C" w14:textId="77777777">
              <w:tc>
                <w:tcPr>
                  <w:tcW w:w="1150" w:type="dxa"/>
                  <w:shd w:val="clear" w:color="auto" w:fill="DAEDF7"/>
                  <w:tcMar>
                    <w:top w:w="10" w:type="dxa"/>
                    <w:left w:w="40" w:type="dxa"/>
                    <w:bottom w:w="10" w:type="dxa"/>
                    <w:right w:w="40" w:type="dxa"/>
                  </w:tcMar>
                  <w:vAlign w:val="center"/>
                </w:tcPr>
                <w:p w14:paraId="6A15C3B7" w14:textId="77777777" w:rsidR="000331A5" w:rsidRDefault="0094245A">
                  <w:pPr>
                    <w:spacing w:line="190" w:lineRule="exact"/>
                  </w:pPr>
                  <w:r>
                    <w:rPr>
                      <w:sz w:val="16"/>
                    </w:rPr>
                    <w:t>Discipleship</w:t>
                  </w:r>
                </w:p>
              </w:tc>
              <w:tc>
                <w:tcPr>
                  <w:tcW w:w="1280" w:type="dxa"/>
                  <w:tcMar>
                    <w:top w:w="10" w:type="dxa"/>
                    <w:left w:w="20" w:type="dxa"/>
                    <w:bottom w:w="10" w:type="dxa"/>
                    <w:right w:w="20" w:type="dxa"/>
                  </w:tcMar>
                  <w:vAlign w:val="center"/>
                </w:tcPr>
                <w:p w14:paraId="60022842" w14:textId="77777777" w:rsidR="000331A5" w:rsidRDefault="0094245A">
                  <w:pPr>
                    <w:spacing w:line="190" w:lineRule="exact"/>
                  </w:pPr>
                  <w:r>
                    <w:rPr>
                      <w:sz w:val="16"/>
                    </w:rPr>
                    <w:t>Practice &amp; grow</w:t>
                  </w:r>
                </w:p>
              </w:tc>
              <w:tc>
                <w:tcPr>
                  <w:tcW w:w="2298" w:type="dxa"/>
                  <w:tcMar>
                    <w:top w:w="10" w:type="dxa"/>
                    <w:left w:w="40" w:type="dxa"/>
                    <w:bottom w:w="10" w:type="dxa"/>
                    <w:right w:w="40" w:type="dxa"/>
                  </w:tcMar>
                  <w:vAlign w:val="center"/>
                </w:tcPr>
                <w:p w14:paraId="4DCF5194" w14:textId="77777777" w:rsidR="000331A5" w:rsidRDefault="0094245A">
                  <w:pPr>
                    <w:spacing w:line="190" w:lineRule="exact"/>
                  </w:pPr>
                  <w:r>
                    <w:rPr>
                      <w:sz w:val="16"/>
                    </w:rPr>
                    <w:t>Teach, model &amp; mentor</w:t>
                  </w:r>
                </w:p>
              </w:tc>
            </w:tr>
          </w:tbl>
          <w:p w14:paraId="413B9BCE" w14:textId="77777777" w:rsidR="000331A5" w:rsidRDefault="000331A5">
            <w:pPr>
              <w:spacing w:line="10" w:lineRule="exact"/>
              <w:rPr>
                <w:szCs w:val="18"/>
              </w:rPr>
            </w:pPr>
          </w:p>
        </w:tc>
        <w:tc>
          <w:tcPr>
            <w:tcW w:w="5088" w:type="dxa"/>
            <w:tcMar>
              <w:left w:w="140" w:type="dxa"/>
              <w:right w:w="140" w:type="dxa"/>
            </w:tcMar>
          </w:tcPr>
          <w:tbl>
            <w:tblPr>
              <w:tblW w:w="0" w:type="auto"/>
              <w:tblLayout w:type="fixed"/>
              <w:tblLook w:val="04A0" w:firstRow="1" w:lastRow="0" w:firstColumn="1" w:lastColumn="0" w:noHBand="0" w:noVBand="1"/>
            </w:tblPr>
            <w:tblGrid>
              <w:gridCol w:w="461"/>
              <w:gridCol w:w="4291"/>
            </w:tblGrid>
            <w:tr w:rsidR="000331A5" w14:paraId="094A1BCF" w14:textId="77777777">
              <w:tc>
                <w:tcPr>
                  <w:tcW w:w="461" w:type="dxa"/>
                  <w:tcMar>
                    <w:top w:w="0" w:type="dxa"/>
                    <w:left w:w="0" w:type="dxa"/>
                    <w:bottom w:w="0" w:type="dxa"/>
                    <w:right w:w="0" w:type="dxa"/>
                  </w:tcMar>
                </w:tcPr>
                <w:p w14:paraId="26D51085" w14:textId="77777777" w:rsidR="000331A5" w:rsidRDefault="0094245A">
                  <w:pPr>
                    <w:spacing w:before="100" w:after="60"/>
                  </w:pPr>
                  <w:r>
                    <w:t>10</w:t>
                  </w:r>
                </w:p>
              </w:tc>
              <w:tc>
                <w:tcPr>
                  <w:tcW w:w="4291" w:type="dxa"/>
                  <w:tcMar>
                    <w:top w:w="0" w:type="dxa"/>
                    <w:left w:w="0" w:type="dxa"/>
                    <w:bottom w:w="0" w:type="dxa"/>
                    <w:right w:w="0" w:type="dxa"/>
                  </w:tcMar>
                </w:tcPr>
                <w:p w14:paraId="56E77A42" w14:textId="77777777" w:rsidR="000331A5" w:rsidRDefault="0094245A">
                  <w:pPr>
                    <w:spacing w:before="100" w:after="60"/>
                    <w:jc w:val="center"/>
                  </w:pPr>
                  <w:r>
                    <w:rPr>
                      <w:b/>
                    </w:rPr>
                    <w:t>CHOOSING A CHURCH FAMILY</w:t>
                  </w:r>
                  <w:r>
                    <w:rPr>
                      <w:b/>
                    </w:rPr>
                    <w:br/>
                    <w:t>What is True? — What is False?</w:t>
                  </w:r>
                </w:p>
              </w:tc>
            </w:tr>
          </w:tbl>
          <w:p w14:paraId="7B1981E7" w14:textId="77777777" w:rsidR="00E34B5C" w:rsidRPr="00725484" w:rsidRDefault="00AB1AF6">
            <w:pPr>
              <w:keepNext/>
              <w:tabs>
                <w:tab w:val="center" w:pos="2189"/>
              </w:tabs>
              <w:spacing w:before="100" w:after="60" w:line="221" w:lineRule="auto"/>
              <w:rPr>
                <w:sz w:val="16"/>
              </w:rPr>
            </w:pPr>
            <w:r>
              <w:rPr>
                <w:b/>
                <w:spacing w:val="-4"/>
                <w:sz w:val="16"/>
              </w:rPr>
              <w:t>Jesus is God - Bible is God’s Word</w:t>
            </w:r>
          </w:p>
          <w:p w14:paraId="1C99737B" w14:textId="77777777" w:rsidR="000331A5" w:rsidRDefault="0094245A">
            <w:pPr>
              <w:tabs>
                <w:tab w:val="right" w:pos="4708"/>
              </w:tabs>
              <w:spacing w:line="221" w:lineRule="auto"/>
              <w:ind w:right="100"/>
              <w:jc w:val="both"/>
            </w:pPr>
            <w:r>
              <w:t>Jesus said: “I am the way, and the truth, and the life. No one comes to the Father except through me.”</w:t>
            </w:r>
            <w:r>
              <w:tab/>
            </w:r>
            <w:r>
              <w:rPr>
                <w:sz w:val="16"/>
                <w:szCs w:val="16"/>
              </w:rPr>
              <w:t>John 14:6</w:t>
            </w:r>
          </w:p>
          <w:p w14:paraId="45EFF333" w14:textId="77777777" w:rsidR="00E34B5C" w:rsidRPr="00725484" w:rsidRDefault="00E34B5C">
            <w:pPr>
              <w:spacing w:line="10" w:lineRule="exact"/>
              <w:rPr>
                <w:szCs w:val="18"/>
              </w:rPr>
            </w:pPr>
          </w:p>
          <w:p w14:paraId="2151CA3D" w14:textId="77777777" w:rsidR="00E34B5C" w:rsidRPr="00725484" w:rsidRDefault="00AB1AF6">
            <w:pPr>
              <w:keepNext/>
              <w:spacing w:before="60" w:line="221" w:lineRule="auto"/>
              <w:rPr>
                <w:szCs w:val="18"/>
              </w:rPr>
            </w:pPr>
            <w:r w:rsidRPr="00725484">
              <w:rPr>
                <w:b/>
                <w:color w:val="AA2832"/>
                <w:szCs w:val="18"/>
              </w:rPr>
              <w:t>True:</w:t>
            </w:r>
          </w:p>
          <w:p w14:paraId="59C8506A" w14:textId="77777777" w:rsidR="000331A5" w:rsidRDefault="0094245A">
            <w:pPr>
              <w:tabs>
                <w:tab w:val="right" w:pos="4708"/>
              </w:tabs>
              <w:spacing w:line="221" w:lineRule="auto"/>
              <w:ind w:right="100"/>
              <w:jc w:val="both"/>
            </w:pPr>
            <w:r>
              <w:rPr>
                <w:spacing w:val="-5"/>
              </w:rPr>
              <w:t>• God is one God in 3 persons:   Father/Son/Spirit.</w:t>
            </w:r>
            <w:r>
              <w:br/>
            </w:r>
            <w:r>
              <w:tab/>
            </w:r>
            <w:r>
              <w:rPr>
                <w:sz w:val="16"/>
                <w:szCs w:val="16"/>
              </w:rPr>
              <w:t>Matthew 28:19; Deuteronomy 6:4</w:t>
            </w:r>
          </w:p>
          <w:p w14:paraId="74C1CC92" w14:textId="77777777" w:rsidR="00E34B5C" w:rsidRPr="00725484" w:rsidRDefault="00E34B5C">
            <w:pPr>
              <w:spacing w:line="10" w:lineRule="exact"/>
              <w:rPr>
                <w:szCs w:val="18"/>
              </w:rPr>
            </w:pPr>
          </w:p>
          <w:p w14:paraId="49D1E39E" w14:textId="77777777" w:rsidR="000331A5" w:rsidRDefault="0094245A">
            <w:pPr>
              <w:tabs>
                <w:tab w:val="right" w:pos="4708"/>
              </w:tabs>
              <w:spacing w:line="221" w:lineRule="auto"/>
              <w:ind w:right="100"/>
              <w:jc w:val="both"/>
            </w:pPr>
            <w:r>
              <w:t>• Jesus is the only way to God.</w:t>
            </w:r>
            <w:r>
              <w:tab/>
            </w:r>
            <w:r>
              <w:rPr>
                <w:sz w:val="16"/>
                <w:szCs w:val="16"/>
              </w:rPr>
              <w:t>John 14:6</w:t>
            </w:r>
          </w:p>
          <w:p w14:paraId="1415F181" w14:textId="77777777" w:rsidR="00E34B5C" w:rsidRPr="00725484" w:rsidRDefault="00E34B5C">
            <w:pPr>
              <w:spacing w:line="10" w:lineRule="exact"/>
              <w:rPr>
                <w:szCs w:val="18"/>
              </w:rPr>
            </w:pPr>
          </w:p>
          <w:p w14:paraId="28DE91D2" w14:textId="77777777" w:rsidR="000331A5" w:rsidRDefault="0094245A">
            <w:pPr>
              <w:tabs>
                <w:tab w:val="right" w:pos="4708"/>
              </w:tabs>
              <w:spacing w:line="221" w:lineRule="auto"/>
              <w:ind w:right="100"/>
              <w:jc w:val="both"/>
            </w:pPr>
            <w:r>
              <w:t>• Jesus alone saves from sins.</w:t>
            </w:r>
            <w:r>
              <w:tab/>
            </w:r>
            <w:r>
              <w:rPr>
                <w:sz w:val="16"/>
                <w:szCs w:val="16"/>
              </w:rPr>
              <w:t>Acts 4:12</w:t>
            </w:r>
          </w:p>
          <w:p w14:paraId="7D8CE25A" w14:textId="77777777" w:rsidR="00E34B5C" w:rsidRPr="00725484" w:rsidRDefault="00E34B5C">
            <w:pPr>
              <w:spacing w:line="10" w:lineRule="exact"/>
              <w:rPr>
                <w:szCs w:val="18"/>
              </w:rPr>
            </w:pPr>
          </w:p>
          <w:p w14:paraId="20D49853" w14:textId="77777777" w:rsidR="000331A5" w:rsidRDefault="0094245A">
            <w:pPr>
              <w:tabs>
                <w:tab w:val="right" w:pos="4708"/>
              </w:tabs>
              <w:spacing w:line="221" w:lineRule="auto"/>
              <w:ind w:right="100"/>
              <w:jc w:val="both"/>
            </w:pPr>
            <w:r>
              <w:t>• Bible is God’s Word to mankind.</w:t>
            </w:r>
            <w:r>
              <w:tab/>
            </w:r>
            <w:r>
              <w:rPr>
                <w:sz w:val="16"/>
                <w:szCs w:val="16"/>
              </w:rPr>
              <w:t>2 Timothy 3:16–17</w:t>
            </w:r>
          </w:p>
          <w:p w14:paraId="16E464EC" w14:textId="77777777" w:rsidR="00E34B5C" w:rsidRPr="00725484" w:rsidRDefault="00E34B5C">
            <w:pPr>
              <w:spacing w:line="10" w:lineRule="exact"/>
              <w:rPr>
                <w:szCs w:val="18"/>
              </w:rPr>
            </w:pPr>
          </w:p>
          <w:p w14:paraId="5300711F" w14:textId="77777777" w:rsidR="000331A5" w:rsidRDefault="0094245A">
            <w:pPr>
              <w:tabs>
                <w:tab w:val="right" w:pos="4708"/>
              </w:tabs>
              <w:spacing w:line="221" w:lineRule="auto"/>
              <w:ind w:right="100"/>
              <w:jc w:val="both"/>
            </w:pPr>
            <w:r>
              <w:t>• Bible alone, no other books or teachings.</w:t>
            </w:r>
            <w:r>
              <w:rPr>
                <w:sz w:val="16"/>
              </w:rPr>
              <w:tab/>
              <w:t>Gal. 1:8–9</w:t>
            </w:r>
          </w:p>
          <w:p w14:paraId="5300A5BA" w14:textId="77777777" w:rsidR="00E34B5C" w:rsidRPr="00725484" w:rsidRDefault="00E34B5C">
            <w:pPr>
              <w:spacing w:line="10" w:lineRule="exact"/>
              <w:rPr>
                <w:szCs w:val="18"/>
              </w:rPr>
            </w:pPr>
          </w:p>
          <w:p w14:paraId="5AE2A6E3" w14:textId="77777777" w:rsidR="00E34B5C" w:rsidRPr="00725484" w:rsidRDefault="00E34B5C">
            <w:pPr>
              <w:spacing w:line="10" w:lineRule="exact"/>
              <w:rPr>
                <w:szCs w:val="18"/>
              </w:rPr>
            </w:pPr>
          </w:p>
          <w:tbl>
            <w:tblPr>
              <w:tblW w:w="4728" w:type="dxa"/>
              <w:tblLayout w:type="fixed"/>
              <w:tblLook w:val="04A0" w:firstRow="1" w:lastRow="0" w:firstColumn="1" w:lastColumn="0" w:noHBand="0" w:noVBand="1"/>
            </w:tblPr>
            <w:tblGrid>
              <w:gridCol w:w="4728"/>
            </w:tblGrid>
            <w:tr w:rsidR="00E34B5C" w:rsidRPr="00725484" w14:paraId="4071FF00" w14:textId="77777777">
              <w:tc>
                <w:tcPr>
                  <w:tcW w:w="4728" w:type="dxa"/>
                  <w:tcBorders>
                    <w:top w:val="single" w:sz="6" w:space="0" w:color="62A3C5"/>
                    <w:left w:val="single" w:sz="6" w:space="0" w:color="62A3C5"/>
                    <w:bottom w:val="single" w:sz="6" w:space="0" w:color="62A3C5"/>
                    <w:right w:val="single" w:sz="6" w:space="0" w:color="62A3C5"/>
                  </w:tcBorders>
                  <w:tcMar>
                    <w:top w:w="45" w:type="dxa"/>
                    <w:left w:w="70" w:type="dxa"/>
                    <w:bottom w:w="45" w:type="dxa"/>
                    <w:right w:w="70" w:type="dxa"/>
                  </w:tcMar>
                </w:tcPr>
                <w:p w14:paraId="442935E5" w14:textId="77777777" w:rsidR="00E34B5C" w:rsidRPr="00725484" w:rsidRDefault="00AB1AF6">
                  <w:pPr>
                    <w:keepNext/>
                    <w:spacing w:line="221" w:lineRule="auto"/>
                    <w:rPr>
                      <w:szCs w:val="18"/>
                    </w:rPr>
                  </w:pPr>
                  <w:r w:rsidRPr="00725484">
                    <w:rPr>
                      <w:b/>
                      <w:szCs w:val="18"/>
                    </w:rPr>
                    <w:t>Churches teaching Jesus as God:</w:t>
                  </w:r>
                </w:p>
                <w:p w14:paraId="7C056D73" w14:textId="77777777" w:rsidR="00E34B5C" w:rsidRPr="00725484" w:rsidRDefault="00AB1AF6">
                  <w:pPr>
                    <w:spacing w:line="221" w:lineRule="auto"/>
                    <w:jc w:val="both"/>
                    <w:rPr>
                      <w:szCs w:val="18"/>
                    </w:rPr>
                  </w:pPr>
                  <w:r w:rsidRPr="00725484">
                    <w:rPr>
                      <w:szCs w:val="18"/>
                    </w:rPr>
                    <w:t>• Bible / non-denominational churches</w:t>
                  </w:r>
                </w:p>
                <w:p w14:paraId="7744DE1E" w14:textId="77777777" w:rsidR="00E34B5C" w:rsidRPr="00725484" w:rsidRDefault="00AB1AF6">
                  <w:pPr>
                    <w:spacing w:line="221" w:lineRule="auto"/>
                    <w:jc w:val="both"/>
                    <w:rPr>
                      <w:szCs w:val="18"/>
                    </w:rPr>
                  </w:pPr>
                  <w:r w:rsidRPr="00725484">
                    <w:rPr>
                      <w:szCs w:val="18"/>
                    </w:rPr>
                    <w:t>• Baptist (Southern Baptist, Conservative Baptist)</w:t>
                  </w:r>
                </w:p>
                <w:p w14:paraId="280A2328" w14:textId="77777777" w:rsidR="00E34B5C" w:rsidRPr="00725484" w:rsidRDefault="00AB1AF6">
                  <w:pPr>
                    <w:spacing w:line="221" w:lineRule="auto"/>
                    <w:jc w:val="both"/>
                    <w:rPr>
                      <w:szCs w:val="18"/>
                    </w:rPr>
                  </w:pPr>
                  <w:r w:rsidRPr="00725484">
                    <w:rPr>
                      <w:szCs w:val="18"/>
                    </w:rPr>
                    <w:t>• Pentecostal / Charismatic</w:t>
                  </w:r>
                </w:p>
                <w:p w14:paraId="27F36B8E" w14:textId="77777777" w:rsidR="00E34B5C" w:rsidRPr="00725484" w:rsidRDefault="00AB1AF6">
                  <w:pPr>
                    <w:spacing w:line="221" w:lineRule="auto"/>
                    <w:jc w:val="both"/>
                    <w:rPr>
                      <w:szCs w:val="18"/>
                    </w:rPr>
                  </w:pPr>
                  <w:r w:rsidRPr="00725484">
                    <w:rPr>
                      <w:szCs w:val="18"/>
                    </w:rPr>
                    <w:t>• Christian / Christian Missionary Alliance Churches</w:t>
                  </w:r>
                </w:p>
              </w:tc>
            </w:tr>
          </w:tbl>
          <w:p w14:paraId="705089B9" w14:textId="77777777" w:rsidR="00E34B5C" w:rsidRPr="00725484" w:rsidRDefault="00AB1AF6">
            <w:pPr>
              <w:keepNext/>
              <w:spacing w:before="80" w:line="221" w:lineRule="auto"/>
              <w:rPr>
                <w:szCs w:val="18"/>
              </w:rPr>
            </w:pPr>
            <w:r w:rsidRPr="00725484">
              <w:rPr>
                <w:b/>
                <w:color w:val="AA2832"/>
                <w:szCs w:val="18"/>
              </w:rPr>
              <w:t>False:</w:t>
            </w:r>
          </w:p>
          <w:p w14:paraId="5CC07F88" w14:textId="77777777" w:rsidR="000331A5" w:rsidRDefault="0094245A">
            <w:pPr>
              <w:tabs>
                <w:tab w:val="right" w:pos="4708"/>
              </w:tabs>
              <w:spacing w:line="221" w:lineRule="auto"/>
              <w:ind w:right="100"/>
              <w:jc w:val="both"/>
            </w:pPr>
            <w:r>
              <w:t>• Jesus is a son of God, but not God.</w:t>
            </w:r>
            <w:r>
              <w:tab/>
            </w:r>
            <w:r>
              <w:rPr>
                <w:sz w:val="16"/>
                <w:szCs w:val="16"/>
              </w:rPr>
              <w:t>John 1:1; John 20:28</w:t>
            </w:r>
          </w:p>
          <w:p w14:paraId="5FE97206" w14:textId="77777777" w:rsidR="00E34B5C" w:rsidRPr="00725484" w:rsidRDefault="00E34B5C">
            <w:pPr>
              <w:spacing w:line="10" w:lineRule="exact"/>
              <w:rPr>
                <w:szCs w:val="18"/>
              </w:rPr>
            </w:pPr>
          </w:p>
          <w:p w14:paraId="19C8466B" w14:textId="77777777" w:rsidR="000331A5" w:rsidRDefault="0094245A">
            <w:pPr>
              <w:tabs>
                <w:tab w:val="right" w:pos="4708"/>
              </w:tabs>
              <w:spacing w:line="221" w:lineRule="auto"/>
              <w:ind w:right="100"/>
              <w:jc w:val="both"/>
            </w:pPr>
            <w:r>
              <w:rPr>
                <w:spacing w:val="-5"/>
              </w:rPr>
              <w:t>• Jesus is a God and the Father is another God.</w:t>
            </w:r>
            <w:r>
              <w:br/>
            </w:r>
            <w:r>
              <w:tab/>
            </w:r>
            <w:r>
              <w:rPr>
                <w:sz w:val="16"/>
                <w:szCs w:val="16"/>
              </w:rPr>
              <w:t>Deuteronomy 6:4; John 10:30</w:t>
            </w:r>
          </w:p>
          <w:p w14:paraId="3342427A" w14:textId="77777777" w:rsidR="00E34B5C" w:rsidRPr="00725484" w:rsidRDefault="00E34B5C">
            <w:pPr>
              <w:spacing w:line="10" w:lineRule="exact"/>
              <w:rPr>
                <w:szCs w:val="18"/>
              </w:rPr>
            </w:pPr>
          </w:p>
          <w:p w14:paraId="0FFD005D" w14:textId="77777777" w:rsidR="000331A5" w:rsidRDefault="0094245A">
            <w:pPr>
              <w:tabs>
                <w:tab w:val="right" w:pos="4708"/>
              </w:tabs>
              <w:spacing w:line="221" w:lineRule="auto"/>
              <w:ind w:right="100"/>
              <w:jc w:val="both"/>
            </w:pPr>
            <w:r>
              <w:t>• Other books and/or teachings are needed to correctly</w:t>
            </w:r>
            <w:r>
              <w:br/>
              <w:t>know and interpret the Bible.</w:t>
            </w:r>
            <w:r>
              <w:rPr>
                <w:sz w:val="16"/>
              </w:rPr>
              <w:tab/>
              <w:t>2 Timothy 3:15–17</w:t>
            </w:r>
          </w:p>
          <w:p w14:paraId="7803B28B" w14:textId="77777777" w:rsidR="00E34B5C" w:rsidRPr="00725484" w:rsidRDefault="00E34B5C">
            <w:pPr>
              <w:spacing w:line="10" w:lineRule="exact"/>
              <w:rPr>
                <w:szCs w:val="18"/>
              </w:rPr>
            </w:pPr>
          </w:p>
          <w:p w14:paraId="40E578A1" w14:textId="77777777" w:rsidR="000331A5" w:rsidRDefault="0094245A">
            <w:pPr>
              <w:tabs>
                <w:tab w:val="right" w:pos="4708"/>
              </w:tabs>
              <w:spacing w:line="221" w:lineRule="auto"/>
              <w:ind w:right="100"/>
              <w:jc w:val="both"/>
            </w:pPr>
            <w:r>
              <w:t>• The Bible and other books together are authoritative</w:t>
            </w:r>
            <w:r>
              <w:br/>
            </w:r>
            <w:r>
              <w:t>teachings from God.</w:t>
            </w:r>
            <w:r>
              <w:rPr>
                <w:sz w:val="16"/>
              </w:rPr>
              <w:tab/>
              <w:t>Mark 7:8–13; Galatians 1:8–9</w:t>
            </w:r>
          </w:p>
          <w:p w14:paraId="3E519553" w14:textId="77777777" w:rsidR="00E34B5C" w:rsidRPr="00725484" w:rsidRDefault="00E34B5C">
            <w:pPr>
              <w:spacing w:line="10" w:lineRule="exact"/>
              <w:rPr>
                <w:szCs w:val="18"/>
              </w:rPr>
            </w:pPr>
          </w:p>
          <w:p w14:paraId="5ADA6D03" w14:textId="77777777" w:rsidR="00E34B5C" w:rsidRPr="00725484" w:rsidRDefault="00E34B5C">
            <w:pPr>
              <w:spacing w:line="10" w:lineRule="exact"/>
              <w:rPr>
                <w:szCs w:val="18"/>
              </w:rPr>
            </w:pPr>
          </w:p>
          <w:tbl>
            <w:tblPr>
              <w:tblW w:w="4728" w:type="dxa"/>
              <w:tblLayout w:type="fixed"/>
              <w:tblLook w:val="04A0" w:firstRow="1" w:lastRow="0" w:firstColumn="1" w:lastColumn="0" w:noHBand="0" w:noVBand="1"/>
            </w:tblPr>
            <w:tblGrid>
              <w:gridCol w:w="4728"/>
            </w:tblGrid>
            <w:tr w:rsidR="00E34B5C" w:rsidRPr="00725484" w14:paraId="399098A1" w14:textId="77777777">
              <w:tc>
                <w:tcPr>
                  <w:tcW w:w="4728" w:type="dxa"/>
                  <w:tcBorders>
                    <w:top w:val="single" w:sz="6" w:space="0" w:color="62A3C5"/>
                    <w:left w:val="single" w:sz="6" w:space="0" w:color="62A3C5"/>
                    <w:bottom w:val="single" w:sz="6" w:space="0" w:color="62A3C5"/>
                    <w:right w:val="single" w:sz="6" w:space="0" w:color="62A3C5"/>
                  </w:tcBorders>
                  <w:tcMar>
                    <w:top w:w="45" w:type="dxa"/>
                    <w:left w:w="70" w:type="dxa"/>
                    <w:bottom w:w="45" w:type="dxa"/>
                    <w:right w:w="70" w:type="dxa"/>
                  </w:tcMar>
                </w:tcPr>
                <w:p w14:paraId="08950075" w14:textId="77777777" w:rsidR="00E34B5C" w:rsidRPr="00725484" w:rsidRDefault="00AB1AF6">
                  <w:pPr>
                    <w:keepNext/>
                    <w:spacing w:line="221" w:lineRule="auto"/>
                    <w:rPr>
                      <w:szCs w:val="18"/>
                    </w:rPr>
                  </w:pPr>
                  <w:r w:rsidRPr="00725484">
                    <w:rPr>
                      <w:b/>
                      <w:szCs w:val="18"/>
                    </w:rPr>
                    <w:t>Churches with false teachings of God:</w:t>
                  </w:r>
                </w:p>
                <w:p w14:paraId="573F3F5A" w14:textId="77777777" w:rsidR="00E34B5C" w:rsidRPr="00725484" w:rsidRDefault="00AB1AF6">
                  <w:pPr>
                    <w:spacing w:line="221" w:lineRule="auto"/>
                    <w:jc w:val="both"/>
                    <w:rPr>
                      <w:szCs w:val="18"/>
                    </w:rPr>
                  </w:pPr>
                  <w:r w:rsidRPr="00725484">
                    <w:rPr>
                      <w:szCs w:val="18"/>
                    </w:rPr>
                    <w:t>• Latter-day Saints (Mormon): Jesus and the Father are separate gods; they reject the Trinity</w:t>
                  </w:r>
                </w:p>
                <w:p w14:paraId="306E3809" w14:textId="77777777" w:rsidR="00E34B5C" w:rsidRPr="00725484" w:rsidRDefault="00AB1AF6">
                  <w:pPr>
                    <w:spacing w:line="221" w:lineRule="auto"/>
                    <w:jc w:val="both"/>
                    <w:rPr>
                      <w:szCs w:val="18"/>
                    </w:rPr>
                  </w:pPr>
                  <w:r w:rsidRPr="00725484">
                    <w:rPr>
                      <w:szCs w:val="18"/>
                    </w:rPr>
                    <w:t>• Jehovah’s Witnesses: Jesus is God’s Son, not Almighty God; identified with Michael the archangel.</w:t>
                  </w:r>
                </w:p>
                <w:p w14:paraId="0F689108" w14:textId="77777777" w:rsidR="00E34B5C" w:rsidRPr="00725484" w:rsidRDefault="00AB1AF6">
                  <w:pPr>
                    <w:spacing w:line="221" w:lineRule="auto"/>
                    <w:jc w:val="both"/>
                    <w:rPr>
                      <w:szCs w:val="18"/>
                    </w:rPr>
                  </w:pPr>
                  <w:r w:rsidRPr="00725484">
                    <w:rPr>
                      <w:szCs w:val="18"/>
                    </w:rPr>
                    <w:t>• Iglesia ni Cristo (Church of Christ): Jesus is human.</w:t>
                  </w:r>
                </w:p>
              </w:tc>
            </w:tr>
          </w:tbl>
          <w:p w14:paraId="7B3C1F38" w14:textId="77777777" w:rsidR="00E34B5C" w:rsidRPr="00725484" w:rsidRDefault="00E34B5C">
            <w:pPr>
              <w:spacing w:line="10" w:lineRule="exact"/>
              <w:rPr>
                <w:szCs w:val="18"/>
              </w:rPr>
            </w:pPr>
          </w:p>
          <w:p w14:paraId="4C86932A" w14:textId="77777777" w:rsidR="00E34B5C" w:rsidRPr="00725484" w:rsidRDefault="00AB1AF6">
            <w:pPr>
              <w:keepNext/>
              <w:spacing w:before="120" w:line="221" w:lineRule="auto"/>
              <w:rPr>
                <w:szCs w:val="18"/>
              </w:rPr>
            </w:pPr>
            <w:r>
              <w:rPr>
                <w:b/>
              </w:rPr>
              <w:t>Other religions with a false teaching of Jesus:</w:t>
            </w:r>
          </w:p>
          <w:p w14:paraId="61C89AC8" w14:textId="77777777" w:rsidR="00E34B5C" w:rsidRPr="00725484" w:rsidRDefault="00AB1AF6">
            <w:pPr>
              <w:spacing w:line="221" w:lineRule="auto"/>
              <w:jc w:val="both"/>
              <w:rPr>
                <w:szCs w:val="18"/>
              </w:rPr>
            </w:pPr>
            <w:r w:rsidRPr="00725484">
              <w:rPr>
                <w:szCs w:val="18"/>
              </w:rPr>
              <w:t>• Islam: Jesus is a prophet, not God.</w:t>
            </w:r>
          </w:p>
          <w:p w14:paraId="67E6D367" w14:textId="77777777" w:rsidR="00E34B5C" w:rsidRPr="00725484" w:rsidRDefault="00AB1AF6">
            <w:pPr>
              <w:spacing w:line="221" w:lineRule="auto"/>
              <w:jc w:val="both"/>
              <w:rPr>
                <w:szCs w:val="18"/>
              </w:rPr>
            </w:pPr>
            <w:r w:rsidRPr="00725484">
              <w:rPr>
                <w:szCs w:val="18"/>
              </w:rPr>
              <w:t>• Hinduism: Do not affirm Jesus as the one true God.</w:t>
            </w:r>
          </w:p>
          <w:p w14:paraId="1D491413" w14:textId="77777777" w:rsidR="00E34B5C" w:rsidRPr="00725484" w:rsidRDefault="00AB1AF6">
            <w:pPr>
              <w:spacing w:line="221" w:lineRule="auto"/>
              <w:jc w:val="both"/>
              <w:rPr>
                <w:szCs w:val="18"/>
              </w:rPr>
            </w:pPr>
            <w:r w:rsidRPr="00725484">
              <w:rPr>
                <w:szCs w:val="18"/>
              </w:rPr>
              <w:t>• Buddhism: Jesus is not affirmed as God.</w:t>
            </w:r>
          </w:p>
          <w:p w14:paraId="1793E7D5" w14:textId="77777777" w:rsidR="00E34B5C" w:rsidRPr="00725484" w:rsidRDefault="00AB1AF6" w:rsidP="00725484">
            <w:pPr>
              <w:spacing w:after="140" w:line="221" w:lineRule="auto"/>
              <w:jc w:val="both"/>
              <w:rPr>
                <w:szCs w:val="18"/>
              </w:rPr>
            </w:pPr>
            <w:r w:rsidRPr="00725484">
              <w:rPr>
                <w:szCs w:val="18"/>
              </w:rPr>
              <w:t>• Judaism: Jesus is not accepted as Messiah or God.</w:t>
            </w:r>
          </w:p>
          <w:p w14:paraId="2031A26F" w14:textId="77777777" w:rsidR="00725484" w:rsidRPr="00725484" w:rsidRDefault="00725484" w:rsidP="00725484">
            <w:pPr>
              <w:spacing w:line="10" w:lineRule="exact"/>
              <w:rPr>
                <w:szCs w:val="18"/>
              </w:rPr>
            </w:pPr>
          </w:p>
          <w:tbl>
            <w:tblPr>
              <w:tblW w:w="4728" w:type="dxa"/>
              <w:tblLayout w:type="fixed"/>
              <w:tblLook w:val="04A0" w:firstRow="1" w:lastRow="0" w:firstColumn="1" w:lastColumn="0" w:noHBand="0" w:noVBand="1"/>
            </w:tblPr>
            <w:tblGrid>
              <w:gridCol w:w="4728"/>
            </w:tblGrid>
            <w:tr w:rsidR="00E34B5C" w:rsidRPr="00725484" w14:paraId="0630E886" w14:textId="77777777">
              <w:tc>
                <w:tcPr>
                  <w:tcW w:w="4728" w:type="dxa"/>
                  <w:shd w:val="clear" w:color="auto" w:fill="62A3C5"/>
                  <w:tcMar>
                    <w:top w:w="50" w:type="dxa"/>
                    <w:left w:w="0" w:type="dxa"/>
                    <w:bottom w:w="50" w:type="dxa"/>
                    <w:right w:w="0" w:type="dxa"/>
                  </w:tcMar>
                </w:tcPr>
                <w:p w14:paraId="2B313DD0" w14:textId="77777777" w:rsidR="00E34B5C" w:rsidRPr="00725484" w:rsidRDefault="00AB1AF6">
                  <w:pPr>
                    <w:spacing w:line="221" w:lineRule="auto"/>
                    <w:jc w:val="center"/>
                    <w:rPr>
                      <w:szCs w:val="18"/>
                    </w:rPr>
                  </w:pPr>
                  <w:r>
                    <w:rPr>
                      <w:b/>
                      <w:color w:val="FFFFFF"/>
                    </w:rPr>
                    <w:t>F  O  L  L  O  W    M  E</w:t>
                  </w:r>
                </w:p>
                <w:p w14:paraId="1B1D24F7" w14:textId="77777777" w:rsidR="00E34B5C" w:rsidRPr="00725484" w:rsidRDefault="00AB1AF6">
                  <w:pPr>
                    <w:spacing w:line="221" w:lineRule="auto"/>
                    <w:jc w:val="center"/>
                    <w:rPr>
                      <w:szCs w:val="18"/>
                    </w:rPr>
                  </w:pPr>
                  <w:proofErr w:type="gramStart"/>
                  <w:r w:rsidRPr="00725484">
                    <w:rPr>
                      <w:b/>
                      <w:color w:val="FFFFFF"/>
                      <w:szCs w:val="18"/>
                    </w:rPr>
                    <w:t>MINISTRIES  LLC</w:t>
                  </w:r>
                  <w:proofErr w:type="gramEnd"/>
                  <w:r w:rsidRPr="00725484">
                    <w:rPr>
                      <w:b/>
                      <w:color w:val="FFFFFF"/>
                      <w:szCs w:val="18"/>
                    </w:rPr>
                    <w:t xml:space="preserve"> ©</w:t>
                  </w:r>
                </w:p>
                <w:p w14:paraId="481FC762" w14:textId="77777777" w:rsidR="00E34B5C" w:rsidRPr="00725484" w:rsidRDefault="00AB1AF6">
                  <w:pPr>
                    <w:spacing w:line="221" w:lineRule="auto"/>
                    <w:jc w:val="center"/>
                    <w:rPr>
                      <w:szCs w:val="18"/>
                    </w:rPr>
                  </w:pPr>
                  <w:r w:rsidRPr="00725484">
                    <w:rPr>
                      <w:b/>
                      <w:color w:val="FFFFFF"/>
                      <w:szCs w:val="18"/>
                    </w:rPr>
                    <w:t>Phone: 713-922-5030</w:t>
                  </w:r>
                </w:p>
              </w:tc>
            </w:tr>
          </w:tbl>
          <w:p w14:paraId="1D552211" w14:textId="77777777" w:rsidR="00E34B5C" w:rsidRPr="00D07C0F" w:rsidRDefault="00E34B5C">
            <w:pPr>
              <w:spacing w:line="10" w:lineRule="exact"/>
              <w:rPr>
                <w:szCs w:val="18"/>
              </w:rPr>
            </w:pPr>
          </w:p>
          <w:p w14:paraId="6608A14B" w14:textId="77777777" w:rsidR="00E34B5C" w:rsidRPr="00D07C0F" w:rsidRDefault="00E34B5C">
            <w:pPr>
              <w:spacing w:line="10" w:lineRule="exact"/>
              <w:rPr>
                <w:szCs w:val="18"/>
              </w:rPr>
            </w:pPr>
          </w:p>
          <w:p w14:paraId="7420A025" w14:textId="77777777" w:rsidR="00E34B5C" w:rsidRPr="00D07C0F" w:rsidRDefault="00E34B5C">
            <w:pPr>
              <w:spacing w:line="10" w:lineRule="exact"/>
              <w:rPr>
                <w:szCs w:val="18"/>
              </w:rPr>
            </w:pPr>
          </w:p>
          <w:p w14:paraId="22ACACD8" w14:textId="77777777" w:rsidR="000331A5" w:rsidRDefault="0094245A">
            <w:pPr>
              <w:spacing w:after="60"/>
              <w:jc w:val="center"/>
            </w:pPr>
            <w:r>
              <w:rPr>
                <w:b/>
              </w:rPr>
              <w:t>YOUR CONTACT AND CHURCH REFERENCE</w:t>
            </w:r>
          </w:p>
          <w:tbl>
            <w:tblPr>
              <w:tblW w:w="0" w:type="auto"/>
              <w:tblBorders>
                <w:top w:val="single" w:sz="6" w:space="0" w:color="62A3C5"/>
                <w:left w:val="single" w:sz="6" w:space="0" w:color="62A3C5"/>
                <w:bottom w:val="single" w:sz="6" w:space="0" w:color="62A3C5"/>
                <w:right w:val="single" w:sz="6" w:space="0" w:color="62A3C5"/>
              </w:tblBorders>
              <w:tblLayout w:type="fixed"/>
              <w:tblLook w:val="04A0" w:firstRow="1" w:lastRow="0" w:firstColumn="1" w:lastColumn="0" w:noHBand="0" w:noVBand="1"/>
            </w:tblPr>
            <w:tblGrid>
              <w:gridCol w:w="4680"/>
            </w:tblGrid>
            <w:tr w:rsidR="000331A5" w14:paraId="37A4A08C" w14:textId="77777777">
              <w:trPr>
                <w:trHeight w:val="671"/>
              </w:trPr>
              <w:tc>
                <w:tcPr>
                  <w:tcW w:w="4680" w:type="dxa"/>
                </w:tcPr>
                <w:p w14:paraId="556FA89E" w14:textId="77777777" w:rsidR="000331A5" w:rsidRDefault="000331A5">
                  <w:pPr>
                    <w:spacing w:line="10" w:lineRule="exact"/>
                    <w:rPr>
                      <w:szCs w:val="18"/>
                    </w:rPr>
                  </w:pPr>
                </w:p>
              </w:tc>
            </w:tr>
          </w:tbl>
          <w:p w14:paraId="41AFEAF5" w14:textId="77777777" w:rsidR="000331A5" w:rsidRDefault="000331A5">
            <w:pPr>
              <w:spacing w:line="10" w:lineRule="exact"/>
              <w:rPr>
                <w:szCs w:val="18"/>
              </w:rPr>
            </w:pPr>
          </w:p>
          <w:p w14:paraId="14D59984" w14:textId="77777777" w:rsidR="000331A5" w:rsidRDefault="0094245A">
            <w:pPr>
              <w:spacing w:before="60" w:line="180" w:lineRule="exact"/>
              <w:jc w:val="center"/>
              <w:rPr>
                <w:szCs w:val="18"/>
              </w:rPr>
            </w:pPr>
            <w:r>
              <w:rPr>
                <w:sz w:val="14"/>
              </w:rPr>
              <w:t>Scripture quotations are from the English Standard Version (ESV).</w:t>
            </w:r>
          </w:p>
        </w:tc>
        <w:tc>
          <w:tcPr>
            <w:tcW w:w="5088" w:type="dxa"/>
            <w:tcMar>
              <w:left w:w="360" w:type="dxa"/>
              <w:right w:w="20" w:type="dxa"/>
            </w:tcMar>
          </w:tcPr>
          <w:tbl>
            <w:tblPr>
              <w:tblW w:w="4579" w:type="dxa"/>
              <w:tblBorders>
                <w:top w:val="nil"/>
                <w:left w:val="nil"/>
                <w:bottom w:val="nil"/>
                <w:right w:val="nil"/>
                <w:insideH w:val="nil"/>
                <w:insideV w:val="nil"/>
              </w:tblBorders>
              <w:tblLayout w:type="fixed"/>
              <w:tblLook w:val="04A0" w:firstRow="1" w:lastRow="0" w:firstColumn="1" w:lastColumn="0" w:noHBand="0" w:noVBand="1"/>
            </w:tblPr>
            <w:tblGrid>
              <w:gridCol w:w="648"/>
              <w:gridCol w:w="3931"/>
            </w:tblGrid>
            <w:tr w:rsidR="00E34B5C" w14:paraId="65B0F8F5" w14:textId="77777777">
              <w:tc>
                <w:tcPr>
                  <w:tcW w:w="648" w:type="dxa"/>
                  <w:shd w:val="clear" w:color="auto" w:fill="62A3C5"/>
                </w:tcPr>
                <w:p w14:paraId="616F0EA1" w14:textId="77777777" w:rsidR="00E34B5C" w:rsidRPr="00725484" w:rsidRDefault="00E34B5C">
                  <w:pPr>
                    <w:spacing w:line="10" w:lineRule="exact"/>
                    <w:rPr>
                      <w:szCs w:val="18"/>
                    </w:rPr>
                  </w:pPr>
                </w:p>
              </w:tc>
              <w:tc>
                <w:tcPr>
                  <w:tcW w:w="3931" w:type="dxa"/>
                </w:tcPr>
                <w:p w14:paraId="7C9120BC" w14:textId="77777777" w:rsidR="00E34B5C" w:rsidRPr="00725484" w:rsidRDefault="00AB1AF6" w:rsidP="00725484">
                  <w:pPr>
                    <w:spacing w:before="100" w:after="200"/>
                    <w:jc w:val="center"/>
                    <w:rPr>
                      <w:b/>
                    </w:rPr>
                  </w:pPr>
                  <w:r w:rsidRPr="00725484">
                    <w:rPr>
                      <w:b/>
                    </w:rPr>
                    <w:t>New Life in Jesus</w:t>
                  </w:r>
                </w:p>
                <w:p w14:paraId="66A1BBDD" w14:textId="77777777" w:rsidR="00D07C0F" w:rsidRPr="00725484" w:rsidRDefault="00D07C0F" w:rsidP="00D07C0F">
                  <w:pPr>
                    <w:spacing w:line="10" w:lineRule="exact"/>
                    <w:rPr>
                      <w:szCs w:val="18"/>
                    </w:rPr>
                  </w:pPr>
                </w:p>
              </w:tc>
            </w:tr>
            <w:tr w:rsidR="00E34B5C" w14:paraId="704719A4" w14:textId="77777777">
              <w:tc>
                <w:tcPr>
                  <w:tcW w:w="648" w:type="dxa"/>
                  <w:shd w:val="clear" w:color="auto" w:fill="62A3C5"/>
                  <w:tcMar>
                    <w:top w:w="25" w:type="dxa"/>
                    <w:left w:w="0" w:type="dxa"/>
                    <w:bottom w:w="25" w:type="dxa"/>
                    <w:right w:w="20" w:type="dxa"/>
                  </w:tcMar>
                </w:tcPr>
                <w:p w14:paraId="514BA984" w14:textId="77777777" w:rsidR="00E34B5C" w:rsidRPr="00725484" w:rsidRDefault="00AB1AF6">
                  <w:pPr>
                    <w:jc w:val="center"/>
                    <w:rPr>
                      <w:sz w:val="36"/>
                      <w:szCs w:val="18"/>
                    </w:rPr>
                  </w:pPr>
                  <w:r w:rsidRPr="00725484">
                    <w:rPr>
                      <w:b/>
                      <w:color w:val="FFFFFF"/>
                      <w:sz w:val="36"/>
                      <w:szCs w:val="18"/>
                    </w:rPr>
                    <w:t>F</w:t>
                  </w:r>
                </w:p>
              </w:tc>
              <w:tc>
                <w:tcPr>
                  <w:tcW w:w="3931" w:type="dxa"/>
                  <w:tcMar>
                    <w:top w:w="25" w:type="dxa"/>
                    <w:left w:w="80" w:type="dxa"/>
                    <w:bottom w:w="25" w:type="dxa"/>
                    <w:right w:w="20" w:type="dxa"/>
                  </w:tcMar>
                </w:tcPr>
                <w:p w14:paraId="5EB316FA" w14:textId="77777777" w:rsidR="00E34B5C" w:rsidRPr="00725484" w:rsidRDefault="00AB1AF6">
                  <w:pPr>
                    <w:tabs>
                      <w:tab w:val="right" w:pos="3831"/>
                    </w:tabs>
                    <w:jc w:val="right"/>
                    <w:rPr>
                      <w:szCs w:val="18"/>
                    </w:rPr>
                  </w:pPr>
                  <w:r w:rsidRPr="00725484">
                    <w:rPr>
                      <w:b/>
                      <w:szCs w:val="18"/>
                    </w:rPr>
                    <w:t>Follow Me</w:t>
                  </w:r>
                  <w:r>
                    <w:tab/>
                  </w:r>
                  <w:r>
                    <w:rPr>
                      <w:sz w:val="16"/>
                      <w:szCs w:val="16"/>
                    </w:rPr>
                    <w:t>Matt. 4:19</w:t>
                  </w:r>
                </w:p>
                <w:p w14:paraId="17854F7D" w14:textId="77777777" w:rsidR="00E34B5C" w:rsidRPr="00725484" w:rsidRDefault="00AB1AF6">
                  <w:pPr>
                    <w:jc w:val="both"/>
                    <w:rPr>
                      <w:szCs w:val="18"/>
                    </w:rPr>
                  </w:pPr>
                  <w:r w:rsidRPr="00725484">
                    <w:rPr>
                      <w:szCs w:val="18"/>
                    </w:rPr>
                    <w:t>Follow Me is a Christian ministry working together with many churches to share the love of Jesus.</w:t>
                  </w:r>
                </w:p>
              </w:tc>
            </w:tr>
            <w:tr w:rsidR="00E34B5C" w14:paraId="159F8BDC" w14:textId="77777777">
              <w:tc>
                <w:tcPr>
                  <w:tcW w:w="648" w:type="dxa"/>
                  <w:shd w:val="clear" w:color="auto" w:fill="62A3C5"/>
                  <w:tcMar>
                    <w:top w:w="25" w:type="dxa"/>
                    <w:left w:w="0" w:type="dxa"/>
                    <w:bottom w:w="25" w:type="dxa"/>
                    <w:right w:w="20" w:type="dxa"/>
                  </w:tcMar>
                </w:tcPr>
                <w:p w14:paraId="72AFA15C" w14:textId="77777777" w:rsidR="00E34B5C" w:rsidRPr="00725484" w:rsidRDefault="00AB1AF6">
                  <w:pPr>
                    <w:jc w:val="center"/>
                    <w:rPr>
                      <w:sz w:val="36"/>
                      <w:szCs w:val="18"/>
                    </w:rPr>
                  </w:pPr>
                  <w:r w:rsidRPr="00725484">
                    <w:rPr>
                      <w:b/>
                      <w:color w:val="FFFFFF"/>
                      <w:sz w:val="36"/>
                      <w:szCs w:val="18"/>
                    </w:rPr>
                    <w:t>O</w:t>
                  </w:r>
                </w:p>
              </w:tc>
              <w:tc>
                <w:tcPr>
                  <w:tcW w:w="3931" w:type="dxa"/>
                  <w:tcMar>
                    <w:top w:w="25" w:type="dxa"/>
                    <w:left w:w="80" w:type="dxa"/>
                    <w:bottom w:w="25" w:type="dxa"/>
                    <w:right w:w="20" w:type="dxa"/>
                  </w:tcMar>
                </w:tcPr>
                <w:tbl>
                  <w:tblPr>
                    <w:tblW w:w="3831"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800"/>
                    <w:gridCol w:w="2031"/>
                  </w:tblGrid>
                  <w:tr w:rsidR="00E34B5C" w:rsidRPr="00725484" w14:paraId="05CFA34F" w14:textId="77777777">
                    <w:tc>
                      <w:tcPr>
                        <w:tcW w:w="1800" w:type="dxa"/>
                        <w:tcMar>
                          <w:top w:w="0" w:type="dxa"/>
                          <w:left w:w="0" w:type="dxa"/>
                          <w:bottom w:w="0" w:type="dxa"/>
                          <w:right w:w="0" w:type="dxa"/>
                        </w:tcMar>
                        <w:vAlign w:val="bottom"/>
                      </w:tcPr>
                      <w:p w14:paraId="56CE3F21" w14:textId="77777777" w:rsidR="00E34B5C" w:rsidRPr="00725484" w:rsidRDefault="00AB1AF6">
                        <w:pPr>
                          <w:rPr>
                            <w:szCs w:val="18"/>
                          </w:rPr>
                        </w:pPr>
                        <w:r>
                          <w:rPr>
                            <w:b/>
                          </w:rPr>
                          <w:t>Offers Good News</w:t>
                        </w:r>
                      </w:p>
                    </w:tc>
                    <w:tc>
                      <w:tcPr>
                        <w:tcW w:w="2031" w:type="dxa"/>
                        <w:tcMar>
                          <w:top w:w="0" w:type="dxa"/>
                          <w:left w:w="0" w:type="dxa"/>
                          <w:bottom w:w="0" w:type="dxa"/>
                          <w:right w:w="0" w:type="dxa"/>
                        </w:tcMar>
                        <w:vAlign w:val="bottom"/>
                      </w:tcPr>
                      <w:p w14:paraId="4158C6CE" w14:textId="77777777" w:rsidR="00E34B5C" w:rsidRPr="00725484" w:rsidRDefault="00AB1AF6">
                        <w:pPr>
                          <w:jc w:val="right"/>
                          <w:rPr>
                            <w:szCs w:val="18"/>
                          </w:rPr>
                        </w:pPr>
                        <w:r>
                          <w:rPr>
                            <w:sz w:val="16"/>
                          </w:rPr>
                          <w:t>Eph. 1:7; 1 Jn. 5:13</w:t>
                        </w:r>
                      </w:p>
                    </w:tc>
                  </w:tr>
                </w:tbl>
                <w:p w14:paraId="09B8B258" w14:textId="77777777" w:rsidR="00E34B5C" w:rsidRPr="00725484" w:rsidRDefault="00E34B5C">
                  <w:pPr>
                    <w:spacing w:line="10" w:lineRule="exact"/>
                    <w:rPr>
                      <w:szCs w:val="18"/>
                    </w:rPr>
                  </w:pPr>
                </w:p>
                <w:p w14:paraId="0D9E86A1" w14:textId="77777777" w:rsidR="00E34B5C" w:rsidRPr="00725484" w:rsidRDefault="00AB1AF6">
                  <w:pPr>
                    <w:jc w:val="both"/>
                    <w:rPr>
                      <w:szCs w:val="18"/>
                    </w:rPr>
                  </w:pPr>
                  <w:r w:rsidRPr="00725484">
                    <w:rPr>
                      <w:szCs w:val="18"/>
                    </w:rPr>
                    <w:t>We can know for sure that our sins are forgiven and that we have eternal life with God in heaven.</w:t>
                  </w:r>
                </w:p>
              </w:tc>
            </w:tr>
            <w:tr w:rsidR="00E34B5C" w14:paraId="17B63985" w14:textId="77777777">
              <w:tc>
                <w:tcPr>
                  <w:tcW w:w="648" w:type="dxa"/>
                  <w:shd w:val="clear" w:color="auto" w:fill="62A3C5"/>
                  <w:tcMar>
                    <w:top w:w="25" w:type="dxa"/>
                    <w:left w:w="0" w:type="dxa"/>
                    <w:bottom w:w="25" w:type="dxa"/>
                    <w:right w:w="20" w:type="dxa"/>
                  </w:tcMar>
                </w:tcPr>
                <w:p w14:paraId="24C52155" w14:textId="77777777" w:rsidR="00E34B5C" w:rsidRPr="00725484" w:rsidRDefault="00AB1AF6">
                  <w:pPr>
                    <w:jc w:val="center"/>
                    <w:rPr>
                      <w:sz w:val="36"/>
                      <w:szCs w:val="18"/>
                    </w:rPr>
                  </w:pPr>
                  <w:r w:rsidRPr="00725484">
                    <w:rPr>
                      <w:b/>
                      <w:color w:val="FFFFFF"/>
                      <w:sz w:val="36"/>
                      <w:szCs w:val="18"/>
                    </w:rPr>
                    <w:t>L</w:t>
                  </w:r>
                </w:p>
              </w:tc>
              <w:tc>
                <w:tcPr>
                  <w:tcW w:w="3931" w:type="dxa"/>
                  <w:tcMar>
                    <w:top w:w="25" w:type="dxa"/>
                    <w:left w:w="80" w:type="dxa"/>
                    <w:bottom w:w="25" w:type="dxa"/>
                    <w:right w:w="20" w:type="dxa"/>
                  </w:tcMar>
                </w:tcPr>
                <w:tbl>
                  <w:tblPr>
                    <w:tblW w:w="3831"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167"/>
                    <w:gridCol w:w="1664"/>
                  </w:tblGrid>
                  <w:tr w:rsidR="00E34B5C" w:rsidRPr="00725484" w14:paraId="4226D70F" w14:textId="77777777">
                    <w:tc>
                      <w:tcPr>
                        <w:tcW w:w="2167" w:type="dxa"/>
                        <w:tcMar>
                          <w:top w:w="0" w:type="dxa"/>
                          <w:left w:w="0" w:type="dxa"/>
                          <w:bottom w:w="0" w:type="dxa"/>
                          <w:right w:w="0" w:type="dxa"/>
                        </w:tcMar>
                        <w:vAlign w:val="bottom"/>
                      </w:tcPr>
                      <w:p w14:paraId="399C8C60" w14:textId="77777777" w:rsidR="00E34B5C" w:rsidRPr="00725484" w:rsidRDefault="00AB1AF6">
                        <w:pPr>
                          <w:rPr>
                            <w:szCs w:val="18"/>
                          </w:rPr>
                        </w:pPr>
                        <w:r>
                          <w:rPr>
                            <w:b/>
                          </w:rPr>
                          <w:t>Living Apart from God</w:t>
                        </w:r>
                      </w:p>
                    </w:tc>
                    <w:tc>
                      <w:tcPr>
                        <w:tcW w:w="1664" w:type="dxa"/>
                        <w:tcMar>
                          <w:top w:w="0" w:type="dxa"/>
                          <w:left w:w="0" w:type="dxa"/>
                          <w:bottom w:w="0" w:type="dxa"/>
                          <w:right w:w="0" w:type="dxa"/>
                        </w:tcMar>
                        <w:vAlign w:val="bottom"/>
                      </w:tcPr>
                      <w:p w14:paraId="45C21831" w14:textId="77777777" w:rsidR="00E34B5C" w:rsidRPr="00725484" w:rsidRDefault="00AB1AF6">
                        <w:pPr>
                          <w:jc w:val="right"/>
                          <w:rPr>
                            <w:szCs w:val="18"/>
                          </w:rPr>
                        </w:pPr>
                        <w:r>
                          <w:rPr>
                            <w:sz w:val="16"/>
                          </w:rPr>
                          <w:t>Rom. 3:23; 6:23</w:t>
                        </w:r>
                      </w:p>
                    </w:tc>
                  </w:tr>
                </w:tbl>
                <w:p w14:paraId="67152A52" w14:textId="77777777" w:rsidR="00E34B5C" w:rsidRPr="00725484" w:rsidRDefault="00E34B5C">
                  <w:pPr>
                    <w:spacing w:line="10" w:lineRule="exact"/>
                    <w:rPr>
                      <w:szCs w:val="18"/>
                    </w:rPr>
                  </w:pPr>
                </w:p>
                <w:p w14:paraId="32057DC2" w14:textId="77777777" w:rsidR="00E34B5C" w:rsidRPr="00725484" w:rsidRDefault="00AB1AF6">
                  <w:pPr>
                    <w:jc w:val="both"/>
                    <w:rPr>
                      <w:szCs w:val="18"/>
                    </w:rPr>
                  </w:pPr>
                  <w:r w:rsidRPr="00725484">
                    <w:rPr>
                      <w:szCs w:val="18"/>
                    </w:rPr>
                    <w:t>Our sin separates us from a holy God. We cannot escape His judgment through our own efforts.</w:t>
                  </w:r>
                </w:p>
              </w:tc>
            </w:tr>
            <w:tr w:rsidR="00E34B5C" w14:paraId="6D4DE1C8" w14:textId="77777777">
              <w:tc>
                <w:tcPr>
                  <w:tcW w:w="648" w:type="dxa"/>
                  <w:shd w:val="clear" w:color="auto" w:fill="62A3C5"/>
                  <w:tcMar>
                    <w:top w:w="25" w:type="dxa"/>
                    <w:left w:w="0" w:type="dxa"/>
                    <w:bottom w:w="25" w:type="dxa"/>
                    <w:right w:w="20" w:type="dxa"/>
                  </w:tcMar>
                </w:tcPr>
                <w:p w14:paraId="44C96614" w14:textId="77777777" w:rsidR="00E34B5C" w:rsidRPr="00725484" w:rsidRDefault="00AB1AF6">
                  <w:pPr>
                    <w:jc w:val="center"/>
                    <w:rPr>
                      <w:sz w:val="36"/>
                      <w:szCs w:val="18"/>
                    </w:rPr>
                  </w:pPr>
                  <w:r w:rsidRPr="00725484">
                    <w:rPr>
                      <w:b/>
                      <w:color w:val="FFFFFF"/>
                      <w:sz w:val="36"/>
                      <w:szCs w:val="18"/>
                    </w:rPr>
                    <w:t>L</w:t>
                  </w:r>
                </w:p>
              </w:tc>
              <w:tc>
                <w:tcPr>
                  <w:tcW w:w="3931" w:type="dxa"/>
                  <w:tcMar>
                    <w:top w:w="25" w:type="dxa"/>
                    <w:left w:w="80" w:type="dxa"/>
                    <w:bottom w:w="25" w:type="dxa"/>
                    <w:right w:w="20" w:type="dxa"/>
                  </w:tcMar>
                </w:tcPr>
                <w:tbl>
                  <w:tblPr>
                    <w:tblW w:w="3831"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447"/>
                    <w:gridCol w:w="1384"/>
                  </w:tblGrid>
                  <w:tr w:rsidR="00E34B5C" w:rsidRPr="00725484" w14:paraId="280B6F02" w14:textId="77777777">
                    <w:tc>
                      <w:tcPr>
                        <w:tcW w:w="2447" w:type="dxa"/>
                        <w:tcMar>
                          <w:top w:w="0" w:type="dxa"/>
                          <w:left w:w="0" w:type="dxa"/>
                          <w:bottom w:w="0" w:type="dxa"/>
                          <w:right w:w="0" w:type="dxa"/>
                        </w:tcMar>
                        <w:vAlign w:val="bottom"/>
                      </w:tcPr>
                      <w:p w14:paraId="7D5DE108" w14:textId="77777777" w:rsidR="00E34B5C" w:rsidRPr="00725484" w:rsidRDefault="00AB1AF6">
                        <w:pPr>
                          <w:rPr>
                            <w:szCs w:val="18"/>
                          </w:rPr>
                        </w:pPr>
                        <w:r>
                          <w:rPr>
                            <w:b/>
                          </w:rPr>
                          <w:t>Love of God</w:t>
                        </w:r>
                      </w:p>
                    </w:tc>
                    <w:tc>
                      <w:tcPr>
                        <w:tcW w:w="1384" w:type="dxa"/>
                        <w:tcMar>
                          <w:top w:w="0" w:type="dxa"/>
                          <w:left w:w="0" w:type="dxa"/>
                          <w:bottom w:w="0" w:type="dxa"/>
                          <w:right w:w="0" w:type="dxa"/>
                        </w:tcMar>
                        <w:vAlign w:val="bottom"/>
                      </w:tcPr>
                      <w:p w14:paraId="158EF2F5" w14:textId="77777777" w:rsidR="00E34B5C" w:rsidRPr="00725484" w:rsidRDefault="00AB1AF6">
                        <w:pPr>
                          <w:jc w:val="right"/>
                          <w:rPr>
                            <w:szCs w:val="18"/>
                          </w:rPr>
                        </w:pPr>
                        <w:r>
                          <w:rPr>
                            <w:sz w:val="16"/>
                          </w:rPr>
                          <w:t>1 Cor. 15:3‑4</w:t>
                        </w:r>
                      </w:p>
                    </w:tc>
                  </w:tr>
                </w:tbl>
                <w:p w14:paraId="59AE5693" w14:textId="77777777" w:rsidR="00E34B5C" w:rsidRPr="00725484" w:rsidRDefault="00E34B5C">
                  <w:pPr>
                    <w:spacing w:line="10" w:lineRule="exact"/>
                    <w:rPr>
                      <w:szCs w:val="18"/>
                    </w:rPr>
                  </w:pPr>
                </w:p>
                <w:p w14:paraId="103C1DBF" w14:textId="77777777" w:rsidR="00E34B5C" w:rsidRPr="00725484" w:rsidRDefault="00AB1AF6">
                  <w:pPr>
                    <w:jc w:val="both"/>
                    <w:rPr>
                      <w:szCs w:val="18"/>
                    </w:rPr>
                  </w:pPr>
                  <w:r w:rsidRPr="00725484">
                    <w:rPr>
                      <w:szCs w:val="18"/>
                    </w:rPr>
                    <w:t>Jesus came to save us. He died to take upon Himself the penalty for our sins and rose again so that we could have new life in Him.</w:t>
                  </w:r>
                </w:p>
              </w:tc>
            </w:tr>
            <w:tr w:rsidR="00E34B5C" w14:paraId="1DE9095E" w14:textId="77777777">
              <w:tc>
                <w:tcPr>
                  <w:tcW w:w="648" w:type="dxa"/>
                  <w:shd w:val="clear" w:color="auto" w:fill="62A3C5"/>
                  <w:tcMar>
                    <w:top w:w="25" w:type="dxa"/>
                    <w:left w:w="0" w:type="dxa"/>
                    <w:bottom w:w="25" w:type="dxa"/>
                    <w:right w:w="20" w:type="dxa"/>
                  </w:tcMar>
                </w:tcPr>
                <w:p w14:paraId="5FDB94BD" w14:textId="77777777" w:rsidR="00E34B5C" w:rsidRPr="00725484" w:rsidRDefault="00AB1AF6">
                  <w:pPr>
                    <w:jc w:val="center"/>
                    <w:rPr>
                      <w:sz w:val="36"/>
                      <w:szCs w:val="18"/>
                    </w:rPr>
                  </w:pPr>
                  <w:r w:rsidRPr="00725484">
                    <w:rPr>
                      <w:b/>
                      <w:color w:val="FFFFFF"/>
                      <w:sz w:val="36"/>
                      <w:szCs w:val="18"/>
                    </w:rPr>
                    <w:t>O</w:t>
                  </w:r>
                </w:p>
              </w:tc>
              <w:tc>
                <w:tcPr>
                  <w:tcW w:w="3931" w:type="dxa"/>
                  <w:tcMar>
                    <w:top w:w="25" w:type="dxa"/>
                    <w:left w:w="80" w:type="dxa"/>
                    <w:bottom w:w="25" w:type="dxa"/>
                    <w:right w:w="20" w:type="dxa"/>
                  </w:tcMar>
                </w:tcPr>
                <w:tbl>
                  <w:tblPr>
                    <w:tblW w:w="3831"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496"/>
                    <w:gridCol w:w="1335"/>
                  </w:tblGrid>
                  <w:tr w:rsidR="00E34B5C" w:rsidRPr="00725484" w14:paraId="4C63992A" w14:textId="77777777">
                    <w:tc>
                      <w:tcPr>
                        <w:tcW w:w="2496" w:type="dxa"/>
                        <w:tcMar>
                          <w:top w:w="0" w:type="dxa"/>
                          <w:left w:w="0" w:type="dxa"/>
                          <w:bottom w:w="0" w:type="dxa"/>
                          <w:right w:w="0" w:type="dxa"/>
                        </w:tcMar>
                        <w:vAlign w:val="bottom"/>
                      </w:tcPr>
                      <w:p w14:paraId="05E603D6" w14:textId="77777777" w:rsidR="00E34B5C" w:rsidRPr="00725484" w:rsidRDefault="00AB1AF6">
                        <w:pPr>
                          <w:rPr>
                            <w:szCs w:val="18"/>
                          </w:rPr>
                        </w:pPr>
                        <w:r>
                          <w:rPr>
                            <w:b/>
                          </w:rPr>
                          <w:t>Our Response</w:t>
                        </w:r>
                      </w:p>
                    </w:tc>
                    <w:tc>
                      <w:tcPr>
                        <w:tcW w:w="1335" w:type="dxa"/>
                        <w:tcMar>
                          <w:top w:w="0" w:type="dxa"/>
                          <w:left w:w="0" w:type="dxa"/>
                          <w:bottom w:w="0" w:type="dxa"/>
                          <w:right w:w="0" w:type="dxa"/>
                        </w:tcMar>
                        <w:vAlign w:val="bottom"/>
                      </w:tcPr>
                      <w:p w14:paraId="642DCECE" w14:textId="77777777" w:rsidR="00E34B5C" w:rsidRPr="00725484" w:rsidRDefault="00AB1AF6">
                        <w:pPr>
                          <w:jc w:val="right"/>
                          <w:rPr>
                            <w:szCs w:val="18"/>
                          </w:rPr>
                        </w:pPr>
                        <w:r>
                          <w:rPr>
                            <w:sz w:val="16"/>
                          </w:rPr>
                          <w:t>Rom. 10:9‑13</w:t>
                        </w:r>
                      </w:p>
                    </w:tc>
                  </w:tr>
                </w:tbl>
                <w:p w14:paraId="23F7C26A" w14:textId="77777777" w:rsidR="00E34B5C" w:rsidRPr="00725484" w:rsidRDefault="00E34B5C">
                  <w:pPr>
                    <w:spacing w:line="10" w:lineRule="exact"/>
                    <w:rPr>
                      <w:szCs w:val="18"/>
                    </w:rPr>
                  </w:pPr>
                </w:p>
                <w:p w14:paraId="72EA3465" w14:textId="77777777" w:rsidR="00E34B5C" w:rsidRPr="00725484" w:rsidRDefault="00AB1AF6">
                  <w:pPr>
                    <w:jc w:val="both"/>
                    <w:rPr>
                      <w:szCs w:val="18"/>
                    </w:rPr>
                  </w:pPr>
                  <w:r w:rsidRPr="00725484">
                    <w:rPr>
                      <w:szCs w:val="18"/>
                    </w:rPr>
                    <w:t>Confess that Jesus is God and trust Him as your Savior. Ask Him to forgive your sins and come into your life. Ask God to secure you with His Holy Spirit and lead you in His ways.</w:t>
                  </w:r>
                </w:p>
              </w:tc>
            </w:tr>
            <w:tr w:rsidR="00E34B5C" w14:paraId="0CEBFEE7" w14:textId="77777777">
              <w:tc>
                <w:tcPr>
                  <w:tcW w:w="648" w:type="dxa"/>
                  <w:shd w:val="clear" w:color="auto" w:fill="62A3C5"/>
                  <w:tcMar>
                    <w:top w:w="25" w:type="dxa"/>
                    <w:left w:w="0" w:type="dxa"/>
                    <w:bottom w:w="25" w:type="dxa"/>
                    <w:right w:w="20" w:type="dxa"/>
                  </w:tcMar>
                </w:tcPr>
                <w:p w14:paraId="10192C99" w14:textId="77777777" w:rsidR="00E34B5C" w:rsidRPr="00725484" w:rsidRDefault="00AB1AF6">
                  <w:pPr>
                    <w:jc w:val="center"/>
                    <w:rPr>
                      <w:sz w:val="36"/>
                      <w:szCs w:val="18"/>
                    </w:rPr>
                  </w:pPr>
                  <w:r w:rsidRPr="00725484">
                    <w:rPr>
                      <w:b/>
                      <w:color w:val="FFFFFF"/>
                      <w:sz w:val="36"/>
                      <w:szCs w:val="18"/>
                    </w:rPr>
                    <w:t>W</w:t>
                  </w:r>
                </w:p>
              </w:tc>
              <w:tc>
                <w:tcPr>
                  <w:tcW w:w="3931" w:type="dxa"/>
                  <w:tcMar>
                    <w:top w:w="25" w:type="dxa"/>
                    <w:left w:w="80" w:type="dxa"/>
                    <w:bottom w:w="25" w:type="dxa"/>
                    <w:right w:w="20" w:type="dxa"/>
                  </w:tcMar>
                </w:tcPr>
                <w:tbl>
                  <w:tblPr>
                    <w:tblW w:w="3831"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549"/>
                    <w:gridCol w:w="1282"/>
                  </w:tblGrid>
                  <w:tr w:rsidR="00E34B5C" w:rsidRPr="00725484" w14:paraId="6F34D5D4" w14:textId="77777777">
                    <w:tc>
                      <w:tcPr>
                        <w:tcW w:w="2549" w:type="dxa"/>
                        <w:tcMar>
                          <w:top w:w="0" w:type="dxa"/>
                          <w:left w:w="0" w:type="dxa"/>
                          <w:bottom w:w="0" w:type="dxa"/>
                          <w:right w:w="0" w:type="dxa"/>
                        </w:tcMar>
                        <w:vAlign w:val="bottom"/>
                      </w:tcPr>
                      <w:p w14:paraId="30D0AE11" w14:textId="77777777" w:rsidR="00E34B5C" w:rsidRPr="00725484" w:rsidRDefault="00AB1AF6">
                        <w:pPr>
                          <w:rPr>
                            <w:szCs w:val="18"/>
                          </w:rPr>
                        </w:pPr>
                        <w:r>
                          <w:rPr>
                            <w:b/>
                          </w:rPr>
                          <w:t>Welcome Jesus</w:t>
                        </w:r>
                      </w:p>
                    </w:tc>
                    <w:tc>
                      <w:tcPr>
                        <w:tcW w:w="1282" w:type="dxa"/>
                        <w:tcMar>
                          <w:top w:w="0" w:type="dxa"/>
                          <w:left w:w="0" w:type="dxa"/>
                          <w:bottom w:w="0" w:type="dxa"/>
                          <w:right w:w="0" w:type="dxa"/>
                        </w:tcMar>
                        <w:vAlign w:val="bottom"/>
                      </w:tcPr>
                      <w:p w14:paraId="50B29CC3" w14:textId="77777777" w:rsidR="00E34B5C" w:rsidRPr="00725484" w:rsidRDefault="00AB1AF6">
                        <w:pPr>
                          <w:jc w:val="right"/>
                          <w:rPr>
                            <w:szCs w:val="18"/>
                          </w:rPr>
                        </w:pPr>
                        <w:r>
                          <w:rPr>
                            <w:sz w:val="16"/>
                          </w:rPr>
                          <w:t>Eph. 1:13‑14</w:t>
                        </w:r>
                      </w:p>
                    </w:tc>
                  </w:tr>
                </w:tbl>
                <w:p w14:paraId="58FC22EB" w14:textId="77777777" w:rsidR="00E34B5C" w:rsidRPr="00725484" w:rsidRDefault="00E34B5C">
                  <w:pPr>
                    <w:spacing w:line="10" w:lineRule="exact"/>
                    <w:rPr>
                      <w:szCs w:val="18"/>
                    </w:rPr>
                  </w:pPr>
                </w:p>
                <w:p w14:paraId="5BD489C8" w14:textId="77777777" w:rsidR="00E34B5C" w:rsidRPr="00725484" w:rsidRDefault="00AB1AF6">
                  <w:pPr>
                    <w:jc w:val="both"/>
                    <w:rPr>
                      <w:szCs w:val="18"/>
                    </w:rPr>
                  </w:pPr>
                  <w:r w:rsidRPr="00725484">
                    <w:rPr>
                      <w:szCs w:val="18"/>
                    </w:rPr>
                    <w:t>No one can make this response for you. Personally receive Jesus in faith. Express that faith through a prayer like this. Pray now:</w:t>
                  </w:r>
                </w:p>
                <w:tbl>
                  <w:tblPr>
                    <w:tblW w:w="3831" w:type="dxa"/>
                    <w:tblBorders>
                      <w:top w:val="single" w:sz="5" w:space="0" w:color="62A3C5"/>
                      <w:left w:val="single" w:sz="5" w:space="0" w:color="62A3C5"/>
                      <w:bottom w:val="single" w:sz="5" w:space="0" w:color="62A3C5"/>
                      <w:right w:val="single" w:sz="5" w:space="0" w:color="62A3C5"/>
                    </w:tblBorders>
                    <w:tblLayout w:type="fixed"/>
                    <w:tblCellMar>
                      <w:top w:w="55" w:type="dxa"/>
                      <w:left w:w="55" w:type="dxa"/>
                      <w:bottom w:w="55" w:type="dxa"/>
                      <w:right w:w="55" w:type="dxa"/>
                    </w:tblCellMar>
                    <w:tblLook w:val="04A0" w:firstRow="1" w:lastRow="0" w:firstColumn="1" w:lastColumn="0" w:noHBand="0" w:noVBand="1"/>
                  </w:tblPr>
                  <w:tblGrid>
                    <w:gridCol w:w="3831"/>
                  </w:tblGrid>
                  <w:tr w:rsidR="00E34B5C" w:rsidRPr="00725484" w14:paraId="1ECD9F8A" w14:textId="77777777">
                    <w:tc>
                      <w:tcPr>
                        <w:tcW w:w="3831" w:type="dxa"/>
                        <w:shd w:val="clear" w:color="auto" w:fill="DAEDF7"/>
                      </w:tcPr>
                      <w:p w14:paraId="03B69387" w14:textId="77777777" w:rsidR="00E34B5C" w:rsidRPr="00725484" w:rsidRDefault="00AB1AF6">
                        <w:pPr>
                          <w:jc w:val="both"/>
                          <w:rPr>
                            <w:szCs w:val="18"/>
                          </w:rPr>
                        </w:pPr>
                        <w:r w:rsidRPr="00725484">
                          <w:rPr>
                            <w:szCs w:val="18"/>
                          </w:rPr>
                          <w:t>• Jesus, I believe that You are God.</w:t>
                        </w:r>
                      </w:p>
                      <w:p w14:paraId="0E465BAB" w14:textId="77777777" w:rsidR="00E34B5C" w:rsidRPr="00725484" w:rsidRDefault="00AB1AF6">
                        <w:pPr>
                          <w:jc w:val="both"/>
                          <w:rPr>
                            <w:szCs w:val="18"/>
                          </w:rPr>
                        </w:pPr>
                        <w:r w:rsidRPr="00725484">
                          <w:rPr>
                            <w:szCs w:val="18"/>
                          </w:rPr>
                          <w:t>• You died for my sins and rose again to give me eternal life with You.</w:t>
                        </w:r>
                      </w:p>
                      <w:p w14:paraId="3C375662" w14:textId="77777777" w:rsidR="00E34B5C" w:rsidRPr="00725484" w:rsidRDefault="00AB1AF6">
                        <w:pPr>
                          <w:jc w:val="both"/>
                          <w:rPr>
                            <w:szCs w:val="18"/>
                          </w:rPr>
                        </w:pPr>
                        <w:r w:rsidRPr="00725484">
                          <w:rPr>
                            <w:szCs w:val="18"/>
                          </w:rPr>
                          <w:t>• Forgive my sins. Come live in me.</w:t>
                        </w:r>
                      </w:p>
                      <w:p w14:paraId="31F9CE56" w14:textId="77777777" w:rsidR="00E34B5C" w:rsidRPr="00725484" w:rsidRDefault="00AB1AF6">
                        <w:pPr>
                          <w:jc w:val="both"/>
                          <w:rPr>
                            <w:szCs w:val="18"/>
                          </w:rPr>
                        </w:pPr>
                        <w:r w:rsidRPr="00725484">
                          <w:rPr>
                            <w:szCs w:val="18"/>
                          </w:rPr>
                          <w:t>• Seal me forever with Your Holy Spirit to lead and guide me.</w:t>
                        </w:r>
                      </w:p>
                      <w:p w14:paraId="576D7FD3" w14:textId="77777777" w:rsidR="00E34B5C" w:rsidRPr="00725484" w:rsidRDefault="00AB1AF6">
                        <w:pPr>
                          <w:jc w:val="both"/>
                          <w:rPr>
                            <w:szCs w:val="18"/>
                          </w:rPr>
                        </w:pPr>
                        <w:r w:rsidRPr="00725484">
                          <w:rPr>
                            <w:szCs w:val="18"/>
                          </w:rPr>
                          <w:t>• Thank You for eternal life.   Amen.</w:t>
                        </w:r>
                      </w:p>
                    </w:tc>
                  </w:tr>
                </w:tbl>
                <w:p w14:paraId="516E3B76" w14:textId="77777777" w:rsidR="00E34B5C" w:rsidRPr="00725484" w:rsidRDefault="00E34B5C">
                  <w:pPr>
                    <w:spacing w:line="10" w:lineRule="exact"/>
                    <w:rPr>
                      <w:szCs w:val="18"/>
                    </w:rPr>
                  </w:pPr>
                </w:p>
              </w:tc>
            </w:tr>
            <w:tr w:rsidR="00E34B5C" w14:paraId="381D32DF" w14:textId="77777777">
              <w:tc>
                <w:tcPr>
                  <w:tcW w:w="648" w:type="dxa"/>
                  <w:shd w:val="clear" w:color="auto" w:fill="62A3C5"/>
                  <w:tcMar>
                    <w:top w:w="25" w:type="dxa"/>
                    <w:left w:w="0" w:type="dxa"/>
                    <w:bottom w:w="25" w:type="dxa"/>
                    <w:right w:w="20" w:type="dxa"/>
                  </w:tcMar>
                </w:tcPr>
                <w:p w14:paraId="549EA002" w14:textId="77777777" w:rsidR="00E34B5C" w:rsidRPr="00725484" w:rsidRDefault="00AB1AF6">
                  <w:pPr>
                    <w:jc w:val="center"/>
                    <w:rPr>
                      <w:sz w:val="36"/>
                      <w:szCs w:val="18"/>
                    </w:rPr>
                  </w:pPr>
                  <w:r w:rsidRPr="00725484">
                    <w:rPr>
                      <w:b/>
                      <w:color w:val="FFFFFF"/>
                      <w:sz w:val="36"/>
                      <w:szCs w:val="18"/>
                    </w:rPr>
                    <w:t>M</w:t>
                  </w:r>
                </w:p>
              </w:tc>
              <w:tc>
                <w:tcPr>
                  <w:tcW w:w="3931" w:type="dxa"/>
                  <w:tcMar>
                    <w:top w:w="25" w:type="dxa"/>
                    <w:left w:w="80" w:type="dxa"/>
                    <w:bottom w:w="25" w:type="dxa"/>
                    <w:right w:w="20" w:type="dxa"/>
                  </w:tcMar>
                </w:tcPr>
                <w:tbl>
                  <w:tblPr>
                    <w:tblW w:w="3831"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800"/>
                    <w:gridCol w:w="2031"/>
                  </w:tblGrid>
                  <w:tr w:rsidR="00E34B5C" w:rsidRPr="00725484" w14:paraId="63141FE4" w14:textId="77777777">
                    <w:tc>
                      <w:tcPr>
                        <w:tcW w:w="1800" w:type="dxa"/>
                        <w:tcMar>
                          <w:top w:w="0" w:type="dxa"/>
                          <w:left w:w="0" w:type="dxa"/>
                          <w:bottom w:w="0" w:type="dxa"/>
                          <w:right w:w="0" w:type="dxa"/>
                        </w:tcMar>
                        <w:vAlign w:val="bottom"/>
                      </w:tcPr>
                      <w:p w14:paraId="646D607D" w14:textId="77777777" w:rsidR="00E34B5C" w:rsidRPr="00725484" w:rsidRDefault="00AB1AF6">
                        <w:pPr>
                          <w:rPr>
                            <w:szCs w:val="18"/>
                          </w:rPr>
                        </w:pPr>
                        <w:r>
                          <w:rPr>
                            <w:b/>
                          </w:rPr>
                          <w:t>Made New</w:t>
                        </w:r>
                      </w:p>
                    </w:tc>
                    <w:tc>
                      <w:tcPr>
                        <w:tcW w:w="2031" w:type="dxa"/>
                        <w:tcMar>
                          <w:top w:w="0" w:type="dxa"/>
                          <w:left w:w="0" w:type="dxa"/>
                          <w:bottom w:w="0" w:type="dxa"/>
                          <w:right w:w="0" w:type="dxa"/>
                        </w:tcMar>
                        <w:vAlign w:val="bottom"/>
                      </w:tcPr>
                      <w:p w14:paraId="531B8D9A" w14:textId="77777777" w:rsidR="00E34B5C" w:rsidRPr="00725484" w:rsidRDefault="00AB1AF6">
                        <w:pPr>
                          <w:jc w:val="right"/>
                          <w:rPr>
                            <w:szCs w:val="18"/>
                          </w:rPr>
                        </w:pPr>
                        <w:r>
                          <w:rPr>
                            <w:sz w:val="16"/>
                          </w:rPr>
                          <w:t>2 Cor. 5:17; Rom. 8:15</w:t>
                        </w:r>
                      </w:p>
                    </w:tc>
                  </w:tr>
                </w:tbl>
                <w:p w14:paraId="16184A98" w14:textId="77777777" w:rsidR="00E34B5C" w:rsidRPr="00725484" w:rsidRDefault="00E34B5C">
                  <w:pPr>
                    <w:spacing w:line="10" w:lineRule="exact"/>
                    <w:rPr>
                      <w:szCs w:val="18"/>
                    </w:rPr>
                  </w:pPr>
                </w:p>
                <w:p w14:paraId="3CF257C0" w14:textId="77777777" w:rsidR="00E34B5C" w:rsidRPr="00725484" w:rsidRDefault="00AB1AF6">
                  <w:pPr>
                    <w:jc w:val="both"/>
                    <w:rPr>
                      <w:szCs w:val="18"/>
                    </w:rPr>
                  </w:pPr>
                  <w:r w:rsidRPr="00725484">
                    <w:rPr>
                      <w:szCs w:val="18"/>
                    </w:rPr>
                    <w:t>Through faith in Jesus, you are born again into a new life. Your sins are forgiven, and you are adopted into God’s family.</w:t>
                  </w:r>
                </w:p>
              </w:tc>
            </w:tr>
            <w:tr w:rsidR="00E34B5C" w14:paraId="409C01B7" w14:textId="77777777">
              <w:tc>
                <w:tcPr>
                  <w:tcW w:w="648" w:type="dxa"/>
                  <w:shd w:val="clear" w:color="auto" w:fill="62A3C5"/>
                  <w:tcMar>
                    <w:top w:w="25" w:type="dxa"/>
                    <w:left w:w="0" w:type="dxa"/>
                    <w:bottom w:w="25" w:type="dxa"/>
                    <w:right w:w="20" w:type="dxa"/>
                  </w:tcMar>
                </w:tcPr>
                <w:p w14:paraId="533571D9" w14:textId="77777777" w:rsidR="00E34B5C" w:rsidRPr="00725484" w:rsidRDefault="00AB1AF6">
                  <w:pPr>
                    <w:jc w:val="center"/>
                    <w:rPr>
                      <w:sz w:val="36"/>
                      <w:szCs w:val="18"/>
                    </w:rPr>
                  </w:pPr>
                  <w:r w:rsidRPr="00725484">
                    <w:rPr>
                      <w:b/>
                      <w:color w:val="FFFFFF"/>
                      <w:sz w:val="36"/>
                      <w:szCs w:val="18"/>
                    </w:rPr>
                    <w:t>E</w:t>
                  </w:r>
                </w:p>
              </w:tc>
              <w:tc>
                <w:tcPr>
                  <w:tcW w:w="3931" w:type="dxa"/>
                  <w:tcMar>
                    <w:top w:w="25" w:type="dxa"/>
                    <w:left w:w="80" w:type="dxa"/>
                    <w:bottom w:w="25" w:type="dxa"/>
                    <w:right w:w="20" w:type="dxa"/>
                  </w:tcMar>
                </w:tcPr>
                <w:tbl>
                  <w:tblPr>
                    <w:tblW w:w="3831"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487"/>
                    <w:gridCol w:w="1344"/>
                  </w:tblGrid>
                  <w:tr w:rsidR="00E34B5C" w:rsidRPr="00725484" w14:paraId="4E6D3DF8" w14:textId="77777777">
                    <w:tc>
                      <w:tcPr>
                        <w:tcW w:w="2487" w:type="dxa"/>
                        <w:tcMar>
                          <w:top w:w="0" w:type="dxa"/>
                          <w:left w:w="0" w:type="dxa"/>
                          <w:bottom w:w="0" w:type="dxa"/>
                          <w:right w:w="0" w:type="dxa"/>
                        </w:tcMar>
                        <w:vAlign w:val="bottom"/>
                      </w:tcPr>
                      <w:p w14:paraId="445D6DB2" w14:textId="77777777" w:rsidR="00E34B5C" w:rsidRPr="00725484" w:rsidRDefault="00AB1AF6">
                        <w:pPr>
                          <w:rPr>
                            <w:szCs w:val="18"/>
                          </w:rPr>
                        </w:pPr>
                        <w:r>
                          <w:rPr>
                            <w:b/>
                          </w:rPr>
                          <w:t>Embrace His Ways</w:t>
                        </w:r>
                      </w:p>
                    </w:tc>
                    <w:tc>
                      <w:tcPr>
                        <w:tcW w:w="1344" w:type="dxa"/>
                        <w:tcMar>
                          <w:top w:w="0" w:type="dxa"/>
                          <w:left w:w="0" w:type="dxa"/>
                          <w:bottom w:w="0" w:type="dxa"/>
                          <w:right w:w="0" w:type="dxa"/>
                        </w:tcMar>
                        <w:vAlign w:val="bottom"/>
                      </w:tcPr>
                      <w:p w14:paraId="4F4613AA" w14:textId="77777777" w:rsidR="00E34B5C" w:rsidRPr="00725484" w:rsidRDefault="00AB1AF6">
                        <w:pPr>
                          <w:jc w:val="right"/>
                          <w:rPr>
                            <w:szCs w:val="18"/>
                          </w:rPr>
                        </w:pPr>
                        <w:r>
                          <w:rPr>
                            <w:sz w:val="16"/>
                          </w:rPr>
                          <w:t>2 Cor. 3:18</w:t>
                        </w:r>
                      </w:p>
                    </w:tc>
                  </w:tr>
                </w:tbl>
                <w:p w14:paraId="4FEF2B6F" w14:textId="77777777" w:rsidR="00E34B5C" w:rsidRPr="00725484" w:rsidRDefault="00E34B5C">
                  <w:pPr>
                    <w:spacing w:line="10" w:lineRule="exact"/>
                    <w:rPr>
                      <w:szCs w:val="18"/>
                    </w:rPr>
                  </w:pPr>
                </w:p>
                <w:p w14:paraId="25622116" w14:textId="77777777" w:rsidR="00E34B5C" w:rsidRPr="00725484" w:rsidRDefault="00AB1AF6">
                  <w:pPr>
                    <w:jc w:val="both"/>
                    <w:rPr>
                      <w:szCs w:val="18"/>
                    </w:rPr>
                  </w:pPr>
                  <w:r w:rsidRPr="00725484">
                    <w:rPr>
                      <w:szCs w:val="18"/>
                    </w:rPr>
                    <w:t>Just as a newborn baby learns and grows, you now begin to grow in your new spiritual life. The following pages will help you learn to follow Jesus.</w:t>
                  </w:r>
                </w:p>
              </w:tc>
            </w:tr>
          </w:tbl>
          <w:p w14:paraId="3BFA9037" w14:textId="77777777" w:rsidR="00E34B5C" w:rsidRDefault="00E34B5C">
            <w:pPr>
              <w:spacing w:line="10" w:lineRule="exact"/>
              <w:rPr>
                <w:szCs w:val="18"/>
              </w:rPr>
            </w:pPr>
          </w:p>
          <w:p w14:paraId="167B5371" w14:textId="77777777" w:rsidR="00E34B5C" w:rsidRDefault="00E34B5C">
            <w:pPr>
              <w:spacing w:line="10" w:lineRule="exact"/>
              <w:rPr>
                <w:szCs w:val="18"/>
              </w:rPr>
            </w:pPr>
          </w:p>
        </w:tc>
      </w:tr>
      <w:tr w:rsidR="00E34B5C" w14:paraId="1197584B" w14:textId="77777777">
        <w:trPr>
          <w:cantSplit/>
        </w:trPr>
        <w:tc>
          <w:tcPr>
            <w:tcW w:w="5088" w:type="dxa"/>
            <w:tcMar>
              <w:left w:w="60" w:type="dxa"/>
              <w:right w:w="200" w:type="dxa"/>
            </w:tcMar>
          </w:tcPr>
          <w:p w14:paraId="7D3C987E" w14:textId="77777777" w:rsidR="00E34B5C" w:rsidRPr="00725484" w:rsidRDefault="00AB1AF6">
            <w:pPr>
              <w:keepNext/>
              <w:pageBreakBefore/>
              <w:tabs>
                <w:tab w:val="center" w:pos="2414"/>
              </w:tabs>
              <w:spacing w:before="100" w:after="60"/>
              <w:rPr>
                <w:szCs w:val="18"/>
              </w:rPr>
            </w:pPr>
            <w:r>
              <w:lastRenderedPageBreak/>
              <w:t>2</w:t>
            </w:r>
            <w:r>
              <w:rPr>
                <w:b/>
                <w:color w:val="000000"/>
                <w:szCs w:val="18"/>
              </w:rPr>
              <w:tab/>
              <w:t>WHAT JUST HAPPENED?</w:t>
            </w:r>
          </w:p>
          <w:p w14:paraId="18B31B8D" w14:textId="77777777" w:rsidR="00E34B5C" w:rsidRPr="00725484" w:rsidRDefault="00AB1AF6">
            <w:pPr>
              <w:spacing w:after="60"/>
              <w:rPr>
                <w:szCs w:val="18"/>
              </w:rPr>
            </w:pPr>
            <w:r>
              <w:rPr>
                <w:b/>
              </w:rPr>
              <w:t>You have a new life in Christ.</w:t>
            </w:r>
          </w:p>
          <w:tbl>
            <w:tblPr>
              <w:tblW w:w="4720" w:type="dxa"/>
              <w:tblBorders>
                <w:top w:val="single" w:sz="4" w:space="0" w:color="62A3C5"/>
                <w:left w:val="single" w:sz="4" w:space="0" w:color="62A3C5"/>
                <w:bottom w:val="single" w:sz="4" w:space="0" w:color="62A3C5"/>
                <w:right w:val="single" w:sz="4" w:space="0" w:color="62A3C5"/>
              </w:tblBorders>
              <w:tblCellMar>
                <w:top w:w="50" w:type="dxa"/>
                <w:left w:w="50" w:type="dxa"/>
                <w:bottom w:w="10" w:type="dxa"/>
                <w:right w:w="50" w:type="dxa"/>
              </w:tblCellMar>
              <w:tblLook w:val="04A0" w:firstRow="1" w:lastRow="0" w:firstColumn="1" w:lastColumn="0" w:noHBand="0" w:noVBand="1"/>
            </w:tblPr>
            <w:tblGrid>
              <w:gridCol w:w="4720"/>
            </w:tblGrid>
            <w:tr w:rsidR="00E34B5C" w:rsidRPr="00725484" w14:paraId="43EE33DE" w14:textId="77777777">
              <w:tc>
                <w:tcPr>
                  <w:tcW w:w="4720" w:type="dxa"/>
                  <w:tcMar>
                    <w:bottom w:w="15" w:type="dxa"/>
                  </w:tcMar>
                </w:tcPr>
                <w:p w14:paraId="2A34BAC7" w14:textId="77777777" w:rsidR="000331A5" w:rsidRDefault="0094245A">
                  <w:pPr>
                    <w:tabs>
                      <w:tab w:val="right" w:pos="4620"/>
                    </w:tabs>
                    <w:spacing w:line="190" w:lineRule="exact"/>
                    <w:jc w:val="both"/>
                  </w:pPr>
                  <w:r>
                    <w:t>And this is the testimony, that God gave us eternal life, and this life is in his Son. Whoever has the Son has life; whoever does not have the Son of God does not have life.</w:t>
                  </w:r>
                  <w:r>
                    <w:tab/>
                  </w:r>
                  <w:r>
                    <w:rPr>
                      <w:sz w:val="16"/>
                      <w:szCs w:val="16"/>
                    </w:rPr>
                    <w:t>1 John 5:11–12</w:t>
                  </w:r>
                </w:p>
              </w:tc>
            </w:tr>
          </w:tbl>
          <w:p w14:paraId="2448A1BE" w14:textId="77777777" w:rsidR="00E34B5C" w:rsidRPr="00725484" w:rsidRDefault="00AB1AF6">
            <w:pPr>
              <w:keepNext/>
              <w:tabs>
                <w:tab w:val="center" w:pos="2414"/>
              </w:tabs>
              <w:spacing w:before="160" w:after="60"/>
              <w:rPr>
                <w:szCs w:val="18"/>
              </w:rPr>
            </w:pPr>
            <w:r>
              <w:t>3</w:t>
            </w:r>
            <w:r>
              <w:rPr>
                <w:b/>
                <w:szCs w:val="18"/>
              </w:rPr>
              <w:tab/>
              <w:t>WHO IS GOD?</w:t>
            </w:r>
          </w:p>
          <w:tbl>
            <w:tblPr>
              <w:tblW w:w="4728" w:type="dxa"/>
              <w:tblLayout w:type="fixed"/>
              <w:tblLook w:val="04A0" w:firstRow="1" w:lastRow="0" w:firstColumn="1" w:lastColumn="0" w:noHBand="0" w:noVBand="1"/>
            </w:tblPr>
            <w:tblGrid>
              <w:gridCol w:w="4728"/>
            </w:tblGrid>
            <w:tr w:rsidR="00E34B5C" w:rsidRPr="00725484" w14:paraId="548E167C" w14:textId="77777777">
              <w:tc>
                <w:tcPr>
                  <w:tcW w:w="4728" w:type="dxa"/>
                  <w:tcBorders>
                    <w:top w:val="single" w:sz="6" w:space="0" w:color="62A3C5"/>
                    <w:left w:val="single" w:sz="6" w:space="0" w:color="62A3C5"/>
                    <w:bottom w:val="single" w:sz="6" w:space="0" w:color="62A3C5"/>
                    <w:right w:val="single" w:sz="6" w:space="0" w:color="62A3C5"/>
                  </w:tcBorders>
                  <w:tcMar>
                    <w:top w:w="45" w:type="dxa"/>
                    <w:left w:w="70" w:type="dxa"/>
                    <w:bottom w:w="15" w:type="dxa"/>
                    <w:right w:w="70" w:type="dxa"/>
                  </w:tcMar>
                </w:tcPr>
                <w:p w14:paraId="1171C48D" w14:textId="77777777" w:rsidR="000331A5" w:rsidRDefault="0094245A">
                  <w:pPr>
                    <w:tabs>
                      <w:tab w:val="right" w:pos="4588"/>
                    </w:tabs>
                    <w:spacing w:line="190" w:lineRule="exact"/>
                    <w:jc w:val="both"/>
                  </w:pPr>
                  <w:r>
                    <w:t>God is spirit, and those who worship him must worship in spirit and truth.</w:t>
                  </w:r>
                  <w:r>
                    <w:tab/>
                  </w:r>
                  <w:r>
                    <w:rPr>
                      <w:sz w:val="16"/>
                      <w:szCs w:val="16"/>
                    </w:rPr>
                    <w:t>John 4:24</w:t>
                  </w:r>
                </w:p>
              </w:tc>
            </w:tr>
          </w:tbl>
          <w:p w14:paraId="6A0174E7" w14:textId="77777777" w:rsidR="00E34B5C" w:rsidRPr="00725484" w:rsidRDefault="00AB1AF6">
            <w:pPr>
              <w:keepNext/>
              <w:spacing w:before="80" w:after="40"/>
              <w:jc w:val="center"/>
              <w:rPr>
                <w:szCs w:val="18"/>
              </w:rPr>
            </w:pPr>
            <w:r w:rsidRPr="00725484">
              <w:rPr>
                <w:b/>
                <w:szCs w:val="18"/>
              </w:rPr>
              <w:t>ATTRIBUTES</w:t>
            </w:r>
          </w:p>
          <w:tbl>
            <w:tblPr>
              <w:tblW w:w="472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964"/>
              <w:gridCol w:w="112"/>
              <w:gridCol w:w="120"/>
              <w:gridCol w:w="69"/>
              <w:gridCol w:w="8"/>
              <w:gridCol w:w="345"/>
              <w:gridCol w:w="1110"/>
            </w:tblGrid>
            <w:tr w:rsidR="00E34B5C" w:rsidRPr="00725484" w14:paraId="494439BB" w14:textId="77777777">
              <w:tc>
                <w:tcPr>
                  <w:tcW w:w="2967" w:type="dxa"/>
                  <w:tcMar>
                    <w:top w:w="0" w:type="dxa"/>
                    <w:left w:w="0" w:type="dxa"/>
                    <w:bottom w:w="0" w:type="dxa"/>
                    <w:right w:w="0" w:type="dxa"/>
                  </w:tcMar>
                  <w:vAlign w:val="bottom"/>
                </w:tcPr>
                <w:p w14:paraId="54EEA44C" w14:textId="77777777" w:rsidR="00E34B5C" w:rsidRPr="00725484" w:rsidRDefault="00AB1AF6">
                  <w:pPr>
                    <w:spacing w:line="220" w:lineRule="auto"/>
                    <w:jc w:val="both"/>
                    <w:rPr>
                      <w:szCs w:val="18"/>
                    </w:rPr>
                  </w:pPr>
                  <w:r>
                    <w:t>• God is Love.</w:t>
                  </w:r>
                </w:p>
              </w:tc>
              <w:tc>
                <w:tcPr>
                  <w:tcW w:w="1761" w:type="dxa"/>
                  <w:gridSpan w:val="6"/>
                  <w:tcMar>
                    <w:top w:w="0" w:type="dxa"/>
                    <w:left w:w="0" w:type="dxa"/>
                    <w:bottom w:w="0" w:type="dxa"/>
                    <w:right w:w="0" w:type="dxa"/>
                  </w:tcMar>
                  <w:vAlign w:val="bottom"/>
                </w:tcPr>
                <w:p w14:paraId="6221E467" w14:textId="77777777" w:rsidR="00E34B5C" w:rsidRPr="00725484" w:rsidRDefault="00AB1AF6">
                  <w:pPr>
                    <w:spacing w:line="220" w:lineRule="auto"/>
                    <w:jc w:val="right"/>
                    <w:rPr>
                      <w:szCs w:val="18"/>
                    </w:rPr>
                  </w:pPr>
                  <w:r>
                    <w:rPr>
                      <w:sz w:val="16"/>
                    </w:rPr>
                    <w:t>1 John 4:8</w:t>
                  </w:r>
                </w:p>
              </w:tc>
            </w:tr>
            <w:tr w:rsidR="00E34B5C" w:rsidRPr="00725484" w14:paraId="160A6AF1" w14:textId="77777777">
              <w:tc>
                <w:tcPr>
                  <w:tcW w:w="3268" w:type="dxa"/>
                  <w:gridSpan w:val="4"/>
                  <w:tcMar>
                    <w:top w:w="0" w:type="dxa"/>
                    <w:left w:w="0" w:type="dxa"/>
                    <w:bottom w:w="0" w:type="dxa"/>
                    <w:right w:w="0" w:type="dxa"/>
                  </w:tcMar>
                  <w:vAlign w:val="bottom"/>
                </w:tcPr>
                <w:p w14:paraId="59678D81" w14:textId="77777777" w:rsidR="00E34B5C" w:rsidRPr="00725484" w:rsidRDefault="00AB1AF6">
                  <w:pPr>
                    <w:spacing w:line="220" w:lineRule="auto"/>
                    <w:jc w:val="both"/>
                    <w:rPr>
                      <w:szCs w:val="18"/>
                    </w:rPr>
                  </w:pPr>
                  <w:r>
                    <w:t>• God is all knowing.</w:t>
                  </w:r>
                </w:p>
              </w:tc>
              <w:tc>
                <w:tcPr>
                  <w:tcW w:w="1460" w:type="dxa"/>
                  <w:gridSpan w:val="3"/>
                  <w:tcMar>
                    <w:top w:w="0" w:type="dxa"/>
                    <w:left w:w="0" w:type="dxa"/>
                    <w:bottom w:w="0" w:type="dxa"/>
                    <w:right w:w="0" w:type="dxa"/>
                  </w:tcMar>
                  <w:vAlign w:val="bottom"/>
                </w:tcPr>
                <w:p w14:paraId="74AC6E25" w14:textId="77777777" w:rsidR="00E34B5C" w:rsidRPr="00725484" w:rsidRDefault="00AB1AF6">
                  <w:pPr>
                    <w:spacing w:line="220" w:lineRule="auto"/>
                    <w:jc w:val="right"/>
                    <w:rPr>
                      <w:szCs w:val="18"/>
                    </w:rPr>
                  </w:pPr>
                  <w:r>
                    <w:rPr>
                      <w:sz w:val="16"/>
                    </w:rPr>
                    <w:t>Psalms 139:1‑6</w:t>
                  </w:r>
                </w:p>
              </w:tc>
            </w:tr>
            <w:tr w:rsidR="00E34B5C" w:rsidRPr="00725484" w14:paraId="2956BE63" w14:textId="77777777">
              <w:tc>
                <w:tcPr>
                  <w:tcW w:w="3276" w:type="dxa"/>
                  <w:gridSpan w:val="5"/>
                  <w:tcMar>
                    <w:top w:w="0" w:type="dxa"/>
                    <w:left w:w="0" w:type="dxa"/>
                    <w:bottom w:w="0" w:type="dxa"/>
                    <w:right w:w="0" w:type="dxa"/>
                  </w:tcMar>
                  <w:vAlign w:val="bottom"/>
                </w:tcPr>
                <w:p w14:paraId="28B56FCD" w14:textId="77777777" w:rsidR="00E34B5C" w:rsidRPr="00725484" w:rsidRDefault="00AB1AF6">
                  <w:pPr>
                    <w:spacing w:line="220" w:lineRule="auto"/>
                    <w:jc w:val="both"/>
                    <w:rPr>
                      <w:szCs w:val="18"/>
                    </w:rPr>
                  </w:pPr>
                  <w:r>
                    <w:t>• God is all powerful.</w:t>
                  </w:r>
                </w:p>
              </w:tc>
              <w:tc>
                <w:tcPr>
                  <w:tcW w:w="1452" w:type="dxa"/>
                  <w:gridSpan w:val="2"/>
                  <w:tcMar>
                    <w:top w:w="0" w:type="dxa"/>
                    <w:left w:w="0" w:type="dxa"/>
                    <w:bottom w:w="0" w:type="dxa"/>
                    <w:right w:w="0" w:type="dxa"/>
                  </w:tcMar>
                  <w:vAlign w:val="bottom"/>
                </w:tcPr>
                <w:p w14:paraId="538ED38E" w14:textId="77777777" w:rsidR="00E34B5C" w:rsidRPr="00725484" w:rsidRDefault="00AB1AF6">
                  <w:pPr>
                    <w:spacing w:line="220" w:lineRule="auto"/>
                    <w:jc w:val="right"/>
                    <w:rPr>
                      <w:szCs w:val="18"/>
                    </w:rPr>
                  </w:pPr>
                  <w:r>
                    <w:rPr>
                      <w:sz w:val="16"/>
                    </w:rPr>
                    <w:t>Jeremiah 32:17</w:t>
                  </w:r>
                </w:p>
              </w:tc>
            </w:tr>
            <w:tr w:rsidR="00E34B5C" w:rsidRPr="00725484" w14:paraId="055952A3" w14:textId="77777777">
              <w:tc>
                <w:tcPr>
                  <w:tcW w:w="3621" w:type="dxa"/>
                  <w:gridSpan w:val="6"/>
                  <w:tcMar>
                    <w:top w:w="0" w:type="dxa"/>
                    <w:left w:w="0" w:type="dxa"/>
                    <w:bottom w:w="0" w:type="dxa"/>
                    <w:right w:w="0" w:type="dxa"/>
                  </w:tcMar>
                  <w:vAlign w:val="bottom"/>
                </w:tcPr>
                <w:p w14:paraId="7FD2A098" w14:textId="77777777" w:rsidR="00E34B5C" w:rsidRPr="00725484" w:rsidRDefault="00AB1AF6">
                  <w:pPr>
                    <w:spacing w:line="220" w:lineRule="auto"/>
                    <w:jc w:val="both"/>
                    <w:rPr>
                      <w:szCs w:val="18"/>
                    </w:rPr>
                  </w:pPr>
                  <w:r>
                    <w:t>• God is Truth.</w:t>
                  </w:r>
                </w:p>
              </w:tc>
              <w:tc>
                <w:tcPr>
                  <w:tcW w:w="1107" w:type="dxa"/>
                  <w:tcMar>
                    <w:top w:w="0" w:type="dxa"/>
                    <w:left w:w="0" w:type="dxa"/>
                    <w:bottom w:w="0" w:type="dxa"/>
                    <w:right w:w="0" w:type="dxa"/>
                  </w:tcMar>
                  <w:vAlign w:val="bottom"/>
                </w:tcPr>
                <w:p w14:paraId="4E67F61B" w14:textId="77777777" w:rsidR="00E34B5C" w:rsidRPr="00725484" w:rsidRDefault="00AB1AF6">
                  <w:pPr>
                    <w:spacing w:line="220" w:lineRule="auto"/>
                    <w:jc w:val="right"/>
                    <w:rPr>
                      <w:szCs w:val="18"/>
                    </w:rPr>
                  </w:pPr>
                  <w:r>
                    <w:rPr>
                      <w:sz w:val="16"/>
                    </w:rPr>
                    <w:t>John 14:6</w:t>
                  </w:r>
                </w:p>
              </w:tc>
            </w:tr>
            <w:tr w:rsidR="00E34B5C" w:rsidRPr="00725484" w14:paraId="4B35E665" w14:textId="77777777">
              <w:tc>
                <w:tcPr>
                  <w:tcW w:w="3079" w:type="dxa"/>
                  <w:gridSpan w:val="2"/>
                  <w:tcMar>
                    <w:top w:w="0" w:type="dxa"/>
                    <w:left w:w="0" w:type="dxa"/>
                    <w:bottom w:w="0" w:type="dxa"/>
                    <w:right w:w="0" w:type="dxa"/>
                  </w:tcMar>
                  <w:vAlign w:val="bottom"/>
                </w:tcPr>
                <w:p w14:paraId="4EC3EF1C" w14:textId="77777777" w:rsidR="00E34B5C" w:rsidRPr="00725484" w:rsidRDefault="00AB1AF6">
                  <w:pPr>
                    <w:spacing w:line="220" w:lineRule="auto"/>
                    <w:jc w:val="both"/>
                    <w:rPr>
                      <w:szCs w:val="18"/>
                    </w:rPr>
                  </w:pPr>
                  <w:r>
                    <w:t>• God is righteous.</w:t>
                  </w:r>
                </w:p>
              </w:tc>
              <w:tc>
                <w:tcPr>
                  <w:tcW w:w="1649" w:type="dxa"/>
                  <w:gridSpan w:val="5"/>
                  <w:tcMar>
                    <w:top w:w="0" w:type="dxa"/>
                    <w:left w:w="0" w:type="dxa"/>
                    <w:bottom w:w="0" w:type="dxa"/>
                    <w:right w:w="0" w:type="dxa"/>
                  </w:tcMar>
                  <w:vAlign w:val="bottom"/>
                </w:tcPr>
                <w:p w14:paraId="4DB8F258" w14:textId="77777777" w:rsidR="00E34B5C" w:rsidRPr="00725484" w:rsidRDefault="00AB1AF6">
                  <w:pPr>
                    <w:spacing w:line="220" w:lineRule="auto"/>
                    <w:jc w:val="right"/>
                    <w:rPr>
                      <w:szCs w:val="18"/>
                    </w:rPr>
                  </w:pPr>
                  <w:r>
                    <w:rPr>
                      <w:sz w:val="16"/>
                    </w:rPr>
                    <w:t>Psalm 145:17</w:t>
                  </w:r>
                </w:p>
              </w:tc>
            </w:tr>
            <w:tr w:rsidR="00E34B5C" w:rsidRPr="00725484" w14:paraId="4DF5A27F" w14:textId="77777777">
              <w:tc>
                <w:tcPr>
                  <w:tcW w:w="3199" w:type="dxa"/>
                  <w:gridSpan w:val="3"/>
                  <w:tcMar>
                    <w:top w:w="0" w:type="dxa"/>
                    <w:left w:w="0" w:type="dxa"/>
                    <w:bottom w:w="0" w:type="dxa"/>
                    <w:right w:w="0" w:type="dxa"/>
                  </w:tcMar>
                  <w:vAlign w:val="bottom"/>
                </w:tcPr>
                <w:p w14:paraId="6DD49505" w14:textId="77777777" w:rsidR="00E34B5C" w:rsidRPr="00725484" w:rsidRDefault="00AB1AF6">
                  <w:pPr>
                    <w:spacing w:line="220" w:lineRule="auto"/>
                    <w:jc w:val="both"/>
                    <w:rPr>
                      <w:szCs w:val="18"/>
                    </w:rPr>
                  </w:pPr>
                  <w:r>
                    <w:t>• God is merciful.</w:t>
                  </w:r>
                </w:p>
              </w:tc>
              <w:tc>
                <w:tcPr>
                  <w:tcW w:w="1529" w:type="dxa"/>
                  <w:gridSpan w:val="4"/>
                  <w:tcMar>
                    <w:top w:w="0" w:type="dxa"/>
                    <w:left w:w="0" w:type="dxa"/>
                    <w:bottom w:w="0" w:type="dxa"/>
                    <w:right w:w="0" w:type="dxa"/>
                  </w:tcMar>
                  <w:vAlign w:val="bottom"/>
                </w:tcPr>
                <w:p w14:paraId="0F65C2FA" w14:textId="77777777" w:rsidR="00E34B5C" w:rsidRPr="00725484" w:rsidRDefault="00AB1AF6">
                  <w:pPr>
                    <w:spacing w:line="220" w:lineRule="auto"/>
                    <w:jc w:val="right"/>
                    <w:rPr>
                      <w:szCs w:val="18"/>
                    </w:rPr>
                  </w:pPr>
                  <w:r>
                    <w:rPr>
                      <w:sz w:val="16"/>
                    </w:rPr>
                    <w:t>Romans 9:15‑16</w:t>
                  </w:r>
                </w:p>
              </w:tc>
            </w:tr>
            <w:tr w:rsidR="00E34B5C" w:rsidRPr="00725484" w14:paraId="6FD14C37" w14:textId="77777777">
              <w:tc>
                <w:tcPr>
                  <w:tcW w:w="3264" w:type="dxa"/>
                  <w:gridSpan w:val="4"/>
                  <w:tcMar>
                    <w:top w:w="0" w:type="dxa"/>
                    <w:left w:w="0" w:type="dxa"/>
                    <w:bottom w:w="0" w:type="dxa"/>
                    <w:right w:w="0" w:type="dxa"/>
                  </w:tcMar>
                  <w:vAlign w:val="bottom"/>
                </w:tcPr>
                <w:p w14:paraId="6367CC62" w14:textId="77777777" w:rsidR="00E34B5C" w:rsidRPr="00725484" w:rsidRDefault="00AB1AF6">
                  <w:pPr>
                    <w:spacing w:line="220" w:lineRule="auto"/>
                    <w:jc w:val="both"/>
                    <w:rPr>
                      <w:szCs w:val="18"/>
                    </w:rPr>
                  </w:pPr>
                  <w:r>
                    <w:t>• God is faithful.</w:t>
                  </w:r>
                </w:p>
              </w:tc>
              <w:tc>
                <w:tcPr>
                  <w:tcW w:w="1464" w:type="dxa"/>
                  <w:gridSpan w:val="3"/>
                  <w:tcMar>
                    <w:top w:w="0" w:type="dxa"/>
                    <w:left w:w="0" w:type="dxa"/>
                    <w:bottom w:w="0" w:type="dxa"/>
                    <w:right w:w="0" w:type="dxa"/>
                  </w:tcMar>
                  <w:vAlign w:val="bottom"/>
                </w:tcPr>
                <w:p w14:paraId="2018BB2C" w14:textId="77777777" w:rsidR="00E34B5C" w:rsidRPr="00725484" w:rsidRDefault="00AB1AF6">
                  <w:pPr>
                    <w:spacing w:line="220" w:lineRule="auto"/>
                    <w:jc w:val="right"/>
                    <w:rPr>
                      <w:szCs w:val="18"/>
                    </w:rPr>
                  </w:pPr>
                  <w:r>
                    <w:rPr>
                      <w:sz w:val="16"/>
                    </w:rPr>
                    <w:t>2 Timothy 2:13</w:t>
                  </w:r>
                </w:p>
              </w:tc>
            </w:tr>
            <w:tr w:rsidR="00E34B5C" w:rsidRPr="00725484" w14:paraId="3FDAAFD5" w14:textId="77777777">
              <w:tc>
                <w:tcPr>
                  <w:tcW w:w="3264" w:type="dxa"/>
                  <w:gridSpan w:val="4"/>
                  <w:tcMar>
                    <w:top w:w="0" w:type="dxa"/>
                    <w:left w:w="0" w:type="dxa"/>
                    <w:bottom w:w="0" w:type="dxa"/>
                    <w:right w:w="0" w:type="dxa"/>
                  </w:tcMar>
                  <w:vAlign w:val="bottom"/>
                </w:tcPr>
                <w:p w14:paraId="4B65D3E3" w14:textId="77777777" w:rsidR="00E34B5C" w:rsidRPr="00725484" w:rsidRDefault="00AB1AF6">
                  <w:pPr>
                    <w:spacing w:line="220" w:lineRule="auto"/>
                    <w:jc w:val="both"/>
                    <w:rPr>
                      <w:szCs w:val="18"/>
                    </w:rPr>
                  </w:pPr>
                  <w:r>
                    <w:t>• God is Holy.</w:t>
                  </w:r>
                </w:p>
              </w:tc>
              <w:tc>
                <w:tcPr>
                  <w:tcW w:w="1464" w:type="dxa"/>
                  <w:gridSpan w:val="3"/>
                  <w:tcMar>
                    <w:top w:w="0" w:type="dxa"/>
                    <w:left w:w="0" w:type="dxa"/>
                    <w:bottom w:w="0" w:type="dxa"/>
                    <w:right w:w="0" w:type="dxa"/>
                  </w:tcMar>
                  <w:vAlign w:val="bottom"/>
                </w:tcPr>
                <w:p w14:paraId="1C7E99B0" w14:textId="77777777" w:rsidR="00E34B5C" w:rsidRPr="00725484" w:rsidRDefault="00AB1AF6">
                  <w:pPr>
                    <w:spacing w:line="220" w:lineRule="auto"/>
                    <w:jc w:val="right"/>
                    <w:rPr>
                      <w:szCs w:val="18"/>
                    </w:rPr>
                  </w:pPr>
                  <w:r>
                    <w:rPr>
                      <w:sz w:val="16"/>
                    </w:rPr>
                    <w:t>1 Peter 1:15–16</w:t>
                  </w:r>
                </w:p>
              </w:tc>
            </w:tr>
          </w:tbl>
          <w:p w14:paraId="43984F60" w14:textId="77777777" w:rsidR="00E34B5C" w:rsidRPr="00725484" w:rsidRDefault="00E34B5C">
            <w:pPr>
              <w:spacing w:line="10" w:lineRule="exact"/>
              <w:rPr>
                <w:szCs w:val="18"/>
              </w:rPr>
            </w:pPr>
          </w:p>
          <w:p w14:paraId="4529FD47" w14:textId="77777777" w:rsidR="00E34B5C" w:rsidRPr="00725484" w:rsidRDefault="00E34B5C">
            <w:pPr>
              <w:spacing w:line="10" w:lineRule="exact"/>
              <w:rPr>
                <w:szCs w:val="18"/>
              </w:rPr>
            </w:pPr>
          </w:p>
          <w:p w14:paraId="76E659BE" w14:textId="77777777" w:rsidR="00E34B5C" w:rsidRPr="00725484" w:rsidRDefault="00E34B5C">
            <w:pPr>
              <w:spacing w:line="10" w:lineRule="exact"/>
              <w:rPr>
                <w:szCs w:val="18"/>
              </w:rPr>
            </w:pPr>
          </w:p>
          <w:p w14:paraId="7E0DBCC4" w14:textId="77777777" w:rsidR="00E34B5C" w:rsidRPr="00725484" w:rsidRDefault="00E34B5C">
            <w:pPr>
              <w:spacing w:line="10" w:lineRule="exact"/>
              <w:rPr>
                <w:szCs w:val="18"/>
              </w:rPr>
            </w:pPr>
          </w:p>
          <w:p w14:paraId="700F9706" w14:textId="77777777" w:rsidR="00E34B5C" w:rsidRPr="00725484" w:rsidRDefault="00E34B5C">
            <w:pPr>
              <w:spacing w:line="10" w:lineRule="exact"/>
              <w:rPr>
                <w:szCs w:val="18"/>
              </w:rPr>
            </w:pPr>
          </w:p>
          <w:p w14:paraId="2121A9B5" w14:textId="77777777" w:rsidR="00E34B5C" w:rsidRPr="00725484" w:rsidRDefault="00E34B5C">
            <w:pPr>
              <w:spacing w:line="10" w:lineRule="exact"/>
              <w:rPr>
                <w:szCs w:val="18"/>
              </w:rPr>
            </w:pPr>
          </w:p>
          <w:p w14:paraId="23784738" w14:textId="77777777" w:rsidR="00E34B5C" w:rsidRPr="00725484" w:rsidRDefault="00E34B5C">
            <w:pPr>
              <w:spacing w:line="10" w:lineRule="exact"/>
              <w:rPr>
                <w:szCs w:val="18"/>
              </w:rPr>
            </w:pPr>
          </w:p>
          <w:p w14:paraId="5850E73D" w14:textId="77777777" w:rsidR="00E34B5C" w:rsidRPr="00725484" w:rsidRDefault="00E34B5C">
            <w:pPr>
              <w:spacing w:line="10" w:lineRule="exact"/>
              <w:rPr>
                <w:szCs w:val="18"/>
              </w:rPr>
            </w:pPr>
          </w:p>
          <w:p w14:paraId="32C3FC55" w14:textId="77777777" w:rsidR="00E34B5C" w:rsidRPr="00725484" w:rsidRDefault="00E34B5C">
            <w:pPr>
              <w:spacing w:line="10" w:lineRule="exact"/>
              <w:rPr>
                <w:szCs w:val="18"/>
              </w:rPr>
            </w:pPr>
          </w:p>
          <w:tbl>
            <w:tblPr>
              <w:tblW w:w="4728" w:type="dxa"/>
              <w:tblLayout w:type="fixed"/>
              <w:tblLook w:val="04A0" w:firstRow="1" w:lastRow="0" w:firstColumn="1" w:lastColumn="0" w:noHBand="0" w:noVBand="1"/>
            </w:tblPr>
            <w:tblGrid>
              <w:gridCol w:w="4728"/>
            </w:tblGrid>
            <w:tr w:rsidR="00E34B5C" w:rsidRPr="00725484" w14:paraId="4EA235AA" w14:textId="77777777">
              <w:tc>
                <w:tcPr>
                  <w:tcW w:w="4728" w:type="dxa"/>
                  <w:tcBorders>
                    <w:top w:val="single" w:sz="3" w:space="0" w:color="62A3C5"/>
                    <w:left w:val="single" w:sz="3" w:space="0" w:color="62A3C5"/>
                    <w:bottom w:val="single" w:sz="3" w:space="0" w:color="62A3C5"/>
                    <w:right w:val="single" w:sz="3" w:space="0" w:color="62A3C5"/>
                  </w:tcBorders>
                  <w:shd w:val="clear" w:color="auto" w:fill="62A3C5"/>
                  <w:tcMar>
                    <w:top w:w="45" w:type="dxa"/>
                    <w:left w:w="70" w:type="dxa"/>
                    <w:bottom w:w="45" w:type="dxa"/>
                    <w:right w:w="70" w:type="dxa"/>
                  </w:tcMar>
                </w:tcPr>
                <w:p w14:paraId="23B4154F" w14:textId="77777777" w:rsidR="00E34B5C" w:rsidRPr="00725484" w:rsidRDefault="00AB1AF6">
                  <w:pPr>
                    <w:keepNext/>
                    <w:spacing w:line="190" w:lineRule="exact"/>
                    <w:jc w:val="center"/>
                    <w:rPr>
                      <w:szCs w:val="18"/>
                    </w:rPr>
                  </w:pPr>
                  <w:r>
                    <w:rPr>
                      <w:b/>
                      <w:color w:val="FFFFFF"/>
                    </w:rPr>
                    <w:t>One Eternally Existent God</w:t>
                  </w:r>
                  <w:r>
                    <w:rPr>
                      <w:b/>
                      <w:color w:val="FFFFFF"/>
                    </w:rPr>
                    <w:br/>
                    <w:t>In three distinct persons:</w:t>
                  </w:r>
                  <w:r>
                    <w:rPr>
                      <w:b/>
                      <w:color w:val="FFFFFF"/>
                    </w:rPr>
                    <w:br/>
                    <w:t>Father, Son, Spirit</w:t>
                  </w:r>
                </w:p>
              </w:tc>
            </w:tr>
          </w:tbl>
          <w:p w14:paraId="3FF19CEA" w14:textId="77777777" w:rsidR="00E34B5C" w:rsidRPr="00725484" w:rsidRDefault="00E34B5C">
            <w:pPr>
              <w:spacing w:line="10" w:lineRule="exact"/>
              <w:rPr>
                <w:szCs w:val="18"/>
              </w:rPr>
            </w:pPr>
          </w:p>
          <w:p w14:paraId="331D94E6" w14:textId="77777777" w:rsidR="00E34B5C" w:rsidRPr="00725484" w:rsidRDefault="00AB1AF6">
            <w:pPr>
              <w:keepNext/>
              <w:spacing w:before="160"/>
              <w:rPr>
                <w:szCs w:val="18"/>
              </w:rPr>
            </w:pPr>
            <w:r w:rsidRPr="00725484">
              <w:rPr>
                <w:b/>
                <w:color w:val="AA2832"/>
                <w:szCs w:val="18"/>
              </w:rPr>
              <w:t>FATHER: Creates Plan</w:t>
            </w:r>
          </w:p>
          <w:p w14:paraId="10E617DF" w14:textId="77777777" w:rsidR="00E34B5C" w:rsidRPr="00725484" w:rsidRDefault="00AB1AF6">
            <w:pPr>
              <w:spacing w:after="60"/>
              <w:jc w:val="both"/>
              <w:rPr>
                <w:szCs w:val="18"/>
              </w:rPr>
            </w:pPr>
            <w:r w:rsidRPr="00725484">
              <w:rPr>
                <w:szCs w:val="18"/>
              </w:rPr>
              <w:t>• His will is the redemption of mankind to come to Him and advance His Kingdom.</w:t>
            </w:r>
          </w:p>
          <w:p w14:paraId="662E7118" w14:textId="77777777" w:rsidR="00E34B5C" w:rsidRPr="00725484" w:rsidRDefault="00AB1AF6">
            <w:pPr>
              <w:keepNext/>
              <w:rPr>
                <w:szCs w:val="18"/>
              </w:rPr>
            </w:pPr>
            <w:r w:rsidRPr="00725484">
              <w:rPr>
                <w:b/>
                <w:color w:val="AA2832"/>
                <w:szCs w:val="18"/>
              </w:rPr>
              <w:t>SON (JESUS): Puts Plan into Place</w:t>
            </w:r>
          </w:p>
          <w:p w14:paraId="1EB59092" w14:textId="77777777" w:rsidR="00E34B5C" w:rsidRPr="00725484" w:rsidRDefault="00AB1AF6">
            <w:pPr>
              <w:spacing w:after="60"/>
              <w:jc w:val="both"/>
              <w:rPr>
                <w:szCs w:val="18"/>
              </w:rPr>
            </w:pPr>
            <w:r w:rsidRPr="00725484">
              <w:rPr>
                <w:szCs w:val="18"/>
              </w:rPr>
              <w:t>• Jesus’ sacrifice on the cross provided a pathway for mankind to be saved from sin and live purposeful lives advancing God’s will.</w:t>
            </w:r>
          </w:p>
          <w:p w14:paraId="3677E544" w14:textId="77777777" w:rsidR="00E34B5C" w:rsidRPr="00725484" w:rsidRDefault="00AB1AF6">
            <w:pPr>
              <w:keepNext/>
              <w:rPr>
                <w:szCs w:val="18"/>
              </w:rPr>
            </w:pPr>
            <w:r w:rsidRPr="00725484">
              <w:rPr>
                <w:b/>
                <w:color w:val="AA2832"/>
                <w:szCs w:val="18"/>
              </w:rPr>
              <w:t>HOLY SPIRIT: Puts Plan into Action</w:t>
            </w:r>
          </w:p>
          <w:p w14:paraId="30A32C55" w14:textId="77777777" w:rsidR="00E34B5C" w:rsidRPr="00725484" w:rsidRDefault="00AB1AF6">
            <w:pPr>
              <w:spacing w:after="60"/>
              <w:jc w:val="both"/>
              <w:rPr>
                <w:szCs w:val="18"/>
              </w:rPr>
            </w:pPr>
            <w:r w:rsidRPr="00725484">
              <w:rPr>
                <w:szCs w:val="18"/>
              </w:rPr>
              <w:t>• The Spirit drew us to Jesus and is actively empowering, guiding and giving us life purpose.</w:t>
            </w:r>
          </w:p>
          <w:p w14:paraId="7EE88F6B" w14:textId="77777777" w:rsidR="00E34B5C" w:rsidRPr="00725484" w:rsidRDefault="00E34B5C">
            <w:pPr>
              <w:spacing w:line="10" w:lineRule="exact"/>
              <w:rPr>
                <w:szCs w:val="18"/>
              </w:rPr>
            </w:pPr>
          </w:p>
          <w:p w14:paraId="3AD2F435" w14:textId="77777777" w:rsidR="00E34B5C" w:rsidRPr="00725484" w:rsidRDefault="00E34B5C">
            <w:pPr>
              <w:spacing w:line="10" w:lineRule="exact"/>
              <w:rPr>
                <w:szCs w:val="18"/>
              </w:rPr>
            </w:pPr>
          </w:p>
          <w:p w14:paraId="49EF644E" w14:textId="77777777" w:rsidR="000331A5" w:rsidRDefault="000331A5">
            <w:pPr>
              <w:spacing w:line="10" w:lineRule="exact"/>
              <w:rPr>
                <w:szCs w:val="18"/>
              </w:rPr>
            </w:pPr>
          </w:p>
          <w:p w14:paraId="7FE7D003" w14:textId="77777777" w:rsidR="000331A5" w:rsidRDefault="0094245A">
            <w:pPr>
              <w:keepNext/>
              <w:tabs>
                <w:tab w:val="right" w:pos="4219"/>
              </w:tabs>
              <w:spacing w:before="60" w:after="60" w:line="190" w:lineRule="exact"/>
              <w:jc w:val="center"/>
            </w:pPr>
            <w:r>
              <w:rPr>
                <w:b/>
              </w:rPr>
              <w:t>THE HOLY SPIRIT EMPOWERS</w:t>
            </w:r>
          </w:p>
          <w:p w14:paraId="7B23EE75" w14:textId="77777777" w:rsidR="000331A5" w:rsidRDefault="0094245A">
            <w:pPr>
              <w:keepNext/>
              <w:tabs>
                <w:tab w:val="right" w:pos="4728"/>
              </w:tabs>
              <w:spacing w:after="100" w:line="190" w:lineRule="exact"/>
              <w:ind w:right="100"/>
              <w:jc w:val="both"/>
            </w:pPr>
            <w:r>
              <w:t>“for apart from me you can do nothing.”</w:t>
            </w:r>
            <w:r>
              <w:rPr>
                <w:sz w:val="16"/>
                <w:szCs w:val="16"/>
              </w:rPr>
              <w:tab/>
              <w:t>John 15:5</w:t>
            </w:r>
          </w:p>
          <w:p w14:paraId="2C8009F2" w14:textId="77777777" w:rsidR="000331A5" w:rsidRDefault="0094245A">
            <w:pPr>
              <w:keepNext/>
              <w:tabs>
                <w:tab w:val="right" w:pos="4728"/>
              </w:tabs>
              <w:spacing w:after="60" w:line="190" w:lineRule="exact"/>
              <w:ind w:right="100"/>
              <w:jc w:val="both"/>
            </w:pPr>
            <w:r>
              <w:t>“But you will receive power when the Holy Spirit has come upon you”</w:t>
            </w:r>
            <w:r>
              <w:rPr>
                <w:sz w:val="16"/>
                <w:szCs w:val="16"/>
              </w:rPr>
              <w:tab/>
              <w:t>Acts 1:8</w:t>
            </w:r>
          </w:p>
          <w:tbl>
            <w:tblPr>
              <w:tblW w:w="4720" w:type="dxa"/>
              <w:tblBorders>
                <w:top w:val="single" w:sz="4" w:space="0" w:color="62A3C5"/>
                <w:left w:val="single" w:sz="4" w:space="0" w:color="62A3C5"/>
                <w:bottom w:val="single" w:sz="4" w:space="0" w:color="62A3C5"/>
                <w:right w:val="single" w:sz="4" w:space="0" w:color="62A3C5"/>
              </w:tblBorders>
              <w:tblCellMar>
                <w:top w:w="50" w:type="dxa"/>
                <w:left w:w="50" w:type="dxa"/>
                <w:bottom w:w="10" w:type="dxa"/>
                <w:right w:w="50" w:type="dxa"/>
              </w:tblCellMar>
              <w:tblLook w:val="04A0" w:firstRow="1" w:lastRow="0" w:firstColumn="1" w:lastColumn="0" w:noHBand="0" w:noVBand="1"/>
            </w:tblPr>
            <w:tblGrid>
              <w:gridCol w:w="4720"/>
            </w:tblGrid>
            <w:tr w:rsidR="000331A5" w14:paraId="157C99DB" w14:textId="77777777">
              <w:tc>
                <w:tcPr>
                  <w:tcW w:w="4720" w:type="dxa"/>
                  <w:shd w:val="clear" w:color="auto" w:fill="DAEDF7"/>
                  <w:tcMar>
                    <w:bottom w:w="15" w:type="dxa"/>
                  </w:tcMar>
                </w:tcPr>
                <w:p w14:paraId="470A641A" w14:textId="77777777" w:rsidR="000331A5" w:rsidRDefault="0094245A">
                  <w:pPr>
                    <w:tabs>
                      <w:tab w:val="left" w:pos="140"/>
                      <w:tab w:val="right" w:pos="4620"/>
                    </w:tabs>
                    <w:spacing w:after="100" w:line="190" w:lineRule="exact"/>
                    <w:ind w:left="140" w:hanging="140"/>
                    <w:jc w:val="both"/>
                  </w:pPr>
                  <w:r>
                    <w:rPr>
                      <w:b/>
                    </w:rPr>
                    <w:t>•</w:t>
                  </w:r>
                  <w:r>
                    <w:rPr>
                      <w:b/>
                    </w:rPr>
                    <w:tab/>
                    <w:t>Power unto Salvation: </w:t>
                  </w:r>
                  <w:r>
                    <w:t xml:space="preserve">The Holy Spirit gives us new life and dwells in us. </w:t>
                  </w:r>
                  <w:r>
                    <w:rPr>
                      <w:sz w:val="16"/>
                      <w:szCs w:val="16"/>
                    </w:rPr>
                    <w:tab/>
                    <w:t>Titus 3:5; Rom. 8:9</w:t>
                  </w:r>
                </w:p>
                <w:p w14:paraId="74AF1574" w14:textId="77777777" w:rsidR="000331A5" w:rsidRDefault="0094245A">
                  <w:pPr>
                    <w:tabs>
                      <w:tab w:val="left" w:pos="140"/>
                      <w:tab w:val="right" w:pos="4620"/>
                    </w:tabs>
                    <w:spacing w:after="100" w:line="190" w:lineRule="exact"/>
                    <w:ind w:left="140" w:hanging="140"/>
                    <w:jc w:val="both"/>
                  </w:pPr>
                  <w:r>
                    <w:rPr>
                      <w:b/>
                    </w:rPr>
                    <w:t>•</w:t>
                  </w:r>
                  <w:r>
                    <w:rPr>
                      <w:b/>
                    </w:rPr>
                    <w:tab/>
                    <w:t xml:space="preserve">Power for our daily Living: </w:t>
                  </w:r>
                  <w:r>
                    <w:t>We depend on His</w:t>
                  </w:r>
                  <w:r>
                    <w:br/>
                    <w:t xml:space="preserve">leadership and continual filling. </w:t>
                  </w:r>
                  <w:r>
                    <w:rPr>
                      <w:sz w:val="16"/>
                      <w:szCs w:val="16"/>
                    </w:rPr>
                    <w:tab/>
                    <w:t>Gal. 5:16; Eph. 5:18</w:t>
                  </w:r>
                </w:p>
                <w:p w14:paraId="7BD70570" w14:textId="77777777" w:rsidR="000331A5" w:rsidRDefault="0094245A">
                  <w:pPr>
                    <w:tabs>
                      <w:tab w:val="left" w:pos="140"/>
                      <w:tab w:val="right" w:pos="4620"/>
                    </w:tabs>
                    <w:spacing w:after="100" w:line="190" w:lineRule="exact"/>
                    <w:ind w:left="140" w:hanging="140"/>
                    <w:jc w:val="both"/>
                  </w:pPr>
                  <w:r>
                    <w:rPr>
                      <w:b/>
                    </w:rPr>
                    <w:t>•</w:t>
                  </w:r>
                  <w:r>
                    <w:rPr>
                      <w:b/>
                    </w:rPr>
                    <w:tab/>
                    <w:t>Power for Ministry: </w:t>
                  </w:r>
                  <w:r>
                    <w:t xml:space="preserve">We ask for His power to serve and proclaim Jesus boldly. </w:t>
                  </w:r>
                  <w:r>
                    <w:rPr>
                      <w:sz w:val="16"/>
                      <w:szCs w:val="16"/>
                    </w:rPr>
                    <w:tab/>
                    <w:t>Acts 1:8; 4:31</w:t>
                  </w:r>
                </w:p>
                <w:p w14:paraId="02F89519" w14:textId="77777777" w:rsidR="000331A5" w:rsidRDefault="0094245A">
                  <w:pPr>
                    <w:tabs>
                      <w:tab w:val="left" w:pos="140"/>
                      <w:tab w:val="right" w:pos="4620"/>
                    </w:tabs>
                    <w:spacing w:line="190" w:lineRule="exact"/>
                    <w:ind w:left="140" w:hanging="140"/>
                    <w:jc w:val="both"/>
                  </w:pPr>
                  <w:r>
                    <w:rPr>
                      <w:b/>
                    </w:rPr>
                    <w:t>•</w:t>
                  </w:r>
                  <w:r>
                    <w:rPr>
                      <w:b/>
                    </w:rPr>
                    <w:tab/>
                    <w:t>Power for Others: </w:t>
                  </w:r>
                  <w:r>
                    <w:t>The Holy Spirit convicts hearts and draws people to Himself. We obey; God causes these things to happen.</w:t>
                  </w:r>
                  <w:r>
                    <w:rPr>
                      <w:sz w:val="16"/>
                      <w:szCs w:val="16"/>
                    </w:rPr>
                    <w:tab/>
                    <w:t>Jn. 16:8, 14; 1 Cor. 3:6–7</w:t>
                  </w:r>
                </w:p>
              </w:tc>
            </w:tr>
          </w:tbl>
          <w:p w14:paraId="68271BC2" w14:textId="77777777" w:rsidR="000331A5" w:rsidRDefault="000331A5">
            <w:pPr>
              <w:spacing w:line="10" w:lineRule="exact"/>
              <w:rPr>
                <w:szCs w:val="18"/>
              </w:rPr>
            </w:pPr>
          </w:p>
        </w:tc>
        <w:tc>
          <w:tcPr>
            <w:tcW w:w="5088" w:type="dxa"/>
            <w:tcMar>
              <w:left w:w="140" w:type="dxa"/>
              <w:right w:w="140" w:type="dxa"/>
            </w:tcMar>
          </w:tcPr>
          <w:p w14:paraId="3F60D0F8" w14:textId="77777777" w:rsidR="00E34B5C" w:rsidRPr="00725484" w:rsidRDefault="00AB1AF6">
            <w:pPr>
              <w:keepNext/>
              <w:tabs>
                <w:tab w:val="center" w:pos="2404"/>
              </w:tabs>
              <w:spacing w:before="100" w:after="60"/>
              <w:rPr>
                <w:szCs w:val="18"/>
              </w:rPr>
            </w:pPr>
            <w:r>
              <w:t>4</w:t>
            </w:r>
            <w:r>
              <w:rPr>
                <w:b/>
                <w:szCs w:val="18"/>
              </w:rPr>
              <w:tab/>
              <w:t>WHO AM I?</w:t>
            </w:r>
          </w:p>
          <w:p w14:paraId="003D9EBA" w14:textId="77777777" w:rsidR="000331A5" w:rsidRDefault="0094245A">
            <w:pPr>
              <w:spacing w:after="40" w:line="220" w:lineRule="exact"/>
              <w:jc w:val="both"/>
            </w:pPr>
            <w:r>
              <w:t>God created mankind in His likeness to know Him and live in fellowship with Him. He gave us the ability to commune with Him, make moral choices, and exercise our will. But we chose our own way. Our sin separated us from a holy God and brought us under eternal judgment. In His great love, God sent His Son Jesus to die in our place and pay the price for our sin. When we trust Jesus, we receive new life and an eternal relationship with God. We begin our life in Christ still struggling with sin that we cannot o</w:t>
            </w:r>
            <w:r>
              <w:t>vercome on our own. We must depend upon the Holy Spirit to guide and empower us throughout our lives as we move past our natural ways and grow towards the New Self, which is being renewed in God’s image and becoming more like Christ.</w:t>
            </w:r>
          </w:p>
          <w:tbl>
            <w:tblPr>
              <w:tblW w:w="4808" w:type="dxa"/>
              <w:tblBorders>
                <w:top w:val="single" w:sz="4" w:space="0" w:color="62A3C5"/>
                <w:left w:val="single" w:sz="4" w:space="0" w:color="62A3C5"/>
                <w:bottom w:val="single" w:sz="4" w:space="0" w:color="62A3C5"/>
                <w:right w:val="single" w:sz="4" w:space="0" w:color="62A3C5"/>
              </w:tblBorders>
              <w:tblLayout w:type="fixed"/>
              <w:tblCellMar>
                <w:top w:w="50" w:type="dxa"/>
                <w:left w:w="50" w:type="dxa"/>
                <w:bottom w:w="10" w:type="dxa"/>
                <w:right w:w="50" w:type="dxa"/>
              </w:tblCellMar>
              <w:tblLook w:val="04A0" w:firstRow="1" w:lastRow="0" w:firstColumn="1" w:lastColumn="0" w:noHBand="0" w:noVBand="1"/>
            </w:tblPr>
            <w:tblGrid>
              <w:gridCol w:w="4808"/>
            </w:tblGrid>
            <w:tr w:rsidR="000331A5" w14:paraId="6FDE02DA" w14:textId="77777777">
              <w:tc>
                <w:tcPr>
                  <w:tcW w:w="4808" w:type="dxa"/>
                  <w:tcMar>
                    <w:left w:w="70" w:type="dxa"/>
                    <w:bottom w:w="15" w:type="dxa"/>
                    <w:right w:w="70" w:type="dxa"/>
                  </w:tcMar>
                </w:tcPr>
                <w:p w14:paraId="56FEF6DF" w14:textId="77777777" w:rsidR="000331A5" w:rsidRDefault="0094245A">
                  <w:pPr>
                    <w:tabs>
                      <w:tab w:val="right" w:pos="4560"/>
                    </w:tabs>
                    <w:spacing w:line="190" w:lineRule="exact"/>
                    <w:jc w:val="both"/>
                  </w:pPr>
                  <w:r>
                    <w:rPr>
                      <w:rFonts w:eastAsia="Comic Sans MS" w:cs="Comic Sans MS"/>
                    </w:rPr>
                    <w:t>“and have put on the new self, which is being renewed in knowledge after the image of its creator.”</w:t>
                  </w:r>
                </w:p>
                <w:p w14:paraId="0E51B6C9" w14:textId="77777777" w:rsidR="000331A5" w:rsidRDefault="0094245A">
                  <w:pPr>
                    <w:spacing w:line="190" w:lineRule="exact"/>
                    <w:jc w:val="right"/>
                  </w:pPr>
                  <w:r>
                    <w:rPr>
                      <w:sz w:val="16"/>
                    </w:rPr>
                    <w:t>Colossians 3:10</w:t>
                  </w:r>
                </w:p>
              </w:tc>
            </w:tr>
          </w:tbl>
          <w:p w14:paraId="33204A20" w14:textId="77777777" w:rsidR="00E34B5C" w:rsidRPr="00725484" w:rsidRDefault="00AB1AF6">
            <w:pPr>
              <w:keepNext/>
              <w:tabs>
                <w:tab w:val="center" w:pos="2404"/>
              </w:tabs>
              <w:spacing w:before="160" w:after="60"/>
              <w:rPr>
                <w:szCs w:val="18"/>
              </w:rPr>
            </w:pPr>
            <w:r>
              <w:t>5</w:t>
            </w:r>
            <w:r>
              <w:rPr>
                <w:b/>
                <w:szCs w:val="18"/>
              </w:rPr>
              <w:tab/>
              <w:t>WHAT DOES GOD EXPECT FROM ME?</w:t>
            </w:r>
          </w:p>
          <w:p w14:paraId="78C87ADF" w14:textId="77777777" w:rsidR="00E34B5C" w:rsidRPr="00725484" w:rsidRDefault="00AB1AF6">
            <w:pPr>
              <w:keepNext/>
              <w:spacing w:after="20"/>
              <w:rPr>
                <w:szCs w:val="18"/>
              </w:rPr>
            </w:pPr>
            <w:r w:rsidRPr="00725484">
              <w:rPr>
                <w:b/>
                <w:szCs w:val="18"/>
              </w:rPr>
              <w:t>Trust/Rely/Prioritize/Obey</w:t>
            </w: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422"/>
              <w:gridCol w:w="1266"/>
            </w:tblGrid>
            <w:tr w:rsidR="00E34B5C" w:rsidRPr="00725484" w14:paraId="6CF2F699" w14:textId="77777777">
              <w:tc>
                <w:tcPr>
                  <w:tcW w:w="3422" w:type="dxa"/>
                  <w:tcMar>
                    <w:top w:w="0" w:type="dxa"/>
                    <w:left w:w="0" w:type="dxa"/>
                    <w:bottom w:w="0" w:type="dxa"/>
                    <w:right w:w="0" w:type="dxa"/>
                  </w:tcMar>
                  <w:vAlign w:val="bottom"/>
                </w:tcPr>
                <w:p w14:paraId="3E1EC7A1" w14:textId="77777777" w:rsidR="00E34B5C" w:rsidRPr="00725484" w:rsidRDefault="00AB1AF6">
                  <w:pPr>
                    <w:jc w:val="both"/>
                    <w:rPr>
                      <w:szCs w:val="18"/>
                    </w:rPr>
                  </w:pPr>
                  <w:r>
                    <w:t>• Trust the Lord with your whole heart.</w:t>
                  </w:r>
                </w:p>
              </w:tc>
              <w:tc>
                <w:tcPr>
                  <w:tcW w:w="1266" w:type="dxa"/>
                  <w:tcMar>
                    <w:top w:w="0" w:type="dxa"/>
                    <w:left w:w="0" w:type="dxa"/>
                    <w:bottom w:w="0" w:type="dxa"/>
                    <w:right w:w="0" w:type="dxa"/>
                  </w:tcMar>
                  <w:vAlign w:val="bottom"/>
                </w:tcPr>
                <w:p w14:paraId="3DDD46D4" w14:textId="77777777" w:rsidR="00E34B5C" w:rsidRPr="00725484" w:rsidRDefault="00AB1AF6">
                  <w:pPr>
                    <w:jc w:val="right"/>
                    <w:rPr>
                      <w:szCs w:val="18"/>
                    </w:rPr>
                  </w:pPr>
                  <w:r>
                    <w:rPr>
                      <w:sz w:val="16"/>
                    </w:rPr>
                    <w:t>Proverbs 3:5‑6</w:t>
                  </w:r>
                </w:p>
              </w:tc>
            </w:tr>
          </w:tbl>
          <w:p w14:paraId="3FEB45A4"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475"/>
              <w:gridCol w:w="1213"/>
            </w:tblGrid>
            <w:tr w:rsidR="00E34B5C" w:rsidRPr="00725484" w14:paraId="2B7A77CB" w14:textId="77777777">
              <w:tc>
                <w:tcPr>
                  <w:tcW w:w="3475" w:type="dxa"/>
                  <w:tcMar>
                    <w:top w:w="0" w:type="dxa"/>
                    <w:left w:w="0" w:type="dxa"/>
                    <w:bottom w:w="0" w:type="dxa"/>
                    <w:right w:w="0" w:type="dxa"/>
                  </w:tcMar>
                  <w:vAlign w:val="bottom"/>
                </w:tcPr>
                <w:p w14:paraId="3FDB7A5F" w14:textId="77777777" w:rsidR="00E34B5C" w:rsidRPr="00725484" w:rsidRDefault="00AB1AF6">
                  <w:pPr>
                    <w:jc w:val="both"/>
                    <w:rPr>
                      <w:szCs w:val="18"/>
                    </w:rPr>
                  </w:pPr>
                  <w:r>
                    <w:t>• Put Jesus first.</w:t>
                  </w:r>
                </w:p>
              </w:tc>
              <w:tc>
                <w:tcPr>
                  <w:tcW w:w="1213" w:type="dxa"/>
                  <w:tcMar>
                    <w:top w:w="0" w:type="dxa"/>
                    <w:left w:w="0" w:type="dxa"/>
                    <w:bottom w:w="0" w:type="dxa"/>
                    <w:right w:w="0" w:type="dxa"/>
                  </w:tcMar>
                  <w:vAlign w:val="bottom"/>
                </w:tcPr>
                <w:p w14:paraId="61F26786" w14:textId="77777777" w:rsidR="00E34B5C" w:rsidRPr="00725484" w:rsidRDefault="00AB1AF6">
                  <w:pPr>
                    <w:jc w:val="right"/>
                    <w:rPr>
                      <w:szCs w:val="18"/>
                    </w:rPr>
                  </w:pPr>
                  <w:r>
                    <w:rPr>
                      <w:sz w:val="16"/>
                    </w:rPr>
                    <w:t>Matthew 6:33</w:t>
                  </w:r>
                </w:p>
              </w:tc>
            </w:tr>
          </w:tbl>
          <w:p w14:paraId="145260BE"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324"/>
              <w:gridCol w:w="1364"/>
            </w:tblGrid>
            <w:tr w:rsidR="00E34B5C" w:rsidRPr="00725484" w14:paraId="3A2FC85B" w14:textId="77777777">
              <w:tc>
                <w:tcPr>
                  <w:tcW w:w="3324" w:type="dxa"/>
                  <w:tcMar>
                    <w:top w:w="0" w:type="dxa"/>
                    <w:left w:w="0" w:type="dxa"/>
                    <w:bottom w:w="0" w:type="dxa"/>
                    <w:right w:w="0" w:type="dxa"/>
                  </w:tcMar>
                  <w:vAlign w:val="bottom"/>
                </w:tcPr>
                <w:p w14:paraId="37562321" w14:textId="77777777" w:rsidR="00E34B5C" w:rsidRPr="00725484" w:rsidRDefault="00AB1AF6">
                  <w:pPr>
                    <w:jc w:val="both"/>
                    <w:rPr>
                      <w:szCs w:val="18"/>
                    </w:rPr>
                  </w:pPr>
                  <w:r>
                    <w:t>• Rely upon God’s strength.</w:t>
                  </w:r>
                </w:p>
              </w:tc>
              <w:tc>
                <w:tcPr>
                  <w:tcW w:w="1364" w:type="dxa"/>
                  <w:tcMar>
                    <w:top w:w="0" w:type="dxa"/>
                    <w:left w:w="0" w:type="dxa"/>
                    <w:bottom w:w="0" w:type="dxa"/>
                    <w:right w:w="0" w:type="dxa"/>
                  </w:tcMar>
                  <w:vAlign w:val="bottom"/>
                </w:tcPr>
                <w:p w14:paraId="7E8E751D" w14:textId="77777777" w:rsidR="00E34B5C" w:rsidRPr="00725484" w:rsidRDefault="00AB1AF6">
                  <w:pPr>
                    <w:jc w:val="right"/>
                    <w:rPr>
                      <w:szCs w:val="18"/>
                    </w:rPr>
                  </w:pPr>
                  <w:r>
                    <w:rPr>
                      <w:sz w:val="16"/>
                    </w:rPr>
                    <w:t>Philippians 4:13</w:t>
                  </w:r>
                </w:p>
              </w:tc>
            </w:tr>
          </w:tbl>
          <w:p w14:paraId="56261769"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662"/>
              <w:gridCol w:w="1026"/>
            </w:tblGrid>
            <w:tr w:rsidR="00E34B5C" w:rsidRPr="00725484" w14:paraId="31A93F98" w14:textId="77777777">
              <w:tc>
                <w:tcPr>
                  <w:tcW w:w="3662" w:type="dxa"/>
                  <w:tcMar>
                    <w:top w:w="0" w:type="dxa"/>
                    <w:left w:w="0" w:type="dxa"/>
                    <w:bottom w:w="0" w:type="dxa"/>
                    <w:right w:w="0" w:type="dxa"/>
                  </w:tcMar>
                  <w:vAlign w:val="bottom"/>
                </w:tcPr>
                <w:p w14:paraId="0E5CF482" w14:textId="77777777" w:rsidR="00E34B5C" w:rsidRPr="00725484" w:rsidRDefault="00AB1AF6">
                  <w:pPr>
                    <w:jc w:val="both"/>
                    <w:rPr>
                      <w:szCs w:val="18"/>
                    </w:rPr>
                  </w:pPr>
                  <w:r>
                    <w:t>• Deny sinful desires.</w:t>
                  </w:r>
                </w:p>
              </w:tc>
              <w:tc>
                <w:tcPr>
                  <w:tcW w:w="1026" w:type="dxa"/>
                  <w:tcMar>
                    <w:top w:w="0" w:type="dxa"/>
                    <w:left w:w="0" w:type="dxa"/>
                    <w:bottom w:w="0" w:type="dxa"/>
                    <w:right w:w="0" w:type="dxa"/>
                  </w:tcMar>
                  <w:vAlign w:val="bottom"/>
                </w:tcPr>
                <w:p w14:paraId="1F1CDF25" w14:textId="77777777" w:rsidR="00E34B5C" w:rsidRPr="00725484" w:rsidRDefault="00AB1AF6">
                  <w:pPr>
                    <w:jc w:val="right"/>
                    <w:rPr>
                      <w:szCs w:val="18"/>
                    </w:rPr>
                  </w:pPr>
                  <w:r>
                    <w:rPr>
                      <w:sz w:val="16"/>
                    </w:rPr>
                    <w:t>Gal 5:24</w:t>
                  </w:r>
                </w:p>
              </w:tc>
            </w:tr>
          </w:tbl>
          <w:p w14:paraId="44F98A0D" w14:textId="77777777" w:rsidR="00E34B5C" w:rsidRPr="00725484" w:rsidRDefault="00E34B5C">
            <w:pPr>
              <w:spacing w:line="10" w:lineRule="exact"/>
              <w:rPr>
                <w:szCs w:val="18"/>
              </w:rPr>
            </w:pPr>
          </w:p>
          <w:p w14:paraId="3431FAC7" w14:textId="77777777" w:rsidR="00E34B5C" w:rsidRPr="00725484" w:rsidRDefault="00AB1AF6">
            <w:pPr>
              <w:keepNext/>
              <w:spacing w:after="20"/>
              <w:rPr>
                <w:szCs w:val="18"/>
              </w:rPr>
            </w:pPr>
            <w:r w:rsidRPr="00725484">
              <w:rPr>
                <w:b/>
                <w:szCs w:val="18"/>
              </w:rPr>
              <w:t>Love God/Others</w:t>
            </w: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395"/>
              <w:gridCol w:w="1293"/>
            </w:tblGrid>
            <w:tr w:rsidR="00E34B5C" w:rsidRPr="00725484" w14:paraId="57CE7576" w14:textId="77777777">
              <w:tc>
                <w:tcPr>
                  <w:tcW w:w="3395" w:type="dxa"/>
                  <w:tcMar>
                    <w:top w:w="0" w:type="dxa"/>
                    <w:left w:w="0" w:type="dxa"/>
                    <w:bottom w:w="0" w:type="dxa"/>
                    <w:right w:w="0" w:type="dxa"/>
                  </w:tcMar>
                  <w:vAlign w:val="bottom"/>
                </w:tcPr>
                <w:p w14:paraId="7C6E66E7" w14:textId="77777777" w:rsidR="00E34B5C" w:rsidRPr="00725484" w:rsidRDefault="00AB1AF6">
                  <w:pPr>
                    <w:jc w:val="both"/>
                    <w:rPr>
                      <w:szCs w:val="18"/>
                    </w:rPr>
                  </w:pPr>
                  <w:r>
                    <w:t>• Love God with entire self.</w:t>
                  </w:r>
                </w:p>
              </w:tc>
              <w:tc>
                <w:tcPr>
                  <w:tcW w:w="1293" w:type="dxa"/>
                  <w:tcMar>
                    <w:top w:w="0" w:type="dxa"/>
                    <w:left w:w="0" w:type="dxa"/>
                    <w:bottom w:w="0" w:type="dxa"/>
                    <w:right w:w="0" w:type="dxa"/>
                  </w:tcMar>
                  <w:vAlign w:val="bottom"/>
                </w:tcPr>
                <w:p w14:paraId="326E981E" w14:textId="77777777" w:rsidR="00E34B5C" w:rsidRPr="00725484" w:rsidRDefault="00AB1AF6">
                  <w:pPr>
                    <w:jc w:val="right"/>
                    <w:rPr>
                      <w:szCs w:val="18"/>
                    </w:rPr>
                  </w:pPr>
                  <w:r>
                    <w:rPr>
                      <w:sz w:val="16"/>
                    </w:rPr>
                    <w:t>Matthew 22:37</w:t>
                  </w:r>
                </w:p>
              </w:tc>
            </w:tr>
          </w:tbl>
          <w:p w14:paraId="267D2369"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448"/>
              <w:gridCol w:w="1240"/>
            </w:tblGrid>
            <w:tr w:rsidR="00E34B5C" w:rsidRPr="00725484" w14:paraId="2DA249B0" w14:textId="77777777">
              <w:tc>
                <w:tcPr>
                  <w:tcW w:w="3448" w:type="dxa"/>
                  <w:tcMar>
                    <w:top w:w="0" w:type="dxa"/>
                    <w:left w:w="0" w:type="dxa"/>
                    <w:bottom w:w="0" w:type="dxa"/>
                    <w:right w:w="0" w:type="dxa"/>
                  </w:tcMar>
                  <w:vAlign w:val="bottom"/>
                </w:tcPr>
                <w:p w14:paraId="29C42A12" w14:textId="77777777" w:rsidR="00E34B5C" w:rsidRPr="00725484" w:rsidRDefault="00AB1AF6">
                  <w:pPr>
                    <w:jc w:val="both"/>
                    <w:rPr>
                      <w:szCs w:val="18"/>
                    </w:rPr>
                  </w:pPr>
                  <w:r>
                    <w:t>• Love one another.</w:t>
                  </w:r>
                </w:p>
              </w:tc>
              <w:tc>
                <w:tcPr>
                  <w:tcW w:w="1240" w:type="dxa"/>
                  <w:tcMar>
                    <w:top w:w="0" w:type="dxa"/>
                    <w:left w:w="0" w:type="dxa"/>
                    <w:bottom w:w="0" w:type="dxa"/>
                    <w:right w:w="0" w:type="dxa"/>
                  </w:tcMar>
                  <w:vAlign w:val="bottom"/>
                </w:tcPr>
                <w:p w14:paraId="658EAD7C" w14:textId="77777777" w:rsidR="00E34B5C" w:rsidRPr="00725484" w:rsidRDefault="00AB1AF6">
                  <w:pPr>
                    <w:jc w:val="right"/>
                    <w:rPr>
                      <w:szCs w:val="18"/>
                    </w:rPr>
                  </w:pPr>
                  <w:r>
                    <w:rPr>
                      <w:sz w:val="16"/>
                    </w:rPr>
                    <w:t>John 13:34‑35</w:t>
                  </w:r>
                </w:p>
              </w:tc>
            </w:tr>
          </w:tbl>
          <w:p w14:paraId="45F19E08" w14:textId="77777777" w:rsidR="00E34B5C" w:rsidRPr="00725484" w:rsidRDefault="00E34B5C">
            <w:pPr>
              <w:spacing w:line="10" w:lineRule="exact"/>
              <w:rPr>
                <w:szCs w:val="18"/>
              </w:rPr>
            </w:pPr>
          </w:p>
          <w:p w14:paraId="6148827A" w14:textId="77777777" w:rsidR="00E34B5C" w:rsidRPr="00725484" w:rsidRDefault="00AB1AF6">
            <w:pPr>
              <w:keepNext/>
              <w:spacing w:after="20"/>
              <w:rPr>
                <w:szCs w:val="18"/>
              </w:rPr>
            </w:pPr>
            <w:r w:rsidRPr="00725484">
              <w:rPr>
                <w:b/>
                <w:szCs w:val="18"/>
              </w:rPr>
              <w:t>Read/Pray/Apply/Walk/Grow</w:t>
            </w: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431"/>
              <w:gridCol w:w="1257"/>
            </w:tblGrid>
            <w:tr w:rsidR="00E34B5C" w:rsidRPr="00725484" w14:paraId="12437BEA" w14:textId="77777777">
              <w:tc>
                <w:tcPr>
                  <w:tcW w:w="3431" w:type="dxa"/>
                  <w:tcMar>
                    <w:top w:w="0" w:type="dxa"/>
                    <w:left w:w="0" w:type="dxa"/>
                    <w:bottom w:w="0" w:type="dxa"/>
                    <w:right w:w="0" w:type="dxa"/>
                  </w:tcMar>
                  <w:vAlign w:val="bottom"/>
                </w:tcPr>
                <w:p w14:paraId="35C27FE7" w14:textId="77777777" w:rsidR="00E34B5C" w:rsidRPr="00725484" w:rsidRDefault="00AB1AF6">
                  <w:pPr>
                    <w:jc w:val="both"/>
                    <w:rPr>
                      <w:szCs w:val="18"/>
                    </w:rPr>
                  </w:pPr>
                  <w:r>
                    <w:t>• Read/Learn Memorize Bible.</w:t>
                  </w:r>
                </w:p>
              </w:tc>
              <w:tc>
                <w:tcPr>
                  <w:tcW w:w="1257" w:type="dxa"/>
                  <w:tcMar>
                    <w:top w:w="0" w:type="dxa"/>
                    <w:left w:w="0" w:type="dxa"/>
                    <w:bottom w:w="0" w:type="dxa"/>
                    <w:right w:w="0" w:type="dxa"/>
                  </w:tcMar>
                  <w:vAlign w:val="bottom"/>
                </w:tcPr>
                <w:p w14:paraId="01B184E2" w14:textId="77777777" w:rsidR="00E34B5C" w:rsidRPr="00725484" w:rsidRDefault="00AB1AF6">
                  <w:pPr>
                    <w:jc w:val="right"/>
                    <w:rPr>
                      <w:szCs w:val="18"/>
                    </w:rPr>
                  </w:pPr>
                  <w:r>
                    <w:rPr>
                      <w:sz w:val="16"/>
                    </w:rPr>
                    <w:t>Psalms 119:11</w:t>
                  </w:r>
                </w:p>
              </w:tc>
            </w:tr>
          </w:tbl>
          <w:p w14:paraId="41F58120"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431"/>
              <w:gridCol w:w="1257"/>
            </w:tblGrid>
            <w:tr w:rsidR="00E34B5C" w:rsidRPr="00725484" w14:paraId="78175E5C" w14:textId="77777777">
              <w:tc>
                <w:tcPr>
                  <w:tcW w:w="3431" w:type="dxa"/>
                  <w:tcMar>
                    <w:top w:w="0" w:type="dxa"/>
                    <w:left w:w="0" w:type="dxa"/>
                    <w:bottom w:w="0" w:type="dxa"/>
                    <w:right w:w="0" w:type="dxa"/>
                  </w:tcMar>
                  <w:vAlign w:val="bottom"/>
                </w:tcPr>
                <w:p w14:paraId="02676D30" w14:textId="77777777" w:rsidR="00E34B5C" w:rsidRPr="00725484" w:rsidRDefault="00AB1AF6">
                  <w:pPr>
                    <w:jc w:val="both"/>
                    <w:rPr>
                      <w:szCs w:val="18"/>
                    </w:rPr>
                  </w:pPr>
                  <w:r>
                    <w:t>• Pray, Talk to God.</w:t>
                  </w:r>
                </w:p>
              </w:tc>
              <w:tc>
                <w:tcPr>
                  <w:tcW w:w="1257" w:type="dxa"/>
                  <w:tcMar>
                    <w:top w:w="0" w:type="dxa"/>
                    <w:left w:w="0" w:type="dxa"/>
                    <w:bottom w:w="0" w:type="dxa"/>
                    <w:right w:w="0" w:type="dxa"/>
                  </w:tcMar>
                  <w:vAlign w:val="bottom"/>
                </w:tcPr>
                <w:p w14:paraId="54D485A1" w14:textId="77777777" w:rsidR="00E34B5C" w:rsidRPr="00725484" w:rsidRDefault="00AB1AF6">
                  <w:pPr>
                    <w:jc w:val="right"/>
                    <w:rPr>
                      <w:szCs w:val="18"/>
                    </w:rPr>
                  </w:pPr>
                  <w:r>
                    <w:rPr>
                      <w:sz w:val="16"/>
                    </w:rPr>
                    <w:t>Phil 4:6–7</w:t>
                  </w:r>
                </w:p>
              </w:tc>
            </w:tr>
          </w:tbl>
          <w:p w14:paraId="338BDD58"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448"/>
              <w:gridCol w:w="1240"/>
            </w:tblGrid>
            <w:tr w:rsidR="00E34B5C" w:rsidRPr="00725484" w14:paraId="7587E223" w14:textId="77777777">
              <w:tc>
                <w:tcPr>
                  <w:tcW w:w="3448" w:type="dxa"/>
                  <w:tcMar>
                    <w:top w:w="0" w:type="dxa"/>
                    <w:left w:w="0" w:type="dxa"/>
                    <w:bottom w:w="0" w:type="dxa"/>
                    <w:right w:w="0" w:type="dxa"/>
                  </w:tcMar>
                  <w:vAlign w:val="bottom"/>
                </w:tcPr>
                <w:p w14:paraId="17B73E6E" w14:textId="77777777" w:rsidR="00E34B5C" w:rsidRPr="00725484" w:rsidRDefault="00AB1AF6">
                  <w:pPr>
                    <w:jc w:val="both"/>
                    <w:rPr>
                      <w:szCs w:val="18"/>
                    </w:rPr>
                  </w:pPr>
                  <w:r>
                    <w:t>• Obey God’s Word.</w:t>
                  </w:r>
                </w:p>
              </w:tc>
              <w:tc>
                <w:tcPr>
                  <w:tcW w:w="1240" w:type="dxa"/>
                  <w:tcMar>
                    <w:top w:w="0" w:type="dxa"/>
                    <w:left w:w="0" w:type="dxa"/>
                    <w:bottom w:w="0" w:type="dxa"/>
                    <w:right w:w="0" w:type="dxa"/>
                  </w:tcMar>
                  <w:vAlign w:val="bottom"/>
                </w:tcPr>
                <w:p w14:paraId="6BE2C40C" w14:textId="77777777" w:rsidR="00E34B5C" w:rsidRPr="00725484" w:rsidRDefault="00AB1AF6">
                  <w:pPr>
                    <w:jc w:val="right"/>
                    <w:rPr>
                      <w:szCs w:val="18"/>
                    </w:rPr>
                  </w:pPr>
                  <w:r>
                    <w:rPr>
                      <w:sz w:val="16"/>
                    </w:rPr>
                    <w:t>John 14:15‑24</w:t>
                  </w:r>
                </w:p>
              </w:tc>
            </w:tr>
          </w:tbl>
          <w:p w14:paraId="78FB5A90"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440"/>
              <w:gridCol w:w="1248"/>
            </w:tblGrid>
            <w:tr w:rsidR="00E34B5C" w:rsidRPr="00725484" w14:paraId="1516BE6A" w14:textId="77777777">
              <w:tc>
                <w:tcPr>
                  <w:tcW w:w="3440" w:type="dxa"/>
                  <w:tcMar>
                    <w:top w:w="0" w:type="dxa"/>
                    <w:left w:w="0" w:type="dxa"/>
                    <w:bottom w:w="0" w:type="dxa"/>
                    <w:right w:w="0" w:type="dxa"/>
                  </w:tcMar>
                  <w:vAlign w:val="bottom"/>
                </w:tcPr>
                <w:p w14:paraId="5DCE3E45" w14:textId="77777777" w:rsidR="00E34B5C" w:rsidRPr="00725484" w:rsidRDefault="00AB1AF6">
                  <w:pPr>
                    <w:jc w:val="both"/>
                    <w:rPr>
                      <w:szCs w:val="18"/>
                    </w:rPr>
                  </w:pPr>
                  <w:r>
                    <w:t>• Walk by Spirit, not flesh.</w:t>
                  </w:r>
                </w:p>
              </w:tc>
              <w:tc>
                <w:tcPr>
                  <w:tcW w:w="1248" w:type="dxa"/>
                  <w:tcMar>
                    <w:top w:w="0" w:type="dxa"/>
                    <w:left w:w="0" w:type="dxa"/>
                    <w:bottom w:w="0" w:type="dxa"/>
                    <w:right w:w="0" w:type="dxa"/>
                  </w:tcMar>
                  <w:vAlign w:val="bottom"/>
                </w:tcPr>
                <w:p w14:paraId="4C37D5ED" w14:textId="77777777" w:rsidR="00E34B5C" w:rsidRPr="00725484" w:rsidRDefault="00AB1AF6">
                  <w:pPr>
                    <w:jc w:val="right"/>
                    <w:rPr>
                      <w:szCs w:val="18"/>
                    </w:rPr>
                  </w:pPr>
                  <w:r>
                    <w:rPr>
                      <w:sz w:val="16"/>
                    </w:rPr>
                    <w:t>Galatians 5:16</w:t>
                  </w:r>
                </w:p>
              </w:tc>
            </w:tr>
          </w:tbl>
          <w:p w14:paraId="2493AFC4"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462"/>
              <w:gridCol w:w="1226"/>
            </w:tblGrid>
            <w:tr w:rsidR="00E34B5C" w:rsidRPr="00725484" w14:paraId="2652DD0E" w14:textId="77777777">
              <w:tc>
                <w:tcPr>
                  <w:tcW w:w="3462" w:type="dxa"/>
                  <w:tcMar>
                    <w:top w:w="0" w:type="dxa"/>
                    <w:left w:w="0" w:type="dxa"/>
                    <w:bottom w:w="0" w:type="dxa"/>
                    <w:right w:w="0" w:type="dxa"/>
                  </w:tcMar>
                  <w:vAlign w:val="bottom"/>
                </w:tcPr>
                <w:p w14:paraId="50CAC213" w14:textId="77777777" w:rsidR="00E34B5C" w:rsidRPr="00725484" w:rsidRDefault="00AB1AF6">
                  <w:pPr>
                    <w:jc w:val="both"/>
                    <w:rPr>
                      <w:szCs w:val="18"/>
                    </w:rPr>
                  </w:pPr>
                  <w:r>
                    <w:t>• Grow in Christ.</w:t>
                  </w:r>
                </w:p>
              </w:tc>
              <w:tc>
                <w:tcPr>
                  <w:tcW w:w="1226" w:type="dxa"/>
                  <w:tcMar>
                    <w:top w:w="0" w:type="dxa"/>
                    <w:left w:w="0" w:type="dxa"/>
                    <w:bottom w:w="0" w:type="dxa"/>
                    <w:right w:w="0" w:type="dxa"/>
                  </w:tcMar>
                  <w:vAlign w:val="bottom"/>
                </w:tcPr>
                <w:p w14:paraId="0D8444DF" w14:textId="77777777" w:rsidR="00E34B5C" w:rsidRPr="00725484" w:rsidRDefault="00AB1AF6">
                  <w:pPr>
                    <w:jc w:val="right"/>
                    <w:rPr>
                      <w:szCs w:val="18"/>
                    </w:rPr>
                  </w:pPr>
                  <w:r>
                    <w:rPr>
                      <w:sz w:val="16"/>
                    </w:rPr>
                    <w:t>2 Peter 1:3‑15</w:t>
                  </w:r>
                </w:p>
              </w:tc>
            </w:tr>
          </w:tbl>
          <w:p w14:paraId="53F724D9" w14:textId="77777777" w:rsidR="00E34B5C" w:rsidRPr="00725484" w:rsidRDefault="00E34B5C">
            <w:pPr>
              <w:spacing w:line="10" w:lineRule="exact"/>
              <w:rPr>
                <w:szCs w:val="18"/>
              </w:rPr>
            </w:pPr>
          </w:p>
          <w:p w14:paraId="4B4D6C9A" w14:textId="77777777" w:rsidR="00E34B5C" w:rsidRPr="00725484" w:rsidRDefault="00AB1AF6">
            <w:pPr>
              <w:keepNext/>
              <w:spacing w:after="20"/>
              <w:rPr>
                <w:szCs w:val="18"/>
              </w:rPr>
            </w:pPr>
            <w:r w:rsidRPr="00725484">
              <w:rPr>
                <w:b/>
                <w:szCs w:val="18"/>
              </w:rPr>
              <w:t>Fellowship/Worship/Teach/Share</w:t>
            </w: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733"/>
              <w:gridCol w:w="955"/>
            </w:tblGrid>
            <w:tr w:rsidR="00E34B5C" w:rsidRPr="00725484" w14:paraId="58E57889" w14:textId="77777777">
              <w:tc>
                <w:tcPr>
                  <w:tcW w:w="3733" w:type="dxa"/>
                  <w:tcMar>
                    <w:top w:w="0" w:type="dxa"/>
                    <w:left w:w="0" w:type="dxa"/>
                    <w:bottom w:w="0" w:type="dxa"/>
                    <w:right w:w="0" w:type="dxa"/>
                  </w:tcMar>
                  <w:vAlign w:val="bottom"/>
                </w:tcPr>
                <w:p w14:paraId="744C2CA1" w14:textId="77777777" w:rsidR="00E34B5C" w:rsidRPr="00725484" w:rsidRDefault="00AB1AF6">
                  <w:pPr>
                    <w:jc w:val="both"/>
                    <w:rPr>
                      <w:szCs w:val="18"/>
                    </w:rPr>
                  </w:pPr>
                  <w:r>
                    <w:t>• Fellowship together regularly.</w:t>
                  </w:r>
                </w:p>
              </w:tc>
              <w:tc>
                <w:tcPr>
                  <w:tcW w:w="955" w:type="dxa"/>
                  <w:tcMar>
                    <w:top w:w="0" w:type="dxa"/>
                    <w:left w:w="0" w:type="dxa"/>
                    <w:bottom w:w="0" w:type="dxa"/>
                    <w:right w:w="0" w:type="dxa"/>
                  </w:tcMar>
                  <w:vAlign w:val="bottom"/>
                </w:tcPr>
                <w:p w14:paraId="295910C7" w14:textId="77777777" w:rsidR="00E34B5C" w:rsidRPr="00725484" w:rsidRDefault="00AB1AF6">
                  <w:pPr>
                    <w:jc w:val="right"/>
                    <w:rPr>
                      <w:szCs w:val="18"/>
                    </w:rPr>
                  </w:pPr>
                  <w:r>
                    <w:rPr>
                      <w:sz w:val="16"/>
                    </w:rPr>
                    <w:t>Heb 10:25</w:t>
                  </w:r>
                </w:p>
              </w:tc>
            </w:tr>
          </w:tbl>
          <w:p w14:paraId="764DFC3A"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333"/>
              <w:gridCol w:w="1355"/>
            </w:tblGrid>
            <w:tr w:rsidR="00E34B5C" w:rsidRPr="00725484" w14:paraId="0FBAD29E" w14:textId="77777777">
              <w:tc>
                <w:tcPr>
                  <w:tcW w:w="3333" w:type="dxa"/>
                  <w:tcMar>
                    <w:top w:w="0" w:type="dxa"/>
                    <w:left w:w="0" w:type="dxa"/>
                    <w:bottom w:w="0" w:type="dxa"/>
                    <w:right w:w="0" w:type="dxa"/>
                  </w:tcMar>
                  <w:vAlign w:val="bottom"/>
                </w:tcPr>
                <w:p w14:paraId="28D242D2" w14:textId="77777777" w:rsidR="00E34B5C" w:rsidRPr="00725484" w:rsidRDefault="00AB1AF6">
                  <w:pPr>
                    <w:jc w:val="both"/>
                    <w:rPr>
                      <w:szCs w:val="18"/>
                    </w:rPr>
                  </w:pPr>
                  <w:r>
                    <w:t>• Worship and honor God.</w:t>
                  </w:r>
                </w:p>
              </w:tc>
              <w:tc>
                <w:tcPr>
                  <w:tcW w:w="1355" w:type="dxa"/>
                  <w:tcMar>
                    <w:top w:w="0" w:type="dxa"/>
                    <w:left w:w="0" w:type="dxa"/>
                    <w:bottom w:w="0" w:type="dxa"/>
                    <w:right w:w="0" w:type="dxa"/>
                  </w:tcMar>
                  <w:vAlign w:val="bottom"/>
                </w:tcPr>
                <w:p w14:paraId="255A2E9C" w14:textId="77777777" w:rsidR="00E34B5C" w:rsidRPr="00725484" w:rsidRDefault="00AB1AF6">
                  <w:pPr>
                    <w:jc w:val="right"/>
                    <w:rPr>
                      <w:szCs w:val="18"/>
                    </w:rPr>
                  </w:pPr>
                  <w:r>
                    <w:rPr>
                      <w:sz w:val="16"/>
                    </w:rPr>
                    <w:t>Nehemiah 8:5‑6</w:t>
                  </w:r>
                </w:p>
              </w:tc>
            </w:tr>
          </w:tbl>
          <w:p w14:paraId="0D2EB6DE"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742"/>
              <w:gridCol w:w="946"/>
            </w:tblGrid>
            <w:tr w:rsidR="00E34B5C" w:rsidRPr="00725484" w14:paraId="73E7B26A" w14:textId="77777777">
              <w:tc>
                <w:tcPr>
                  <w:tcW w:w="3742" w:type="dxa"/>
                  <w:tcMar>
                    <w:top w:w="0" w:type="dxa"/>
                    <w:left w:w="0" w:type="dxa"/>
                    <w:bottom w:w="0" w:type="dxa"/>
                    <w:right w:w="0" w:type="dxa"/>
                  </w:tcMar>
                  <w:vAlign w:val="bottom"/>
                </w:tcPr>
                <w:p w14:paraId="542A105B" w14:textId="77777777" w:rsidR="00E34B5C" w:rsidRPr="00725484" w:rsidRDefault="00AB1AF6">
                  <w:pPr>
                    <w:jc w:val="both"/>
                    <w:rPr>
                      <w:szCs w:val="18"/>
                    </w:rPr>
                  </w:pPr>
                  <w:r>
                    <w:t>• Teach God’s instruction.</w:t>
                  </w:r>
                </w:p>
              </w:tc>
              <w:tc>
                <w:tcPr>
                  <w:tcW w:w="946" w:type="dxa"/>
                  <w:tcMar>
                    <w:top w:w="0" w:type="dxa"/>
                    <w:left w:w="0" w:type="dxa"/>
                    <w:bottom w:w="0" w:type="dxa"/>
                    <w:right w:w="0" w:type="dxa"/>
                  </w:tcMar>
                  <w:vAlign w:val="bottom"/>
                </w:tcPr>
                <w:p w14:paraId="6CC24541" w14:textId="77777777" w:rsidR="00E34B5C" w:rsidRPr="00725484" w:rsidRDefault="00AB1AF6">
                  <w:pPr>
                    <w:jc w:val="right"/>
                    <w:rPr>
                      <w:szCs w:val="18"/>
                    </w:rPr>
                  </w:pPr>
                  <w:r>
                    <w:rPr>
                      <w:sz w:val="16"/>
                    </w:rPr>
                    <w:t>Deut 6:6–7</w:t>
                  </w:r>
                </w:p>
              </w:tc>
            </w:tr>
          </w:tbl>
          <w:p w14:paraId="1AB48A9D"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457"/>
              <w:gridCol w:w="1231"/>
            </w:tblGrid>
            <w:tr w:rsidR="00E34B5C" w:rsidRPr="00725484" w14:paraId="7D91CF5D" w14:textId="77777777">
              <w:tc>
                <w:tcPr>
                  <w:tcW w:w="3457" w:type="dxa"/>
                  <w:tcMar>
                    <w:top w:w="0" w:type="dxa"/>
                    <w:left w:w="0" w:type="dxa"/>
                    <w:bottom w:w="0" w:type="dxa"/>
                    <w:right w:w="0" w:type="dxa"/>
                  </w:tcMar>
                  <w:vAlign w:val="bottom"/>
                </w:tcPr>
                <w:p w14:paraId="1B36777D" w14:textId="77777777" w:rsidR="00E34B5C" w:rsidRPr="00725484" w:rsidRDefault="00AB1AF6">
                  <w:pPr>
                    <w:jc w:val="both"/>
                    <w:rPr>
                      <w:szCs w:val="18"/>
                    </w:rPr>
                  </w:pPr>
                  <w:r>
                    <w:t>• Help others understand Scripture.</w:t>
                  </w:r>
                </w:p>
              </w:tc>
              <w:tc>
                <w:tcPr>
                  <w:tcW w:w="1231" w:type="dxa"/>
                  <w:tcMar>
                    <w:top w:w="0" w:type="dxa"/>
                    <w:left w:w="0" w:type="dxa"/>
                    <w:bottom w:w="0" w:type="dxa"/>
                    <w:right w:w="0" w:type="dxa"/>
                  </w:tcMar>
                  <w:vAlign w:val="bottom"/>
                </w:tcPr>
                <w:p w14:paraId="1392B0B5" w14:textId="77777777" w:rsidR="00E34B5C" w:rsidRPr="00725484" w:rsidRDefault="00AB1AF6">
                  <w:pPr>
                    <w:jc w:val="right"/>
                    <w:rPr>
                      <w:szCs w:val="18"/>
                    </w:rPr>
                  </w:pPr>
                  <w:r>
                    <w:rPr>
                      <w:sz w:val="16"/>
                    </w:rPr>
                    <w:t>Acts 18:24‑28</w:t>
                  </w:r>
                </w:p>
              </w:tc>
            </w:tr>
          </w:tbl>
          <w:p w14:paraId="5DCD2B27"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697"/>
              <w:gridCol w:w="991"/>
            </w:tblGrid>
            <w:tr w:rsidR="00E34B5C" w:rsidRPr="00725484" w14:paraId="0889B8A6" w14:textId="77777777">
              <w:tc>
                <w:tcPr>
                  <w:tcW w:w="3697" w:type="dxa"/>
                  <w:tcMar>
                    <w:top w:w="0" w:type="dxa"/>
                    <w:left w:w="0" w:type="dxa"/>
                    <w:bottom w:w="0" w:type="dxa"/>
                    <w:right w:w="0" w:type="dxa"/>
                  </w:tcMar>
                  <w:vAlign w:val="bottom"/>
                </w:tcPr>
                <w:p w14:paraId="22FD677D" w14:textId="77777777" w:rsidR="00E34B5C" w:rsidRPr="00725484" w:rsidRDefault="00AB1AF6">
                  <w:pPr>
                    <w:jc w:val="both"/>
                    <w:rPr>
                      <w:szCs w:val="18"/>
                    </w:rPr>
                  </w:pPr>
                  <w:r>
                    <w:t>• Share Jesus with others.</w:t>
                  </w:r>
                </w:p>
              </w:tc>
              <w:tc>
                <w:tcPr>
                  <w:tcW w:w="991" w:type="dxa"/>
                  <w:tcMar>
                    <w:top w:w="0" w:type="dxa"/>
                    <w:left w:w="0" w:type="dxa"/>
                    <w:bottom w:w="0" w:type="dxa"/>
                    <w:right w:w="0" w:type="dxa"/>
                  </w:tcMar>
                  <w:vAlign w:val="bottom"/>
                </w:tcPr>
                <w:p w14:paraId="6E77E499" w14:textId="77777777" w:rsidR="00E34B5C" w:rsidRPr="00725484" w:rsidRDefault="00AB1AF6">
                  <w:pPr>
                    <w:jc w:val="right"/>
                    <w:rPr>
                      <w:szCs w:val="18"/>
                    </w:rPr>
                  </w:pPr>
                  <w:r>
                    <w:rPr>
                      <w:sz w:val="16"/>
                    </w:rPr>
                    <w:t>Mark 5:19</w:t>
                  </w:r>
                </w:p>
              </w:tc>
            </w:tr>
          </w:tbl>
          <w:p w14:paraId="267D5D8C"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453"/>
              <w:gridCol w:w="1235"/>
            </w:tblGrid>
            <w:tr w:rsidR="00E34B5C" w:rsidRPr="00725484" w14:paraId="56090FFB" w14:textId="77777777">
              <w:tc>
                <w:tcPr>
                  <w:tcW w:w="3453" w:type="dxa"/>
                  <w:tcMar>
                    <w:top w:w="0" w:type="dxa"/>
                    <w:left w:w="0" w:type="dxa"/>
                    <w:bottom w:w="0" w:type="dxa"/>
                    <w:right w:w="0" w:type="dxa"/>
                  </w:tcMar>
                  <w:vAlign w:val="bottom"/>
                </w:tcPr>
                <w:p w14:paraId="327A81E7" w14:textId="77777777" w:rsidR="00E34B5C" w:rsidRPr="00725484" w:rsidRDefault="00AB1AF6">
                  <w:pPr>
                    <w:jc w:val="both"/>
                    <w:rPr>
                      <w:szCs w:val="18"/>
                    </w:rPr>
                  </w:pPr>
                  <w:r>
                    <w:t>• Disciple others.</w:t>
                  </w:r>
                </w:p>
              </w:tc>
              <w:tc>
                <w:tcPr>
                  <w:tcW w:w="1235" w:type="dxa"/>
                  <w:tcMar>
                    <w:top w:w="0" w:type="dxa"/>
                    <w:left w:w="0" w:type="dxa"/>
                    <w:bottom w:w="0" w:type="dxa"/>
                    <w:right w:w="0" w:type="dxa"/>
                  </w:tcMar>
                  <w:vAlign w:val="bottom"/>
                </w:tcPr>
                <w:p w14:paraId="20D63DAE" w14:textId="77777777" w:rsidR="00E34B5C" w:rsidRPr="00725484" w:rsidRDefault="00AB1AF6">
                  <w:pPr>
                    <w:jc w:val="right"/>
                    <w:rPr>
                      <w:szCs w:val="18"/>
                    </w:rPr>
                  </w:pPr>
                  <w:r>
                    <w:rPr>
                      <w:sz w:val="16"/>
                    </w:rPr>
                    <w:t>2 Timothy 2:2</w:t>
                  </w:r>
                </w:p>
              </w:tc>
            </w:tr>
          </w:tbl>
          <w:p w14:paraId="34B6ECDF" w14:textId="77777777" w:rsidR="00E34B5C" w:rsidRPr="00725484" w:rsidRDefault="00E34B5C">
            <w:pPr>
              <w:spacing w:line="10" w:lineRule="exact"/>
              <w:rPr>
                <w:szCs w:val="18"/>
              </w:rPr>
            </w:pPr>
          </w:p>
          <w:p w14:paraId="68A9F4EF" w14:textId="77777777" w:rsidR="00E34B5C" w:rsidRPr="00725484" w:rsidRDefault="00AB1AF6">
            <w:pPr>
              <w:keepNext/>
              <w:spacing w:after="20"/>
              <w:rPr>
                <w:szCs w:val="18"/>
              </w:rPr>
            </w:pPr>
            <w:r w:rsidRPr="00725484">
              <w:rPr>
                <w:b/>
                <w:szCs w:val="18"/>
              </w:rPr>
              <w:t>Respect/Mercy/Working/Giving</w:t>
            </w: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733"/>
              <w:gridCol w:w="955"/>
            </w:tblGrid>
            <w:tr w:rsidR="00E34B5C" w:rsidRPr="00725484" w14:paraId="1171BF9F" w14:textId="77777777">
              <w:tc>
                <w:tcPr>
                  <w:tcW w:w="3733" w:type="dxa"/>
                  <w:tcMar>
                    <w:top w:w="0" w:type="dxa"/>
                    <w:left w:w="0" w:type="dxa"/>
                    <w:bottom w:w="0" w:type="dxa"/>
                    <w:right w:w="0" w:type="dxa"/>
                  </w:tcMar>
                  <w:vAlign w:val="bottom"/>
                </w:tcPr>
                <w:p w14:paraId="5B26716E" w14:textId="77777777" w:rsidR="00E34B5C" w:rsidRPr="00725484" w:rsidRDefault="00AB1AF6">
                  <w:pPr>
                    <w:jc w:val="both"/>
                    <w:rPr>
                      <w:szCs w:val="18"/>
                    </w:rPr>
                  </w:pPr>
                  <w:r>
                    <w:t>• Live Respectful before all.</w:t>
                  </w:r>
                </w:p>
              </w:tc>
              <w:tc>
                <w:tcPr>
                  <w:tcW w:w="955" w:type="dxa"/>
                  <w:tcMar>
                    <w:top w:w="0" w:type="dxa"/>
                    <w:left w:w="0" w:type="dxa"/>
                    <w:bottom w:w="0" w:type="dxa"/>
                    <w:right w:w="0" w:type="dxa"/>
                  </w:tcMar>
                  <w:vAlign w:val="bottom"/>
                </w:tcPr>
                <w:p w14:paraId="6CDA656C" w14:textId="77777777" w:rsidR="00E34B5C" w:rsidRPr="00725484" w:rsidRDefault="00AB1AF6">
                  <w:pPr>
                    <w:jc w:val="right"/>
                    <w:rPr>
                      <w:szCs w:val="18"/>
                    </w:rPr>
                  </w:pPr>
                  <w:r>
                    <w:rPr>
                      <w:sz w:val="16"/>
                    </w:rPr>
                    <w:t>1 Peter 2:17</w:t>
                  </w:r>
                </w:p>
              </w:tc>
            </w:tr>
          </w:tbl>
          <w:p w14:paraId="53D0F314"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715"/>
              <w:gridCol w:w="973"/>
            </w:tblGrid>
            <w:tr w:rsidR="00E34B5C" w:rsidRPr="00725484" w14:paraId="21B56EB8" w14:textId="77777777">
              <w:tc>
                <w:tcPr>
                  <w:tcW w:w="3715" w:type="dxa"/>
                  <w:tcMar>
                    <w:top w:w="0" w:type="dxa"/>
                    <w:left w:w="0" w:type="dxa"/>
                    <w:bottom w:w="0" w:type="dxa"/>
                    <w:right w:w="0" w:type="dxa"/>
                  </w:tcMar>
                  <w:vAlign w:val="bottom"/>
                </w:tcPr>
                <w:p w14:paraId="120A2893" w14:textId="77777777" w:rsidR="00E34B5C" w:rsidRPr="00725484" w:rsidRDefault="00AB1AF6">
                  <w:pPr>
                    <w:jc w:val="both"/>
                    <w:rPr>
                      <w:szCs w:val="18"/>
                    </w:rPr>
                  </w:pPr>
                  <w:r>
                    <w:t>• Love mercy, walk humbly.</w:t>
                  </w:r>
                </w:p>
              </w:tc>
              <w:tc>
                <w:tcPr>
                  <w:tcW w:w="973" w:type="dxa"/>
                  <w:tcMar>
                    <w:top w:w="0" w:type="dxa"/>
                    <w:left w:w="0" w:type="dxa"/>
                    <w:bottom w:w="0" w:type="dxa"/>
                    <w:right w:w="0" w:type="dxa"/>
                  </w:tcMar>
                  <w:vAlign w:val="bottom"/>
                </w:tcPr>
                <w:p w14:paraId="2AC34EDE" w14:textId="77777777" w:rsidR="00E34B5C" w:rsidRPr="00725484" w:rsidRDefault="00AB1AF6">
                  <w:pPr>
                    <w:jc w:val="right"/>
                    <w:rPr>
                      <w:szCs w:val="18"/>
                    </w:rPr>
                  </w:pPr>
                  <w:r>
                    <w:rPr>
                      <w:sz w:val="16"/>
                    </w:rPr>
                    <w:t>Micah 6:8</w:t>
                  </w:r>
                </w:p>
              </w:tc>
            </w:tr>
          </w:tbl>
          <w:p w14:paraId="48655B0A"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137"/>
              <w:gridCol w:w="1551"/>
            </w:tblGrid>
            <w:tr w:rsidR="00E34B5C" w:rsidRPr="00725484" w14:paraId="2F15EC6A" w14:textId="77777777">
              <w:tc>
                <w:tcPr>
                  <w:tcW w:w="3137" w:type="dxa"/>
                  <w:tcMar>
                    <w:top w:w="0" w:type="dxa"/>
                    <w:left w:w="0" w:type="dxa"/>
                    <w:bottom w:w="0" w:type="dxa"/>
                    <w:right w:w="0" w:type="dxa"/>
                  </w:tcMar>
                  <w:vAlign w:val="bottom"/>
                </w:tcPr>
                <w:p w14:paraId="7362726F" w14:textId="77777777" w:rsidR="00E34B5C" w:rsidRPr="00725484" w:rsidRDefault="00AB1AF6">
                  <w:pPr>
                    <w:jc w:val="both"/>
                    <w:rPr>
                      <w:szCs w:val="18"/>
                    </w:rPr>
                  </w:pPr>
                  <w:r>
                    <w:t>• Work as unto the Lord.</w:t>
                  </w:r>
                </w:p>
              </w:tc>
              <w:tc>
                <w:tcPr>
                  <w:tcW w:w="1551" w:type="dxa"/>
                  <w:tcMar>
                    <w:top w:w="0" w:type="dxa"/>
                    <w:left w:w="0" w:type="dxa"/>
                    <w:bottom w:w="0" w:type="dxa"/>
                    <w:right w:w="0" w:type="dxa"/>
                  </w:tcMar>
                  <w:vAlign w:val="bottom"/>
                </w:tcPr>
                <w:p w14:paraId="22CD0A6E" w14:textId="77777777" w:rsidR="00E34B5C" w:rsidRPr="00725484" w:rsidRDefault="00AB1AF6">
                  <w:pPr>
                    <w:jc w:val="right"/>
                    <w:rPr>
                      <w:szCs w:val="18"/>
                    </w:rPr>
                  </w:pPr>
                  <w:r>
                    <w:rPr>
                      <w:sz w:val="16"/>
                    </w:rPr>
                    <w:t>Colossians 3:23‑24</w:t>
                  </w:r>
                </w:p>
              </w:tc>
            </w:tr>
          </w:tbl>
          <w:p w14:paraId="771B58CD"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57"/>
              <w:gridCol w:w="1431"/>
            </w:tblGrid>
            <w:tr w:rsidR="00E34B5C" w:rsidRPr="00725484" w14:paraId="109A17EC" w14:textId="77777777">
              <w:tc>
                <w:tcPr>
                  <w:tcW w:w="3257" w:type="dxa"/>
                  <w:tcMar>
                    <w:top w:w="0" w:type="dxa"/>
                    <w:left w:w="0" w:type="dxa"/>
                    <w:bottom w:w="0" w:type="dxa"/>
                    <w:right w:w="0" w:type="dxa"/>
                  </w:tcMar>
                  <w:vAlign w:val="bottom"/>
                </w:tcPr>
                <w:p w14:paraId="6F2A9673" w14:textId="77777777" w:rsidR="00E34B5C" w:rsidRPr="00725484" w:rsidRDefault="00AB1AF6">
                  <w:pPr>
                    <w:jc w:val="both"/>
                    <w:rPr>
                      <w:szCs w:val="18"/>
                    </w:rPr>
                  </w:pPr>
                  <w:r>
                    <w:t>• Give to God’s work.</w:t>
                  </w:r>
                </w:p>
              </w:tc>
              <w:tc>
                <w:tcPr>
                  <w:tcW w:w="1431" w:type="dxa"/>
                  <w:tcMar>
                    <w:top w:w="0" w:type="dxa"/>
                    <w:left w:w="0" w:type="dxa"/>
                    <w:bottom w:w="0" w:type="dxa"/>
                    <w:right w:w="0" w:type="dxa"/>
                  </w:tcMar>
                  <w:vAlign w:val="bottom"/>
                </w:tcPr>
                <w:p w14:paraId="4FDA9BDC" w14:textId="77777777" w:rsidR="00E34B5C" w:rsidRPr="00725484" w:rsidRDefault="00AB1AF6">
                  <w:pPr>
                    <w:jc w:val="right"/>
                    <w:rPr>
                      <w:szCs w:val="18"/>
                    </w:rPr>
                  </w:pPr>
                  <w:r>
                    <w:rPr>
                      <w:sz w:val="16"/>
                    </w:rPr>
                    <w:t>2 Corinthians 9:7</w:t>
                  </w:r>
                </w:p>
              </w:tc>
            </w:tr>
          </w:tbl>
          <w:p w14:paraId="029479C7" w14:textId="77777777" w:rsidR="00E34B5C" w:rsidRPr="00725484" w:rsidRDefault="00E34B5C">
            <w:pPr>
              <w:spacing w:line="10" w:lineRule="exact"/>
              <w:rPr>
                <w:szCs w:val="18"/>
              </w:rPr>
            </w:pPr>
          </w:p>
          <w:p w14:paraId="15106DE2" w14:textId="77777777" w:rsidR="00E34B5C" w:rsidRPr="00725484" w:rsidRDefault="00E34B5C">
            <w:pPr>
              <w:spacing w:line="10" w:lineRule="exact"/>
              <w:rPr>
                <w:szCs w:val="18"/>
              </w:rPr>
            </w:pPr>
          </w:p>
          <w:p w14:paraId="32543F7C" w14:textId="77777777" w:rsidR="000331A5" w:rsidRDefault="000331A5">
            <w:pPr>
              <w:spacing w:line="10" w:lineRule="exact"/>
              <w:rPr>
                <w:szCs w:val="18"/>
              </w:rPr>
            </w:pPr>
          </w:p>
          <w:p w14:paraId="6514545B" w14:textId="77777777" w:rsidR="000331A5" w:rsidRDefault="000331A5">
            <w:pPr>
              <w:spacing w:line="10" w:lineRule="exact"/>
              <w:rPr>
                <w:szCs w:val="18"/>
              </w:rPr>
            </w:pPr>
          </w:p>
          <w:p w14:paraId="57F51EDE" w14:textId="77777777" w:rsidR="000331A5" w:rsidRDefault="000331A5">
            <w:pPr>
              <w:spacing w:line="10" w:lineRule="exact"/>
              <w:rPr>
                <w:szCs w:val="18"/>
              </w:rPr>
            </w:pPr>
          </w:p>
        </w:tc>
        <w:tc>
          <w:tcPr>
            <w:tcW w:w="5088" w:type="dxa"/>
            <w:tcMar>
              <w:left w:w="360" w:type="dxa"/>
              <w:right w:w="20" w:type="dxa"/>
            </w:tcMar>
          </w:tcPr>
          <w:p w14:paraId="71AE157E" w14:textId="77777777" w:rsidR="00E34B5C" w:rsidRPr="00725484" w:rsidRDefault="00AB1AF6">
            <w:pPr>
              <w:keepNext/>
              <w:tabs>
                <w:tab w:val="center" w:pos="2354"/>
              </w:tabs>
              <w:spacing w:before="100" w:after="140"/>
              <w:rPr>
                <w:szCs w:val="18"/>
              </w:rPr>
            </w:pPr>
            <w:r>
              <w:t>6</w:t>
            </w:r>
            <w:r>
              <w:rPr>
                <w:b/>
                <w:szCs w:val="18"/>
              </w:rPr>
              <w:tab/>
              <w:t>GOD'S SPIRIT DIRECTED LIFE</w:t>
            </w:r>
          </w:p>
          <w:tbl>
            <w:tblPr>
              <w:tblW w:w="4680" w:type="dxa"/>
              <w:tblBorders>
                <w:top w:val="single" w:sz="8" w:space="0" w:color="62A3C5"/>
                <w:left w:val="single" w:sz="8" w:space="0" w:color="62A3C5"/>
                <w:bottom w:val="single" w:sz="8" w:space="0" w:color="62A3C5"/>
                <w:right w:val="single" w:sz="8" w:space="0" w:color="62A3C5"/>
              </w:tblBorders>
              <w:tblLayout w:type="fixed"/>
              <w:tblLook w:val="04A0" w:firstRow="1" w:lastRow="0" w:firstColumn="1" w:lastColumn="0" w:noHBand="0" w:noVBand="1"/>
            </w:tblPr>
            <w:tblGrid>
              <w:gridCol w:w="4680"/>
            </w:tblGrid>
            <w:tr w:rsidR="000331A5" w14:paraId="23794147" w14:textId="77777777">
              <w:tc>
                <w:tcPr>
                  <w:tcW w:w="4680" w:type="dxa"/>
                  <w:tcMar>
                    <w:top w:w="48" w:type="dxa"/>
                    <w:left w:w="108" w:type="dxa"/>
                    <w:bottom w:w="48" w:type="dxa"/>
                    <w:right w:w="108" w:type="dxa"/>
                  </w:tcMar>
                  <w:vAlign w:val="center"/>
                </w:tcPr>
                <w:p w14:paraId="3E7B83BA" w14:textId="77777777" w:rsidR="000331A5" w:rsidRDefault="0094245A">
                  <w:pPr>
                    <w:tabs>
                      <w:tab w:val="right" w:pos="4464"/>
                    </w:tabs>
                    <w:spacing w:line="190" w:lineRule="exact"/>
                    <w:jc w:val="both"/>
                    <w:rPr>
                      <w:szCs w:val="18"/>
                    </w:rPr>
                  </w:pPr>
                  <w:r>
                    <w:t>If we live by the Spirit, let us also keep in step with the Spirit.</w:t>
                  </w:r>
                  <w:r>
                    <w:rPr>
                      <w:sz w:val="16"/>
                      <w:szCs w:val="16"/>
                    </w:rPr>
                    <w:br/>
                  </w:r>
                  <w:r>
                    <w:rPr>
                      <w:sz w:val="16"/>
                      <w:szCs w:val="16"/>
                    </w:rPr>
                    <w:tab/>
                    <w:t>Galatians 5:25</w:t>
                  </w:r>
                </w:p>
              </w:tc>
            </w:tr>
          </w:tbl>
          <w:p w14:paraId="7DC9F7F0" w14:textId="77777777" w:rsidR="00E34B5C" w:rsidRPr="00725484" w:rsidRDefault="00AB1AF6">
            <w:pPr>
              <w:spacing w:before="200" w:after="60"/>
              <w:jc w:val="both"/>
              <w:rPr>
                <w:szCs w:val="18"/>
              </w:rPr>
            </w:pPr>
            <w:r w:rsidRPr="00725484">
              <w:rPr>
                <w:szCs w:val="18"/>
              </w:rPr>
              <w:t xml:space="preserve">1. </w:t>
            </w:r>
            <w:r w:rsidRPr="00725484">
              <w:rPr>
                <w:b/>
                <w:szCs w:val="18"/>
              </w:rPr>
              <w:t>Spirit</w:t>
            </w:r>
            <w:r w:rsidRPr="00725484">
              <w:rPr>
                <w:szCs w:val="18"/>
              </w:rPr>
              <w:t xml:space="preserve"> - </w:t>
            </w:r>
            <w:r w:rsidRPr="00725484">
              <w:rPr>
                <w:b/>
                <w:color w:val="AA2832"/>
                <w:szCs w:val="18"/>
              </w:rPr>
              <w:t>The Core</w:t>
            </w:r>
            <w:r w:rsidRPr="00725484">
              <w:rPr>
                <w:szCs w:val="18"/>
              </w:rPr>
              <w:t xml:space="preserve"> From within, the indwelling Spirit leads/guides/directs. </w:t>
            </w:r>
          </w:p>
          <w:p w14:paraId="4839A667" w14:textId="77777777" w:rsidR="00E34B5C" w:rsidRPr="00725484" w:rsidRDefault="00AB1AF6">
            <w:pPr>
              <w:spacing w:after="60"/>
              <w:jc w:val="both"/>
              <w:rPr>
                <w:szCs w:val="18"/>
              </w:rPr>
            </w:pPr>
            <w:r w:rsidRPr="00725484">
              <w:rPr>
                <w:szCs w:val="18"/>
              </w:rPr>
              <w:t xml:space="preserve">2. </w:t>
            </w:r>
            <w:r w:rsidRPr="00725484">
              <w:rPr>
                <w:b/>
                <w:szCs w:val="18"/>
              </w:rPr>
              <w:t>Prayer/Bible</w:t>
            </w:r>
            <w:r w:rsidRPr="00725484">
              <w:rPr>
                <w:szCs w:val="18"/>
              </w:rPr>
              <w:t xml:space="preserve"> - </w:t>
            </w:r>
            <w:r w:rsidRPr="00725484">
              <w:rPr>
                <w:b/>
                <w:color w:val="AA2832"/>
                <w:szCs w:val="18"/>
              </w:rPr>
              <w:t>The Head</w:t>
            </w:r>
            <w:r w:rsidRPr="00725484">
              <w:rPr>
                <w:szCs w:val="18"/>
              </w:rPr>
              <w:t xml:space="preserve"> Our communication and devotion with God. </w:t>
            </w:r>
          </w:p>
          <w:p w14:paraId="66B18CC4" w14:textId="77777777" w:rsidR="00E34B5C" w:rsidRPr="00725484" w:rsidRDefault="00AB1AF6">
            <w:pPr>
              <w:spacing w:after="60"/>
              <w:jc w:val="both"/>
              <w:rPr>
                <w:szCs w:val="18"/>
              </w:rPr>
            </w:pPr>
            <w:r w:rsidRPr="00725484">
              <w:rPr>
                <w:szCs w:val="18"/>
              </w:rPr>
              <w:t xml:space="preserve">3. </w:t>
            </w:r>
            <w:r w:rsidRPr="00725484">
              <w:rPr>
                <w:b/>
                <w:szCs w:val="18"/>
              </w:rPr>
              <w:t>Fellowship/Worship</w:t>
            </w:r>
            <w:r w:rsidRPr="00725484">
              <w:rPr>
                <w:szCs w:val="18"/>
              </w:rPr>
              <w:t xml:space="preserve"> - </w:t>
            </w:r>
            <w:r w:rsidRPr="00725484">
              <w:rPr>
                <w:b/>
                <w:color w:val="AA2832"/>
                <w:szCs w:val="18"/>
              </w:rPr>
              <w:t>The Arms</w:t>
            </w:r>
            <w:r w:rsidRPr="00725484">
              <w:rPr>
                <w:szCs w:val="18"/>
              </w:rPr>
              <w:t xml:space="preserve"> Our big hug of love for God and for one another. </w:t>
            </w:r>
          </w:p>
          <w:p w14:paraId="447222C1" w14:textId="77777777" w:rsidR="00E34B5C" w:rsidRPr="00725484" w:rsidRDefault="00AB1AF6">
            <w:pPr>
              <w:spacing w:after="60"/>
              <w:jc w:val="both"/>
              <w:rPr>
                <w:szCs w:val="18"/>
              </w:rPr>
            </w:pPr>
            <w:r w:rsidRPr="00725484">
              <w:rPr>
                <w:szCs w:val="18"/>
              </w:rPr>
              <w:t xml:space="preserve">4. </w:t>
            </w:r>
            <w:r w:rsidRPr="00725484">
              <w:rPr>
                <w:b/>
                <w:szCs w:val="18"/>
              </w:rPr>
              <w:t>Service/Discipleship</w:t>
            </w:r>
            <w:r w:rsidRPr="00725484">
              <w:rPr>
                <w:szCs w:val="18"/>
              </w:rPr>
              <w:t xml:space="preserve"> - </w:t>
            </w:r>
            <w:r w:rsidRPr="00725484">
              <w:rPr>
                <w:b/>
                <w:color w:val="AA2832"/>
                <w:szCs w:val="18"/>
              </w:rPr>
              <w:t>The Legs</w:t>
            </w:r>
            <w:r w:rsidRPr="00725484">
              <w:rPr>
                <w:szCs w:val="18"/>
              </w:rPr>
              <w:t xml:space="preserve"> Stepping out to give of </w:t>
            </w:r>
            <w:proofErr w:type="gramStart"/>
            <w:r w:rsidRPr="00725484">
              <w:rPr>
                <w:szCs w:val="18"/>
              </w:rPr>
              <w:t>ourselves</w:t>
            </w:r>
            <w:proofErr w:type="gramEnd"/>
            <w:r w:rsidRPr="00725484">
              <w:rPr>
                <w:szCs w:val="18"/>
              </w:rPr>
              <w:t>, show mercy, win the lost and disciple believers.</w:t>
            </w:r>
          </w:p>
          <w:p w14:paraId="69AC2100" w14:textId="77777777" w:rsidR="00E34B5C" w:rsidRPr="00725484" w:rsidRDefault="00AB1AF6">
            <w:pPr>
              <w:jc w:val="center"/>
              <w:rPr>
                <w:szCs w:val="18"/>
              </w:rPr>
            </w:pPr>
            <w:r w:rsidRPr="00725484">
              <w:rPr>
                <w:noProof/>
                <w:szCs w:val="18"/>
              </w:rPr>
              <w:drawing>
                <wp:inline distT="0" distB="0" distL="0" distR="0" wp14:anchorId="1933B417" wp14:editId="6F9094D8">
                  <wp:extent cx="2606040" cy="252893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irit_figure.png"/>
                          <pic:cNvPicPr/>
                        </pic:nvPicPr>
                        <pic:blipFill>
                          <a:blip r:embed="rId8"/>
                          <a:stretch>
                            <a:fillRect/>
                          </a:stretch>
                        </pic:blipFill>
                        <pic:spPr>
                          <a:xfrm>
                            <a:off x="0" y="0"/>
                            <a:ext cx="2606040" cy="2528938"/>
                          </a:xfrm>
                          <a:prstGeom prst="rect">
                            <a:avLst/>
                          </a:prstGeom>
                        </pic:spPr>
                      </pic:pic>
                    </a:graphicData>
                  </a:graphic>
                </wp:inline>
              </w:drawing>
            </w:r>
            <w:r w:rsidR="0094245A">
              <w:pict w14:anchorId="37B94B2D">
                <v:rect id="mask_0" o:spid="_x0000_s1037" style="position:absolute;left:0;text-align:left;margin-left:31pt;margin-top:75pt;width:50pt;height:12pt;z-index:251652096;mso-position-horizontal-relative:text;mso-position-vertical-relative:text" fillcolor="#62a3c5" stroked="f"/>
              </w:pict>
            </w:r>
            <w:r w:rsidR="0094245A">
              <w:pict w14:anchorId="5A85D7A3">
                <v:rect id="label_0" o:spid="_x0000_s1036" style="position:absolute;left:0;text-align:left;margin-left:24pt;margin-top:1in;width:66pt;height:18pt;z-index:251658240;mso-position-horizontal-relative:text;mso-position-vertical-relative:text" filled="f" stroked="f">
                  <v:textbox inset="0,0,0,0">
                    <w:txbxContent>
                      <w:p w14:paraId="5D23DAD9" w14:textId="77777777" w:rsidR="000331A5" w:rsidRDefault="0094245A">
                        <w:pPr>
                          <w:spacing w:line="230" w:lineRule="exact"/>
                          <w:jc w:val="center"/>
                        </w:pPr>
                        <w:r>
                          <w:rPr>
                            <w:b/>
                            <w:color w:val="FFFFFF"/>
                          </w:rPr>
                          <w:t>Fellowship</w:t>
                        </w:r>
                      </w:p>
                    </w:txbxContent>
                  </v:textbox>
                </v:rect>
              </w:pict>
            </w:r>
            <w:r w:rsidR="0094245A">
              <w:pict w14:anchorId="5BAE5D55">
                <v:rect id="mask_1" o:spid="_x0000_s1035" style="position:absolute;left:0;text-align:left;margin-left:162pt;margin-top:75pt;width:43pt;height:12pt;z-index:251653120;mso-position-horizontal-relative:text;mso-position-vertical-relative:text" fillcolor="#62a3c5" stroked="f"/>
              </w:pict>
            </w:r>
            <w:r w:rsidR="0094245A">
              <w:pict w14:anchorId="4B3F6CE8">
                <v:rect id="label_1" o:spid="_x0000_s1034" style="position:absolute;left:0;text-align:left;margin-left:153pt;margin-top:1in;width:59pt;height:18pt;z-index:251659264;mso-position-horizontal-relative:text;mso-position-vertical-relative:text" filled="f" stroked="f">
                  <v:textbox inset="0,0,0,0">
                    <w:txbxContent>
                      <w:p w14:paraId="7A3FD384" w14:textId="77777777" w:rsidR="000331A5" w:rsidRDefault="0094245A">
                        <w:pPr>
                          <w:spacing w:line="230" w:lineRule="exact"/>
                          <w:jc w:val="center"/>
                        </w:pPr>
                        <w:r>
                          <w:rPr>
                            <w:b/>
                            <w:color w:val="FFFFFF"/>
                          </w:rPr>
                          <w:t>Worship</w:t>
                        </w:r>
                      </w:p>
                    </w:txbxContent>
                  </v:textbox>
                </v:rect>
              </w:pict>
            </w:r>
            <w:r w:rsidR="0094245A">
              <w:pict w14:anchorId="5B41D0C1">
                <v:rect id="mask_2" o:spid="_x0000_s1033" style="position:absolute;left:0;text-align:left;margin-left:102pt;margin-top:25pt;width:38pt;height:24pt;z-index:251654144;mso-position-horizontal-relative:text;mso-position-vertical-relative:text" fillcolor="#62a3c5" stroked="f"/>
              </w:pict>
            </w:r>
            <w:r w:rsidR="0094245A">
              <w:pict w14:anchorId="06F2591A">
                <v:rect id="label_2" o:spid="_x0000_s1032" style="position:absolute;left:0;text-align:left;margin-left:93pt;margin-top:23pt;width:57pt;height:28pt;z-index:251660288;mso-position-horizontal-relative:text;mso-position-vertical-relative:text" filled="f" stroked="f">
                  <v:textbox inset="0,0,0,0">
                    <w:txbxContent>
                      <w:p w14:paraId="5D18F17C" w14:textId="77777777" w:rsidR="000331A5" w:rsidRDefault="0094245A">
                        <w:pPr>
                          <w:spacing w:line="230" w:lineRule="exact"/>
                          <w:jc w:val="center"/>
                        </w:pPr>
                        <w:r>
                          <w:rPr>
                            <w:b/>
                            <w:color w:val="FFFFFF"/>
                          </w:rPr>
                          <w:t>Prayer /</w:t>
                        </w:r>
                      </w:p>
                      <w:p w14:paraId="20F50661" w14:textId="77777777" w:rsidR="000331A5" w:rsidRDefault="0094245A">
                        <w:pPr>
                          <w:spacing w:line="230" w:lineRule="exact"/>
                          <w:jc w:val="center"/>
                        </w:pPr>
                        <w:r>
                          <w:rPr>
                            <w:b/>
                            <w:color w:val="FFFFFF"/>
                          </w:rPr>
                          <w:t>Bible</w:t>
                        </w:r>
                      </w:p>
                    </w:txbxContent>
                  </v:textbox>
                </v:rect>
              </w:pict>
            </w:r>
            <w:r w:rsidR="0094245A">
              <w:pict w14:anchorId="1A50FDE2">
                <v:rect id="mask_3" o:spid="_x0000_s1031" style="position:absolute;left:0;text-align:left;margin-left:62pt;margin-top:161pt;width:33pt;height:21pt;z-index:251655168;mso-position-horizontal-relative:text;mso-position-vertical-relative:text" fillcolor="#62a3c5" stroked="f"/>
              </w:pict>
            </w:r>
            <w:r w:rsidR="0094245A">
              <w:pict w14:anchorId="30288CDC">
                <v:rect id="label_3" o:spid="_x0000_s1030" style="position:absolute;left:0;text-align:left;margin-left:55pt;margin-top:161pt;width:54pt;height:30pt;z-index:251661312;mso-position-horizontal-relative:text;mso-position-vertical-relative:text" filled="f" stroked="f">
                  <v:textbox inset="0,0,0,0">
                    <w:txbxContent>
                      <w:p w14:paraId="4003D1CC" w14:textId="77777777" w:rsidR="000331A5" w:rsidRDefault="0094245A">
                        <w:pPr>
                          <w:spacing w:line="230" w:lineRule="exact"/>
                          <w:ind w:left="120"/>
                          <w:jc w:val="center"/>
                        </w:pPr>
                        <w:r>
                          <w:rPr>
                            <w:b/>
                            <w:color w:val="FFFFFF"/>
                          </w:rPr>
                          <w:t>Service /</w:t>
                        </w:r>
                      </w:p>
                      <w:p w14:paraId="6D945B7E" w14:textId="77777777" w:rsidR="000331A5" w:rsidRDefault="0094245A">
                        <w:pPr>
                          <w:spacing w:line="230" w:lineRule="exact"/>
                          <w:ind w:right="160"/>
                          <w:jc w:val="center"/>
                        </w:pPr>
                        <w:r>
                          <w:rPr>
                            <w:b/>
                            <w:color w:val="FFFFFF"/>
                          </w:rPr>
                          <w:t>Mercy</w:t>
                        </w:r>
                      </w:p>
                    </w:txbxContent>
                  </v:textbox>
                </v:rect>
              </w:pict>
            </w:r>
            <w:r w:rsidR="0094245A">
              <w:pict w14:anchorId="1EB0B1E2">
                <v:rect id="mask_4" o:spid="_x0000_s1029" style="position:absolute;left:0;text-align:left;margin-left:139pt;margin-top:161pt;width:37pt;height:21pt;z-index:251656192;mso-position-horizontal-relative:text;mso-position-vertical-relative:text" fillcolor="#62a3c5" stroked="f"/>
              </w:pict>
            </w:r>
            <w:r w:rsidR="0094245A">
              <w:pict w14:anchorId="7BA4FC65">
                <v:rect id="label_4" o:spid="_x0000_s1028" style="position:absolute;left:0;text-align:left;margin-left:130pt;margin-top:161pt;width:56pt;height:30pt;z-index:251662336;mso-position-horizontal-relative:text;mso-position-vertical-relative:text" filled="f" stroked="f">
                  <v:textbox inset="0,0,0,0">
                    <w:txbxContent>
                      <w:p w14:paraId="26A0DAF4" w14:textId="77777777" w:rsidR="000331A5" w:rsidRDefault="0094245A">
                        <w:pPr>
                          <w:spacing w:line="230" w:lineRule="exact"/>
                          <w:jc w:val="center"/>
                        </w:pPr>
                        <w:r>
                          <w:rPr>
                            <w:b/>
                            <w:color w:val="FFFFFF"/>
                          </w:rPr>
                          <w:t>Go-</w:t>
                        </w:r>
                      </w:p>
                      <w:p w14:paraId="03FC7752" w14:textId="77777777" w:rsidR="000331A5" w:rsidRDefault="0094245A">
                        <w:pPr>
                          <w:spacing w:line="230" w:lineRule="exact"/>
                          <w:ind w:left="200"/>
                          <w:jc w:val="center"/>
                        </w:pPr>
                        <w:r>
                          <w:rPr>
                            <w:b/>
                            <w:color w:val="FFFFFF"/>
                          </w:rPr>
                          <w:t>Disciple</w:t>
                        </w:r>
                      </w:p>
                    </w:txbxContent>
                  </v:textbox>
                </v:rect>
              </w:pict>
            </w:r>
            <w:r w:rsidR="0094245A">
              <w:pict w14:anchorId="0373B1F8">
                <v:rect id="mask_5" o:spid="_x0000_s1027" style="position:absolute;left:0;text-align:left;margin-left:108pt;margin-top:88pt;width:28pt;height:22pt;z-index:251657216;mso-position-horizontal-relative:text;mso-position-vertical-relative:text" stroked="f"/>
              </w:pict>
            </w:r>
            <w:r w:rsidR="0094245A">
              <w:pict w14:anchorId="087F3391">
                <v:rect id="label_5" o:spid="_x0000_s1026" style="position:absolute;left:0;text-align:left;margin-left:101pt;margin-top:87pt;width:40pt;height:28pt;z-index:251663360;mso-position-horizontal-relative:text;mso-position-vertical-relative:text" filled="f" stroked="f">
                  <v:textbox inset="0,0,0,0">
                    <w:txbxContent>
                      <w:p w14:paraId="750A0EAD" w14:textId="77777777" w:rsidR="000331A5" w:rsidRDefault="0094245A">
                        <w:pPr>
                          <w:spacing w:line="230" w:lineRule="exact"/>
                          <w:jc w:val="center"/>
                        </w:pPr>
                        <w:r>
                          <w:rPr>
                            <w:b/>
                            <w:color w:val="AA2832"/>
                          </w:rPr>
                          <w:t>Spirit</w:t>
                        </w:r>
                      </w:p>
                      <w:p w14:paraId="1DE1FD6F" w14:textId="77777777" w:rsidR="000331A5" w:rsidRDefault="0094245A">
                        <w:pPr>
                          <w:spacing w:line="230" w:lineRule="exact"/>
                          <w:jc w:val="center"/>
                        </w:pPr>
                        <w:r>
                          <w:rPr>
                            <w:b/>
                            <w:color w:val="AA2832"/>
                          </w:rPr>
                          <w:t>Led</w:t>
                        </w:r>
                      </w:p>
                    </w:txbxContent>
                  </v:textbox>
                </v:rect>
              </w:pict>
            </w:r>
          </w:p>
          <w:p w14:paraId="0B7AE381" w14:textId="77777777" w:rsidR="00E34B5C" w:rsidRPr="00725484" w:rsidRDefault="00AB1AF6">
            <w:pPr>
              <w:spacing w:after="190" w:line="160" w:lineRule="exact"/>
              <w:jc w:val="right"/>
              <w:rPr>
                <w:szCs w:val="18"/>
              </w:rPr>
            </w:pPr>
            <w:r w:rsidRPr="00725484">
              <w:rPr>
                <w:szCs w:val="18"/>
              </w:rPr>
              <w:t>©</w:t>
            </w:r>
          </w:p>
          <w:tbl>
            <w:tblPr>
              <w:tblW w:w="0" w:type="auto"/>
              <w:tblLayout w:type="fixed"/>
              <w:tblLook w:val="04A0" w:firstRow="1" w:lastRow="0" w:firstColumn="1" w:lastColumn="0" w:noHBand="0" w:noVBand="1"/>
            </w:tblPr>
            <w:tblGrid>
              <w:gridCol w:w="2900"/>
              <w:gridCol w:w="1788"/>
            </w:tblGrid>
            <w:tr w:rsidR="000331A5" w14:paraId="53C8DE34" w14:textId="77777777">
              <w:tc>
                <w:tcPr>
                  <w:tcW w:w="4680" w:type="dxa"/>
                  <w:gridSpan w:val="2"/>
                  <w:tcBorders>
                    <w:top w:val="single" w:sz="6" w:space="0" w:color="62A3C5"/>
                    <w:left w:val="single" w:sz="6" w:space="0" w:color="62A3C5"/>
                    <w:bottom w:val="single" w:sz="6" w:space="0" w:color="62A3C5"/>
                    <w:right w:val="single" w:sz="6" w:space="0" w:color="62A3C5"/>
                  </w:tcBorders>
                  <w:tcMar>
                    <w:top w:w="45" w:type="dxa"/>
                    <w:left w:w="70" w:type="dxa"/>
                    <w:bottom w:w="45" w:type="dxa"/>
                    <w:right w:w="70" w:type="dxa"/>
                  </w:tcMar>
                </w:tcPr>
                <w:p w14:paraId="047691ED" w14:textId="77777777" w:rsidR="000331A5" w:rsidRDefault="0094245A">
                  <w:pPr>
                    <w:jc w:val="both"/>
                  </w:pPr>
                  <w:r>
                    <w:t>Just as living without an arm or a leg is severely limiting, the same is true for our Christian lives. Each area of our spirit-led life must be kept in balance and exercised to be fully useful, effective and satisfied.</w:t>
                  </w:r>
                </w:p>
              </w:tc>
            </w:tr>
            <w:tr w:rsidR="00E34B5C" w:rsidRPr="00725484" w14:paraId="1C7EE93D" w14:textId="77777777">
              <w:tblPrEx>
                <w:tblBorders>
                  <w:top w:val="nil"/>
                  <w:left w:val="nil"/>
                  <w:bottom w:val="nil"/>
                  <w:right w:val="nil"/>
                  <w:insideH w:val="nil"/>
                  <w:insideV w:val="nil"/>
                </w:tblBorders>
                <w:tblCellMar>
                  <w:left w:w="0" w:type="dxa"/>
                  <w:right w:w="0" w:type="dxa"/>
                </w:tblCellMar>
              </w:tblPrEx>
              <w:tc>
                <w:tcPr>
                  <w:tcW w:w="2900" w:type="dxa"/>
                  <w:tcMar>
                    <w:top w:w="0" w:type="dxa"/>
                    <w:left w:w="0" w:type="dxa"/>
                    <w:bottom w:w="0" w:type="dxa"/>
                    <w:right w:w="0" w:type="dxa"/>
                  </w:tcMar>
                  <w:vAlign w:val="bottom"/>
                </w:tcPr>
                <w:p w14:paraId="5C015811" w14:textId="77777777" w:rsidR="00E34B5C" w:rsidRPr="00725484" w:rsidRDefault="00AB1AF6">
                  <w:pPr>
                    <w:spacing w:before="100"/>
                    <w:rPr>
                      <w:szCs w:val="18"/>
                    </w:rPr>
                  </w:pPr>
                  <w:r>
                    <w:t>1. Spirit Led/Directed</w:t>
                  </w:r>
                </w:p>
              </w:tc>
              <w:tc>
                <w:tcPr>
                  <w:tcW w:w="1788" w:type="dxa"/>
                  <w:tcMar>
                    <w:top w:w="0" w:type="dxa"/>
                    <w:left w:w="0" w:type="dxa"/>
                    <w:bottom w:w="0" w:type="dxa"/>
                    <w:right w:w="0" w:type="dxa"/>
                  </w:tcMar>
                  <w:vAlign w:val="bottom"/>
                </w:tcPr>
                <w:p w14:paraId="3A9C6296" w14:textId="77777777" w:rsidR="00E34B5C" w:rsidRPr="00725484" w:rsidRDefault="00AB1AF6">
                  <w:pPr>
                    <w:spacing w:before="100"/>
                    <w:jc w:val="right"/>
                    <w:rPr>
                      <w:szCs w:val="18"/>
                    </w:rPr>
                  </w:pPr>
                  <w:r>
                    <w:rPr>
                      <w:sz w:val="16"/>
                    </w:rPr>
                    <w:t>Ez 36:27; Rom 8:14</w:t>
                  </w:r>
                </w:p>
              </w:tc>
            </w:tr>
          </w:tbl>
          <w:p w14:paraId="4BC68D58"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657"/>
              <w:gridCol w:w="1031"/>
            </w:tblGrid>
            <w:tr w:rsidR="00E34B5C" w:rsidRPr="00725484" w14:paraId="203FE001" w14:textId="77777777">
              <w:tc>
                <w:tcPr>
                  <w:tcW w:w="3657" w:type="dxa"/>
                  <w:tcMar>
                    <w:top w:w="0" w:type="dxa"/>
                    <w:left w:w="0" w:type="dxa"/>
                    <w:bottom w:w="0" w:type="dxa"/>
                    <w:right w:w="0" w:type="dxa"/>
                  </w:tcMar>
                  <w:vAlign w:val="bottom"/>
                </w:tcPr>
                <w:p w14:paraId="1B294E0D" w14:textId="77777777" w:rsidR="00E34B5C" w:rsidRPr="00725484" w:rsidRDefault="00AB1AF6">
                  <w:pPr>
                    <w:rPr>
                      <w:szCs w:val="18"/>
                    </w:rPr>
                  </w:pPr>
                  <w:r>
                    <w:t>2. Bible</w:t>
                  </w:r>
                </w:p>
              </w:tc>
              <w:tc>
                <w:tcPr>
                  <w:tcW w:w="1031" w:type="dxa"/>
                  <w:tcMar>
                    <w:top w:w="0" w:type="dxa"/>
                    <w:left w:w="0" w:type="dxa"/>
                    <w:bottom w:w="0" w:type="dxa"/>
                    <w:right w:w="0" w:type="dxa"/>
                  </w:tcMar>
                  <w:vAlign w:val="bottom"/>
                </w:tcPr>
                <w:p w14:paraId="1AA3FD7A" w14:textId="77777777" w:rsidR="00E34B5C" w:rsidRPr="00725484" w:rsidRDefault="00AB1AF6">
                  <w:pPr>
                    <w:jc w:val="right"/>
                    <w:rPr>
                      <w:szCs w:val="18"/>
                    </w:rPr>
                  </w:pPr>
                  <w:r>
                    <w:rPr>
                      <w:sz w:val="16"/>
                    </w:rPr>
                    <w:t>2 Tim 3:16</w:t>
                  </w:r>
                </w:p>
              </w:tc>
            </w:tr>
          </w:tbl>
          <w:p w14:paraId="4D81400F"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733"/>
              <w:gridCol w:w="955"/>
            </w:tblGrid>
            <w:tr w:rsidR="00E34B5C" w:rsidRPr="00725484" w14:paraId="20D655A2" w14:textId="77777777">
              <w:tc>
                <w:tcPr>
                  <w:tcW w:w="3733" w:type="dxa"/>
                  <w:tcMar>
                    <w:top w:w="0" w:type="dxa"/>
                    <w:left w:w="0" w:type="dxa"/>
                    <w:bottom w:w="0" w:type="dxa"/>
                    <w:right w:w="0" w:type="dxa"/>
                  </w:tcMar>
                  <w:vAlign w:val="bottom"/>
                </w:tcPr>
                <w:p w14:paraId="7283540A" w14:textId="77777777" w:rsidR="00E34B5C" w:rsidRPr="00725484" w:rsidRDefault="00AB1AF6">
                  <w:pPr>
                    <w:rPr>
                      <w:szCs w:val="18"/>
                    </w:rPr>
                  </w:pPr>
                  <w:r>
                    <w:t>3. Prayer</w:t>
                  </w:r>
                </w:p>
              </w:tc>
              <w:tc>
                <w:tcPr>
                  <w:tcW w:w="955" w:type="dxa"/>
                  <w:tcMar>
                    <w:top w:w="0" w:type="dxa"/>
                    <w:left w:w="0" w:type="dxa"/>
                    <w:bottom w:w="0" w:type="dxa"/>
                    <w:right w:w="0" w:type="dxa"/>
                  </w:tcMar>
                  <w:vAlign w:val="bottom"/>
                </w:tcPr>
                <w:p w14:paraId="333C069C" w14:textId="77777777" w:rsidR="00E34B5C" w:rsidRPr="00725484" w:rsidRDefault="00AB1AF6">
                  <w:pPr>
                    <w:jc w:val="right"/>
                    <w:rPr>
                      <w:szCs w:val="18"/>
                    </w:rPr>
                  </w:pPr>
                  <w:r>
                    <w:rPr>
                      <w:sz w:val="16"/>
                    </w:rPr>
                    <w:t>Phil 4:6‑7</w:t>
                  </w:r>
                </w:p>
              </w:tc>
            </w:tr>
          </w:tbl>
          <w:p w14:paraId="599FDBDA"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128"/>
              <w:gridCol w:w="1560"/>
            </w:tblGrid>
            <w:tr w:rsidR="00E34B5C" w:rsidRPr="00725484" w14:paraId="46F855A9" w14:textId="77777777">
              <w:tc>
                <w:tcPr>
                  <w:tcW w:w="3128" w:type="dxa"/>
                  <w:tcMar>
                    <w:top w:w="0" w:type="dxa"/>
                    <w:left w:w="0" w:type="dxa"/>
                    <w:bottom w:w="0" w:type="dxa"/>
                    <w:right w:w="0" w:type="dxa"/>
                  </w:tcMar>
                  <w:vAlign w:val="bottom"/>
                </w:tcPr>
                <w:p w14:paraId="64C21648" w14:textId="77777777" w:rsidR="00E34B5C" w:rsidRPr="00725484" w:rsidRDefault="00AB1AF6">
                  <w:pPr>
                    <w:rPr>
                      <w:szCs w:val="18"/>
                    </w:rPr>
                  </w:pPr>
                  <w:r>
                    <w:t>4. Worship</w:t>
                  </w:r>
                </w:p>
              </w:tc>
              <w:tc>
                <w:tcPr>
                  <w:tcW w:w="1560" w:type="dxa"/>
                  <w:tcMar>
                    <w:top w:w="0" w:type="dxa"/>
                    <w:left w:w="0" w:type="dxa"/>
                    <w:bottom w:w="0" w:type="dxa"/>
                    <w:right w:w="0" w:type="dxa"/>
                  </w:tcMar>
                  <w:vAlign w:val="bottom"/>
                </w:tcPr>
                <w:p w14:paraId="04DDAB11" w14:textId="77777777" w:rsidR="00E34B5C" w:rsidRPr="00725484" w:rsidRDefault="00AB1AF6">
                  <w:pPr>
                    <w:jc w:val="right"/>
                    <w:rPr>
                      <w:szCs w:val="18"/>
                    </w:rPr>
                  </w:pPr>
                  <w:r>
                    <w:rPr>
                      <w:sz w:val="16"/>
                    </w:rPr>
                    <w:t>Ps 95:6; Jn 4:23‑24</w:t>
                  </w:r>
                </w:p>
              </w:tc>
            </w:tr>
          </w:tbl>
          <w:p w14:paraId="3FFB0DDC"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631"/>
              <w:gridCol w:w="2057"/>
            </w:tblGrid>
            <w:tr w:rsidR="00E34B5C" w:rsidRPr="00725484" w14:paraId="3429D1C2" w14:textId="77777777">
              <w:tc>
                <w:tcPr>
                  <w:tcW w:w="2631" w:type="dxa"/>
                  <w:tcMar>
                    <w:top w:w="0" w:type="dxa"/>
                    <w:left w:w="0" w:type="dxa"/>
                    <w:bottom w:w="0" w:type="dxa"/>
                    <w:right w:w="0" w:type="dxa"/>
                  </w:tcMar>
                  <w:vAlign w:val="bottom"/>
                </w:tcPr>
                <w:p w14:paraId="1D4F861E" w14:textId="77777777" w:rsidR="00E34B5C" w:rsidRPr="00725484" w:rsidRDefault="00AB1AF6">
                  <w:pPr>
                    <w:rPr>
                      <w:szCs w:val="18"/>
                    </w:rPr>
                  </w:pPr>
                  <w:r>
                    <w:t>5. Fellowship</w:t>
                  </w:r>
                </w:p>
              </w:tc>
              <w:tc>
                <w:tcPr>
                  <w:tcW w:w="2057" w:type="dxa"/>
                  <w:tcMar>
                    <w:top w:w="0" w:type="dxa"/>
                    <w:left w:w="0" w:type="dxa"/>
                    <w:bottom w:w="0" w:type="dxa"/>
                    <w:right w:w="0" w:type="dxa"/>
                  </w:tcMar>
                  <w:vAlign w:val="bottom"/>
                </w:tcPr>
                <w:p w14:paraId="0ED8F489" w14:textId="77777777" w:rsidR="00E34B5C" w:rsidRPr="00725484" w:rsidRDefault="00AB1AF6">
                  <w:pPr>
                    <w:jc w:val="right"/>
                    <w:rPr>
                      <w:szCs w:val="18"/>
                    </w:rPr>
                  </w:pPr>
                  <w:r>
                    <w:rPr>
                      <w:sz w:val="16"/>
                    </w:rPr>
                    <w:t>Heb 10:24–25; Rom 12:4–5</w:t>
                  </w:r>
                </w:p>
              </w:tc>
            </w:tr>
          </w:tbl>
          <w:p w14:paraId="4360DCD6"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600"/>
              <w:gridCol w:w="1088"/>
            </w:tblGrid>
            <w:tr w:rsidR="00E34B5C" w:rsidRPr="00725484" w14:paraId="559E7BB6" w14:textId="77777777">
              <w:tc>
                <w:tcPr>
                  <w:tcW w:w="3600" w:type="dxa"/>
                  <w:tcMar>
                    <w:top w:w="0" w:type="dxa"/>
                    <w:left w:w="0" w:type="dxa"/>
                    <w:bottom w:w="0" w:type="dxa"/>
                    <w:right w:w="0" w:type="dxa"/>
                  </w:tcMar>
                  <w:vAlign w:val="bottom"/>
                </w:tcPr>
                <w:p w14:paraId="7604E404" w14:textId="77777777" w:rsidR="00E34B5C" w:rsidRPr="00725484" w:rsidRDefault="00AB1AF6">
                  <w:pPr>
                    <w:rPr>
                      <w:szCs w:val="18"/>
                    </w:rPr>
                  </w:pPr>
                  <w:r>
                    <w:t>6. Mercy/Giving/Service</w:t>
                  </w:r>
                </w:p>
              </w:tc>
              <w:tc>
                <w:tcPr>
                  <w:tcW w:w="1088" w:type="dxa"/>
                  <w:tcMar>
                    <w:top w:w="0" w:type="dxa"/>
                    <w:left w:w="0" w:type="dxa"/>
                    <w:bottom w:w="0" w:type="dxa"/>
                    <w:right w:w="0" w:type="dxa"/>
                  </w:tcMar>
                  <w:vAlign w:val="bottom"/>
                </w:tcPr>
                <w:p w14:paraId="34AC6B55" w14:textId="77777777" w:rsidR="00E34B5C" w:rsidRPr="00725484" w:rsidRDefault="00AB1AF6">
                  <w:pPr>
                    <w:jc w:val="right"/>
                    <w:rPr>
                      <w:szCs w:val="18"/>
                    </w:rPr>
                  </w:pPr>
                  <w:r>
                    <w:rPr>
                      <w:sz w:val="16"/>
                    </w:rPr>
                    <w:t>Gal 5:13‑14</w:t>
                  </w:r>
                </w:p>
              </w:tc>
            </w:tr>
          </w:tbl>
          <w:p w14:paraId="3BFCDB2C"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733"/>
              <w:gridCol w:w="955"/>
            </w:tblGrid>
            <w:tr w:rsidR="00E34B5C" w:rsidRPr="00725484" w14:paraId="2D52BF70" w14:textId="77777777">
              <w:tc>
                <w:tcPr>
                  <w:tcW w:w="3733" w:type="dxa"/>
                  <w:tcMar>
                    <w:top w:w="0" w:type="dxa"/>
                    <w:left w:w="0" w:type="dxa"/>
                    <w:bottom w:w="0" w:type="dxa"/>
                    <w:right w:w="0" w:type="dxa"/>
                  </w:tcMar>
                  <w:vAlign w:val="bottom"/>
                </w:tcPr>
                <w:p w14:paraId="6E70E998" w14:textId="77777777" w:rsidR="00E34B5C" w:rsidRPr="00725484" w:rsidRDefault="00AB1AF6">
                  <w:pPr>
                    <w:rPr>
                      <w:szCs w:val="18"/>
                    </w:rPr>
                  </w:pPr>
                  <w:r>
                    <w:t>7. (GO) Evangelism</w:t>
                  </w:r>
                </w:p>
              </w:tc>
              <w:tc>
                <w:tcPr>
                  <w:tcW w:w="955" w:type="dxa"/>
                  <w:tcMar>
                    <w:top w:w="0" w:type="dxa"/>
                    <w:left w:w="0" w:type="dxa"/>
                    <w:bottom w:w="0" w:type="dxa"/>
                    <w:right w:w="0" w:type="dxa"/>
                  </w:tcMar>
                  <w:vAlign w:val="bottom"/>
                </w:tcPr>
                <w:p w14:paraId="7CBE5869" w14:textId="77777777" w:rsidR="00E34B5C" w:rsidRPr="00725484" w:rsidRDefault="00AB1AF6">
                  <w:pPr>
                    <w:jc w:val="right"/>
                    <w:rPr>
                      <w:szCs w:val="18"/>
                    </w:rPr>
                  </w:pPr>
                  <w:r>
                    <w:rPr>
                      <w:sz w:val="16"/>
                    </w:rPr>
                    <w:t>Rom 1:16</w:t>
                  </w:r>
                </w:p>
              </w:tc>
            </w:tr>
          </w:tbl>
          <w:p w14:paraId="5A86F8F0"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448"/>
              <w:gridCol w:w="1240"/>
            </w:tblGrid>
            <w:tr w:rsidR="00E34B5C" w:rsidRPr="00725484" w14:paraId="4F522D2C" w14:textId="77777777">
              <w:tc>
                <w:tcPr>
                  <w:tcW w:w="3448" w:type="dxa"/>
                  <w:tcMar>
                    <w:top w:w="0" w:type="dxa"/>
                    <w:left w:w="0" w:type="dxa"/>
                    <w:bottom w:w="0" w:type="dxa"/>
                    <w:right w:w="0" w:type="dxa"/>
                  </w:tcMar>
                  <w:vAlign w:val="bottom"/>
                </w:tcPr>
                <w:p w14:paraId="0708F372" w14:textId="77777777" w:rsidR="00E34B5C" w:rsidRPr="00725484" w:rsidRDefault="00AB1AF6">
                  <w:pPr>
                    <w:rPr>
                      <w:szCs w:val="18"/>
                    </w:rPr>
                  </w:pPr>
                  <w:r>
                    <w:t>8. Disciple</w:t>
                  </w:r>
                </w:p>
              </w:tc>
              <w:tc>
                <w:tcPr>
                  <w:tcW w:w="1240" w:type="dxa"/>
                  <w:tcMar>
                    <w:top w:w="0" w:type="dxa"/>
                    <w:left w:w="0" w:type="dxa"/>
                    <w:bottom w:w="0" w:type="dxa"/>
                    <w:right w:w="0" w:type="dxa"/>
                  </w:tcMar>
                  <w:vAlign w:val="bottom"/>
                </w:tcPr>
                <w:p w14:paraId="7D70113C" w14:textId="77777777" w:rsidR="00E34B5C" w:rsidRPr="00725484" w:rsidRDefault="00AB1AF6">
                  <w:pPr>
                    <w:jc w:val="right"/>
                    <w:rPr>
                      <w:szCs w:val="18"/>
                    </w:rPr>
                  </w:pPr>
                  <w:r>
                    <w:rPr>
                      <w:sz w:val="16"/>
                    </w:rPr>
                    <w:t>Matt 28:18‑20</w:t>
                  </w:r>
                </w:p>
              </w:tc>
            </w:tr>
          </w:tbl>
          <w:p w14:paraId="1E9BCCEC" w14:textId="77777777" w:rsidR="00E34B5C" w:rsidRPr="00725484" w:rsidRDefault="00E34B5C">
            <w:pPr>
              <w:spacing w:line="10" w:lineRule="exact"/>
              <w:rPr>
                <w:szCs w:val="18"/>
              </w:rPr>
            </w:pPr>
          </w:p>
          <w:p w14:paraId="5A114EB4" w14:textId="77777777" w:rsidR="00E34B5C" w:rsidRPr="00725484" w:rsidRDefault="00E34B5C">
            <w:pPr>
              <w:spacing w:line="10" w:lineRule="exact"/>
              <w:rPr>
                <w:szCs w:val="18"/>
              </w:rPr>
            </w:pPr>
          </w:p>
          <w:p w14:paraId="6505287A" w14:textId="77777777" w:rsidR="000331A5" w:rsidRDefault="000331A5">
            <w:pPr>
              <w:spacing w:line="10" w:lineRule="exact"/>
              <w:rPr>
                <w:szCs w:val="18"/>
              </w:rPr>
            </w:pPr>
          </w:p>
          <w:p w14:paraId="11EECF67" w14:textId="77777777" w:rsidR="000331A5" w:rsidRDefault="000331A5">
            <w:pPr>
              <w:spacing w:line="10" w:lineRule="exact"/>
              <w:rPr>
                <w:szCs w:val="18"/>
              </w:rPr>
            </w:pPr>
          </w:p>
        </w:tc>
      </w:tr>
    </w:tbl>
    <w:p w14:paraId="7622FFB9" w14:textId="77777777" w:rsidR="000331A5" w:rsidRDefault="000331A5">
      <w:pPr>
        <w:widowControl w:val="0"/>
        <w:spacing w:line="20" w:lineRule="exact"/>
        <w:rPr>
          <w:szCs w:val="18"/>
        </w:rPr>
      </w:pPr>
    </w:p>
    <w:sectPr w:rsidR="000331A5" w:rsidSect="00034616">
      <w:headerReference w:type="default" r:id="rId9"/>
      <w:pgSz w:w="15840" w:h="12240" w:orient="landscape"/>
      <w:pgMar w:top="288" w:right="288" w:bottom="144" w:left="288" w:header="72" w:footer="7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A5EF2" w14:textId="77777777" w:rsidR="0094245A" w:rsidRDefault="0094245A">
      <w:r>
        <w:separator/>
      </w:r>
    </w:p>
  </w:endnote>
  <w:endnote w:type="continuationSeparator" w:id="0">
    <w:p w14:paraId="6BD99129" w14:textId="77777777" w:rsidR="0094245A" w:rsidRDefault="00942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5EC56" w14:textId="77777777" w:rsidR="0094245A" w:rsidRDefault="0094245A">
      <w:r>
        <w:separator/>
      </w:r>
    </w:p>
  </w:footnote>
  <w:footnote w:type="continuationSeparator" w:id="0">
    <w:p w14:paraId="08C70208" w14:textId="77777777" w:rsidR="0094245A" w:rsidRDefault="009424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60F9C" w14:textId="77777777" w:rsidR="00E34B5C" w:rsidRDefault="00AB1AF6">
    <w:pPr>
      <w:pStyle w:val="Header"/>
      <w:spacing w:line="20" w:lineRule="exact"/>
    </w:pPr>
    <w:r>
      <w:rPr>
        <w:noProof/>
      </w:rPr>
      <w:drawing>
        <wp:anchor distT="0" distB="0" distL="0" distR="0" simplePos="0" relativeHeight="251658240" behindDoc="1" locked="0" layoutInCell="0" allowOverlap="1" wp14:anchorId="39609800" wp14:editId="49B3FFC8">
          <wp:simplePos x="0" y="0"/>
          <wp:positionH relativeFrom="page">
            <wp:posOffset>0</wp:posOffset>
          </wp:positionH>
          <wp:positionV relativeFrom="page">
            <wp:posOffset>91440</wp:posOffset>
          </wp:positionV>
          <wp:extent cx="10058400" cy="7132320"/>
          <wp:effectExtent l="0" t="0" r="0" b="0"/>
          <wp:wrapNone/>
          <wp:docPr id="776569263" name="Picture 776569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ld_guides.png"/>
                  <pic:cNvPicPr/>
                </pic:nvPicPr>
                <pic:blipFill>
                  <a:blip r:embed="rId1"/>
                  <a:stretch>
                    <a:fillRect/>
                  </a:stretch>
                </pic:blipFill>
                <pic:spPr>
                  <a:xfrm>
                    <a:off x="0" y="0"/>
                    <a:ext cx="10058400" cy="713232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17990670">
    <w:abstractNumId w:val="8"/>
  </w:num>
  <w:num w:numId="2" w16cid:durableId="880554880">
    <w:abstractNumId w:val="6"/>
  </w:num>
  <w:num w:numId="3" w16cid:durableId="48261011">
    <w:abstractNumId w:val="5"/>
  </w:num>
  <w:num w:numId="4" w16cid:durableId="420293909">
    <w:abstractNumId w:val="4"/>
  </w:num>
  <w:num w:numId="5" w16cid:durableId="708146568">
    <w:abstractNumId w:val="7"/>
  </w:num>
  <w:num w:numId="6" w16cid:durableId="672074753">
    <w:abstractNumId w:val="3"/>
  </w:num>
  <w:num w:numId="7" w16cid:durableId="885533636">
    <w:abstractNumId w:val="2"/>
  </w:num>
  <w:num w:numId="8" w16cid:durableId="1215309816">
    <w:abstractNumId w:val="1"/>
  </w:num>
  <w:num w:numId="9" w16cid:durableId="1085148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1A5"/>
    <w:rsid w:val="00034616"/>
    <w:rsid w:val="0006063C"/>
    <w:rsid w:val="0015074B"/>
    <w:rsid w:val="0029639D"/>
    <w:rsid w:val="00326F90"/>
    <w:rsid w:val="005C03DA"/>
    <w:rsid w:val="006F058C"/>
    <w:rsid w:val="00725484"/>
    <w:rsid w:val="00872F3D"/>
    <w:rsid w:val="0094245A"/>
    <w:rsid w:val="00AA1D8D"/>
    <w:rsid w:val="00AB1AF6"/>
    <w:rsid w:val="00B47730"/>
    <w:rsid w:val="00CB0664"/>
    <w:rsid w:val="00D07C0F"/>
    <w:rsid w:val="00E34B5C"/>
    <w:rsid w:val="00ED2494"/>
    <w:rsid w:val="00FC59A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8"/>
    <o:shapelayout v:ext="edit">
      <o:idmap v:ext="edit" data="1"/>
    </o:shapelayout>
  </w:shapeDefaults>
  <w:decimalSymbol w:val="."/>
  <w:listSeparator w:val=","/>
  <w14:docId w14:val="241405A4"/>
  <w14:defaultImageDpi w14:val="300"/>
  <w15:docId w15:val="{3CEA70EA-B65E-48C2-ABF2-9A4EA2F7C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Comic Sans MS" w:hAnsi="Comic Sans MS"/>
      <w:sz w:val="1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1463</Words>
  <Characters>8342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Follow Me New Believer Fold Trial</vt:lpstr>
    </vt:vector>
  </TitlesOfParts>
  <Manager/>
  <Company/>
  <LinksUpToDate>false</LinksUpToDate>
  <CharactersWithSpaces>9786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Follow Me New Believer Fold Trial</dc:title>
  <dc:subject/>
  <dc:creator>python-docx</dc:creator>
  <cp:keywords/>
  <dc:description>generated by python-docx</dc:description>
  <cp:lastModifiedBy>Mark Ecklund</cp:lastModifiedBy>
  <cp:revision>2</cp:revision>
  <dcterms:created xsi:type="dcterms:W3CDTF">2026-10-09T22:23:00Z</dcterms:created>
  <dcterms:modified xsi:type="dcterms:W3CDTF">2026-10-09T22:23:00Z</dcterms:modified>
  <cp:category/>
</cp:coreProperties>
</file>